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4. Sınıf · My School</w:t>
      </w:r>
    </w:p>
    <w:p>
      <w:pPr>
        <w:jc w:val="center"/>
      </w:pPr>
      <w:r>
        <w:rPr>
          <w:color w:val="6E6860"/>
          <w:sz w:val="19"/>
        </w:rPr>
        <w:t>Kapsam: Possessive adjectives (my, your, his, her) + 's · School places (10) · School subjects (8) · Classroom objects (18) · Weekdays · Numbers 11-100 · Shapes (6)</w:t>
      </w:r>
    </w:p>
    <w:p>
      <w:pPr>
        <w:jc w:val="center"/>
      </w:pPr>
      <w:r>
        <w:rPr>
          <w:color w:val="6E6860"/>
          <w:sz w:val="19"/>
        </w:rPr>
        <w:t>56 soru · 4 seçenekli · 4. Sınıf · Ünite 1 · Seviye: Kolay + Orta + Zor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This is Ali's bag. It is ___ 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my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their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We play football in the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canteen</w:t>
      </w:r>
      <w:r>
        <w:tab/>
      </w:r>
      <w:r>
        <w:rPr>
          <w:sz w:val="24"/>
        </w:rPr>
        <w:t>B) playground</w:t>
      </w:r>
      <w:r>
        <w:tab/>
      </w:r>
      <w:r>
        <w:rPr>
          <w:sz w:val="24"/>
        </w:rPr>
        <w:t>C) library</w:t>
      </w:r>
      <w:r>
        <w:tab/>
      </w:r>
      <w:r>
        <w:rPr>
          <w:sz w:val="24"/>
        </w:rPr>
        <w:t>D) toilet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Sara and I are students. ___ teacher is nice.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Ours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Our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Look at Sara. This is ___ schoolbag.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hers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We draw pictures in ___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maths</w:t>
      </w:r>
      <w:r>
        <w:tab/>
      </w:r>
      <w:r>
        <w:rPr>
          <w:sz w:val="24"/>
        </w:rPr>
        <w:t>B) music</w:t>
      </w:r>
      <w:r>
        <w:tab/>
      </w:r>
      <w:r>
        <w:rPr>
          <w:sz w:val="24"/>
        </w:rPr>
        <w:t>C) art</w:t>
      </w:r>
      <w:r>
        <w:tab/>
      </w:r>
      <w:r>
        <w:rPr>
          <w:sz w:val="24"/>
        </w:rPr>
        <w:t>D) science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Eleven plus one equals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two</w:t>
      </w:r>
      <w:r>
        <w:tab/>
      </w:r>
      <w:r>
        <w:rPr>
          <w:sz w:val="24"/>
        </w:rPr>
        <w:t>B) eleven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twelve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A ball is a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square</w:t>
      </w:r>
      <w:r>
        <w:tab/>
      </w:r>
      <w:r>
        <w:rPr>
          <w:sz w:val="24"/>
        </w:rPr>
        <w:t>C) triangle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Sara's school is big. Ali's school ___ big. It is small.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Tom and Ali are students. ___ classroom is big.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Our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Their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This is Sara's ruler. It is not my ruler. It is ___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hers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his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There are fifty desks in the classroom. Twenty desks are new. ___ desks are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Fifty</w:t>
      </w:r>
      <w:r>
        <w:tab/>
      </w:r>
      <w:r>
        <w:rPr>
          <w:sz w:val="24"/>
        </w:rPr>
        <w:t>C) Thirty</w:t>
      </w:r>
      <w:r>
        <w:tab/>
      </w:r>
      <w:r>
        <w:rPr>
          <w:sz w:val="24"/>
        </w:rPr>
        <w:t>D) Forty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We sing songs in ___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art</w:t>
      </w:r>
      <w:r>
        <w:tab/>
      </w:r>
      <w:r>
        <w:rPr>
          <w:sz w:val="24"/>
        </w:rPr>
        <w:t>B) music</w:t>
      </w:r>
      <w:r>
        <w:tab/>
      </w:r>
      <w:r>
        <w:rPr>
          <w:sz w:val="24"/>
        </w:rPr>
        <w:t>C) science</w:t>
      </w:r>
      <w:r>
        <w:tab/>
      </w:r>
      <w:r>
        <w:rPr>
          <w:sz w:val="24"/>
        </w:rPr>
        <w:t>D) english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Tom is my friend. ___ schoolbag is black.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My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This is Sara. ___ crayon is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Their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My friend and I are in the gym. ___ teacher is here.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Our</w:t>
      </w:r>
      <w:r>
        <w:tab/>
      </w:r>
      <w:r>
        <w:rPr>
          <w:sz w:val="24"/>
        </w:rPr>
        <w:t>B) Their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The ___ desk is big.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teacher's</w:t>
      </w:r>
      <w:r>
        <w:tab/>
      </w:r>
      <w:r>
        <w:rPr>
          <w:sz w:val="24"/>
        </w:rPr>
        <w:t>B) teacher</w:t>
      </w:r>
      <w:r>
        <w:tab/>
      </w:r>
      <w:r>
        <w:rPr>
          <w:sz w:val="24"/>
        </w:rPr>
        <w:t>C) teachers</w:t>
      </w:r>
      <w:r>
        <w:tab/>
      </w:r>
      <w:r>
        <w:rPr>
          <w:sz w:val="24"/>
        </w:rPr>
        <w:t>D) a teacher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We count numbers in ___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maths</w:t>
      </w:r>
      <w:r>
        <w:tab/>
      </w:r>
      <w:r>
        <w:rPr>
          <w:sz w:val="24"/>
        </w:rPr>
        <w:t>B) art</w:t>
      </w:r>
      <w:r>
        <w:tab/>
      </w:r>
      <w:r>
        <w:rPr>
          <w:sz w:val="24"/>
        </w:rPr>
        <w:t>C) music</w:t>
      </w:r>
      <w:r>
        <w:tab/>
      </w:r>
      <w:r>
        <w:rPr>
          <w:sz w:val="24"/>
        </w:rPr>
        <w:t>D) english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We read in the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hall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I put my book in my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schoolbag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eraser</w:t>
      </w:r>
      <w:r>
        <w:tab/>
      </w:r>
      <w:r>
        <w:rPr>
          <w:sz w:val="24"/>
        </w:rPr>
        <w:t>D) glue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The day after Monday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Tuesday</w:t>
      </w:r>
      <w:r>
        <w:tab/>
      </w:r>
      <w:r>
        <w:rPr>
          <w:sz w:val="24"/>
        </w:rPr>
        <w:t>B) Thursday</w:t>
      </w:r>
      <w:r>
        <w:tab/>
      </w:r>
      <w:r>
        <w:rPr>
          <w:sz w:val="24"/>
        </w:rPr>
        <w:t>C) Sunday</w:t>
      </w:r>
      <w:r>
        <w:tab/>
      </w:r>
      <w:r>
        <w:rPr>
          <w:sz w:val="24"/>
        </w:rPr>
        <w:t>D) Saturday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Ten, twenty, thirty,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forty</w:t>
      </w:r>
      <w:r>
        <w:tab/>
      </w:r>
      <w:r>
        <w:rPr>
          <w:sz w:val="24"/>
        </w:rPr>
        <w:t>B) fifty</w:t>
      </w:r>
      <w:r>
        <w:tab/>
      </w:r>
      <w:r>
        <w:rPr>
          <w:sz w:val="24"/>
        </w:rPr>
        <w:t>C) sixty</w:t>
      </w:r>
      <w:r>
        <w:tab/>
      </w:r>
      <w:r>
        <w:rPr>
          <w:sz w:val="24"/>
        </w:rPr>
        <w:t>D) fourteen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A window is a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rectangle</w:t>
      </w:r>
      <w:r>
        <w:tab/>
      </w:r>
      <w:r>
        <w:rPr>
          <w:sz w:val="24"/>
        </w:rPr>
        <w:t>B) circle</w:t>
      </w:r>
      <w:r>
        <w:tab/>
      </w:r>
      <w:r>
        <w:rPr>
          <w:sz w:val="24"/>
        </w:rPr>
        <w:t>C) triangle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Look at this room. It is ___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our</w:t>
      </w:r>
      <w:r>
        <w:tab/>
      </w:r>
      <w:r>
        <w:rPr>
          <w:sz w:val="24"/>
        </w:rPr>
        <w:t>B) ours</w:t>
      </w:r>
      <w:r>
        <w:tab/>
      </w:r>
      <w:r>
        <w:rPr>
          <w:sz w:val="24"/>
        </w:rPr>
        <w:t>C) us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Ali's schoolbag ___ new. It is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Sara has a new crayon. ___ crayon is red.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My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We run and jump in the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playground</w:t>
      </w:r>
      <w:r>
        <w:tab/>
      </w:r>
      <w:r>
        <w:rPr>
          <w:sz w:val="24"/>
        </w:rPr>
        <w:t>D) toilet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Twelve plus eight equals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twenty</w:t>
      </w:r>
      <w:r>
        <w:tab/>
      </w:r>
      <w:r>
        <w:rPr>
          <w:sz w:val="24"/>
        </w:rPr>
        <w:t>C) eighteen</w:t>
      </w:r>
      <w:r>
        <w:tab/>
      </w:r>
      <w:r>
        <w:rPr>
          <w:sz w:val="24"/>
        </w:rPr>
        <w:t>D) eighty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We learn about numbers in ___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music</w:t>
      </w:r>
      <w:r>
        <w:tab/>
      </w:r>
      <w:r>
        <w:rPr>
          <w:sz w:val="24"/>
        </w:rPr>
        <w:t>B) art</w:t>
      </w:r>
      <w:r>
        <w:tab/>
      </w:r>
      <w:r>
        <w:rPr>
          <w:sz w:val="24"/>
        </w:rPr>
        <w:t>C) english</w:t>
      </w:r>
      <w:r>
        <w:tab/>
      </w:r>
      <w:r>
        <w:rPr>
          <w:sz w:val="24"/>
        </w:rPr>
        <w:t>D) maths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Look at Ali. ___ ruler is long.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My</w:t>
      </w:r>
      <w:r>
        <w:tab/>
      </w:r>
      <w:r>
        <w:rPr>
          <w:sz w:val="24"/>
        </w:rPr>
        <w:t>D) Their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The day before Friday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Tuesday</w:t>
      </w:r>
      <w:r>
        <w:tab/>
      </w:r>
      <w:r>
        <w:rPr>
          <w:sz w:val="24"/>
        </w:rPr>
        <w:t>B) Thursday</w:t>
      </w:r>
      <w:r>
        <w:tab/>
      </w:r>
      <w:r>
        <w:rPr>
          <w:sz w:val="24"/>
        </w:rPr>
        <w:t>C) Saturday</w:t>
      </w:r>
      <w:r>
        <w:tab/>
      </w:r>
      <w:r>
        <w:rPr>
          <w:sz w:val="24"/>
        </w:rPr>
        <w:t>D) Wednesday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Ali's schoolbag is new. Sara's schoolbag ___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My mother is a teacher. ___ school is big.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My</w:t>
      </w:r>
      <w:r>
        <w:tab/>
      </w:r>
      <w:r>
        <w:rPr>
          <w:sz w:val="24"/>
        </w:rPr>
        <w:t>D) Their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Is this your ruler, Sara? Sara: No, it is Ali's ruler. It is ___ ruler.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this your ruler, Sara?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it is Ali's ruler. It is ___ ruler.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my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Sixty minus twenty equals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eighty</w:t>
      </w:r>
      <w:r>
        <w:tab/>
      </w:r>
      <w:r>
        <w:rPr>
          <w:sz w:val="24"/>
        </w:rPr>
        <w:t>C) fourteen</w:t>
      </w:r>
      <w:r>
        <w:tab/>
      </w:r>
      <w:r>
        <w:rPr>
          <w:sz w:val="24"/>
        </w:rPr>
        <w:t>D) forty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Ali and Sara are in the library. ___ books are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Their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The board in my classroom is a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circle</w:t>
      </w:r>
      <w:r>
        <w:tab/>
      </w:r>
      <w:r>
        <w:rPr>
          <w:sz w:val="24"/>
        </w:rPr>
        <w:t>B) triangle</w:t>
      </w:r>
      <w:r>
        <w:tab/>
      </w:r>
      <w:r>
        <w:rPr>
          <w:sz w:val="24"/>
        </w:rPr>
        <w:t>C) rectangle</w:t>
      </w:r>
      <w:r>
        <w:tab/>
      </w:r>
      <w:r>
        <w:rPr>
          <w:sz w:val="24"/>
        </w:rPr>
        <w:t>D) star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Ali has a red pen. ___ pen is red.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My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We eat in the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canteen</w:t>
      </w:r>
      <w:r>
        <w:tab/>
      </w:r>
      <w:r>
        <w:rPr>
          <w:sz w:val="24"/>
        </w:rPr>
        <w:t>B) library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office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I am a student. ___ name is Sara.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My</w:t>
      </w:r>
      <w:r>
        <w:tab/>
      </w:r>
      <w:r>
        <w:rPr>
          <w:sz w:val="24"/>
        </w:rPr>
        <w:t>B) Your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My mother has a bag. ___ bag is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Its</w:t>
      </w:r>
      <w:r>
        <w:tab/>
      </w:r>
      <w:r>
        <w:rPr>
          <w:sz w:val="24"/>
        </w:rPr>
        <w:t>D) Their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This book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Sara's</w:t>
      </w:r>
      <w:r>
        <w:tab/>
      </w:r>
      <w:r>
        <w:rPr>
          <w:sz w:val="24"/>
        </w:rPr>
        <w:t>B) Sara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The door is a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rectangle</w:t>
      </w:r>
      <w:r>
        <w:tab/>
      </w:r>
      <w:r>
        <w:rPr>
          <w:sz w:val="24"/>
        </w:rPr>
        <w:t>B) circle</w:t>
      </w:r>
      <w:r>
        <w:tab/>
      </w:r>
      <w:r>
        <w:rPr>
          <w:sz w:val="24"/>
        </w:rPr>
        <w:t>C) triangle</w:t>
      </w:r>
      <w:r>
        <w:tab/>
      </w:r>
      <w:r>
        <w:rPr>
          <w:sz w:val="24"/>
        </w:rPr>
        <w:t>D) square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In ___ class we draw pictures and use colours.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art</w:t>
      </w:r>
      <w:r>
        <w:tab/>
      </w:r>
      <w:r>
        <w:rPr>
          <w:sz w:val="24"/>
        </w:rPr>
        <w:t>B) music</w:t>
      </w:r>
      <w:r>
        <w:tab/>
      </w:r>
      <w:r>
        <w:rPr>
          <w:sz w:val="24"/>
        </w:rPr>
        <w:t>C) maths</w:t>
      </w:r>
      <w:r>
        <w:tab/>
      </w:r>
      <w:r>
        <w:rPr>
          <w:sz w:val="24"/>
        </w:rPr>
        <w:t>D) science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Forty plus forty equals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eighty</w:t>
      </w:r>
      <w:r>
        <w:tab/>
      </w:r>
      <w:r>
        <w:rPr>
          <w:sz w:val="24"/>
        </w:rPr>
        <w:t>B) sixty</w:t>
      </w:r>
      <w:r>
        <w:tab/>
      </w:r>
      <w:r>
        <w:rPr>
          <w:sz w:val="24"/>
        </w:rPr>
        <w:t>C) ninety</w:t>
      </w:r>
      <w:r>
        <w:tab/>
      </w:r>
      <w:r>
        <w:rPr>
          <w:sz w:val="24"/>
        </w:rPr>
        <w:t>D) eighteen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Tuesday comes after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Monday</w:t>
      </w:r>
      <w:r>
        <w:tab/>
      </w:r>
      <w:r>
        <w:rPr>
          <w:sz w:val="24"/>
        </w:rPr>
        <w:t>B) Wednesday</w:t>
      </w:r>
      <w:r>
        <w:tab/>
      </w:r>
      <w:r>
        <w:rPr>
          <w:sz w:val="24"/>
        </w:rPr>
        <w:t>C) Thursday</w:t>
      </w:r>
      <w:r>
        <w:tab/>
      </w:r>
      <w:r>
        <w:rPr>
          <w:sz w:val="24"/>
        </w:rPr>
        <w:t>D) Sunday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Sara has a new crayon. Ali has a new ruler. ___ ruler is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My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My schoolbag is black. Your schoolbag is blue. ___ schoolbag is blue.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Your</w:t>
      </w:r>
      <w:r>
        <w:tab/>
      </w:r>
      <w:r>
        <w:rPr>
          <w:sz w:val="24"/>
        </w:rPr>
        <w:t>B) My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Ninety and ten make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hundred</w:t>
      </w:r>
      <w:r>
        <w:tab/>
      </w:r>
      <w:r>
        <w:rPr>
          <w:sz w:val="24"/>
        </w:rPr>
        <w:t>B) ninety</w:t>
      </w:r>
      <w:r>
        <w:tab/>
      </w:r>
      <w:r>
        <w:rPr>
          <w:sz w:val="24"/>
        </w:rPr>
        <w:t>C) eighty</w:t>
      </w:r>
      <w:r>
        <w:tab/>
      </w:r>
      <w:r>
        <w:rPr>
          <w:sz w:val="24"/>
        </w:rPr>
        <w:t>D) sixty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Ali has a new ruler. ___ ruler is long.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My</w:t>
      </w:r>
      <w:r>
        <w:tab/>
      </w:r>
      <w:r>
        <w:rPr>
          <w:sz w:val="24"/>
        </w:rPr>
        <w:t>D) Your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There are many books in the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library</w:t>
      </w:r>
      <w:r>
        <w:tab/>
      </w:r>
      <w:r>
        <w:rPr>
          <w:sz w:val="24"/>
        </w:rPr>
        <w:t>B) canteen</w:t>
      </w:r>
      <w:r>
        <w:tab/>
      </w:r>
      <w:r>
        <w:rPr>
          <w:sz w:val="24"/>
        </w:rPr>
        <w:t>C) gym</w:t>
      </w:r>
      <w:r>
        <w:tab/>
      </w:r>
      <w:r>
        <w:rPr>
          <w:sz w:val="24"/>
        </w:rPr>
        <w:t>D) office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We do plus and minus in ___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maths</w:t>
      </w:r>
      <w:r>
        <w:tab/>
      </w:r>
      <w:r>
        <w:rPr>
          <w:sz w:val="24"/>
        </w:rPr>
        <w:t>B) science</w:t>
      </w:r>
      <w:r>
        <w:tab/>
      </w:r>
      <w:r>
        <w:rPr>
          <w:sz w:val="24"/>
        </w:rPr>
        <w:t>C) art</w:t>
      </w:r>
      <w:r>
        <w:tab/>
      </w:r>
      <w:r>
        <w:rPr>
          <w:sz w:val="24"/>
        </w:rPr>
        <w:t>D) music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Whose crayon is this? It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Sara's</w:t>
      </w:r>
      <w:r>
        <w:tab/>
      </w:r>
      <w:r>
        <w:rPr>
          <w:sz w:val="24"/>
        </w:rPr>
        <w:t>B) Sara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she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I erase the board with an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eraser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scissors</w:t>
      </w:r>
      <w:r>
        <w:tab/>
      </w:r>
      <w:r>
        <w:rPr>
          <w:sz w:val="24"/>
        </w:rPr>
        <w:t>D) glue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Fifty minus ten equals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forty</w:t>
      </w:r>
      <w:r>
        <w:tab/>
      </w:r>
      <w:r>
        <w:rPr>
          <w:sz w:val="24"/>
        </w:rPr>
        <w:t>B) sixty</w:t>
      </w:r>
      <w:r>
        <w:tab/>
      </w:r>
      <w:r>
        <w:rPr>
          <w:sz w:val="24"/>
        </w:rPr>
        <w:t>C) thirty</w:t>
      </w:r>
      <w:r>
        <w:tab/>
      </w:r>
      <w:r>
        <w:rPr>
          <w:sz w:val="24"/>
        </w:rPr>
        <w:t>D) fifty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The first day of the week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Monday</w:t>
      </w:r>
      <w:r>
        <w:tab/>
      </w:r>
      <w:r>
        <w:rPr>
          <w:sz w:val="24"/>
        </w:rPr>
        <w:t>B) Sunday</w:t>
      </w:r>
      <w:r>
        <w:tab/>
      </w:r>
      <w:r>
        <w:rPr>
          <w:sz w:val="24"/>
        </w:rPr>
        <w:t>C) Saturday</w:t>
      </w:r>
      <w:r>
        <w:tab/>
      </w:r>
      <w:r>
        <w:rPr>
          <w:sz w:val="24"/>
        </w:rPr>
        <w:t>D) Friday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A square has four lines. A ___ has three lines.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triangle</w:t>
      </w:r>
      <w:r>
        <w:tab/>
      </w:r>
      <w:r>
        <w:rPr>
          <w:sz w:val="24"/>
        </w:rPr>
        <w:t>B) square</w:t>
      </w:r>
      <w:r>
        <w:tab/>
      </w:r>
      <w:r>
        <w:rPr>
          <w:sz w:val="24"/>
        </w:rPr>
        <w:t>C) circle</w:t>
      </w:r>
      <w:r>
        <w:tab/>
      </w:r>
      <w:r>
        <w:rPr>
          <w:sz w:val="24"/>
        </w:rPr>
        <w:t>D) oval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