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4. Sınıf · My School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56. A</w:t>
            </w:r>
          </w:p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Possessive adjectives (my, your, his, her) + 's, School places (10), School subjects (8), Classroom objects (18), Weekdays, Numbers 11-100, Shapes (6)</w:t>
        <w:br/>
        <w:t>• Seviye: Kolay + Orta + Zor +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