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jc w:val="center"/>
      </w:pPr>
      <w:r>
        <w:rPr>
          <w:b/>
          <w:sz w:val="30"/>
        </w:rPr>
        <w:t>5. Sınıf İngilizce - Ünite 1 · Tuzak Çeldiricili Sorular (Niyazi tarzı)</w:t>
      </w:r>
    </w:p>
    <w:p>
      <w:pPr>
        <w:jc w:val="center"/>
      </w:pPr>
      <w:r>
        <w:rPr>
          <w:color w:val="6E6860"/>
          <w:sz w:val="19"/>
        </w:rPr>
        <w:t>Kapsam: Tuzak çeldirici tarzı: negatif/yardımcı/edat/parçacık tuzakları</w:t>
      </w:r>
    </w:p>
    <w:p>
      <w:pPr>
        <w:jc w:val="center"/>
      </w:pPr>
      <w:r>
        <w:rPr>
          <w:color w:val="6E6860"/>
          <w:sz w:val="19"/>
        </w:rPr>
        <w:t>50 soru · 4 seçenekli · 5. Sınıf · Ünite 1 · Seviye: Zor + Çok Zor + Ultra Zor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keepNext/>
        <w:keepLines/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My sister ___ to music every night, but she ___ TV in the morning.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listens / watches</w:t>
      </w:r>
      <w:r>
        <w:tab/>
      </w:r>
      <w:r>
        <w:rPr>
          <w:sz w:val="24"/>
        </w:rPr>
        <w:t>B) listens / doesn't watch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listen / watches</w:t>
      </w:r>
      <w:r>
        <w:tab/>
      </w:r>
      <w:r>
        <w:rPr>
          <w:sz w:val="24"/>
        </w:rPr>
        <w:t>D) listens / watch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My mother ___ coffee, but my father ___ tea.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doesn't like / like</w:t>
      </w:r>
      <w:r>
        <w:tab/>
      </w:r>
      <w:r>
        <w:rPr>
          <w:sz w:val="24"/>
        </w:rPr>
        <w:t>B) don't like / likes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doesn't likes / likes</w:t>
      </w:r>
      <w:r>
        <w:tab/>
      </w:r>
      <w:r>
        <w:rPr>
          <w:sz w:val="24"/>
        </w:rPr>
        <w:t>D) doesn't like / likes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Tom ___ milk. He ___ tea.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doesn't drink / drink</w:t>
      </w:r>
      <w:r>
        <w:tab/>
      </w:r>
      <w:r>
        <w:rPr>
          <w:sz w:val="24"/>
        </w:rPr>
        <w:t>B) don't drink / drinks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doesn't drink / drinks</w:t>
      </w:r>
      <w:r>
        <w:tab/>
      </w:r>
      <w:r>
        <w:rPr>
          <w:sz w:val="24"/>
        </w:rPr>
        <w:t>D) doesn't drinks / drinks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My sister ___ her teeth every night, but she ___ her face every morning.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doesn't brush / wash</w:t>
      </w:r>
      <w:r>
        <w:tab/>
      </w:r>
      <w:r>
        <w:rPr>
          <w:sz w:val="24"/>
        </w:rPr>
        <w:t>B) doesn't brush / washes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don't brush / washes</w:t>
      </w:r>
      <w:r>
        <w:tab/>
      </w:r>
      <w:r>
        <w:rPr>
          <w:sz w:val="24"/>
        </w:rPr>
        <w:t>D) doesn't brushes / washes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We ___ to school on Sunday, but we ___ to school on Monday.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don't go / goes</w:t>
      </w:r>
      <w:r>
        <w:tab/>
      </w:r>
      <w:r>
        <w:rPr>
          <w:sz w:val="24"/>
        </w:rPr>
        <w:t>B) don't go / go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doesn't go / go</w:t>
      </w:r>
      <w:r>
        <w:tab/>
      </w:r>
      <w:r>
        <w:rPr>
          <w:sz w:val="24"/>
        </w:rPr>
        <w:t>D) don't goes / go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___ she know how to play the piano? Yes, but she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 / does</w:t>
      </w:r>
      <w:r>
        <w:tab/>
      </w:r>
      <w:r>
        <w:rPr>
          <w:sz w:val="24"/>
        </w:rPr>
        <w:t>B) Can / does</w:t>
      </w:r>
      <w:r>
        <w:tab/>
      </w:r>
      <w:r>
        <w:rPr>
          <w:sz w:val="24"/>
        </w:rPr>
        <w:t>C) Does / do</w:t>
      </w:r>
      <w:r>
        <w:tab/>
      </w:r>
      <w:r>
        <w:rPr>
          <w:sz w:val="24"/>
        </w:rPr>
        <w:t>D) Does / doesn't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___ he a doctor? No, he ___ . He is a teacher.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 / isn't</w:t>
      </w:r>
      <w:r>
        <w:tab/>
      </w:r>
      <w:r>
        <w:rPr>
          <w:sz w:val="24"/>
        </w:rPr>
        <w:t>B) Does / doesn't</w:t>
      </w:r>
      <w:r>
        <w:tab/>
      </w:r>
      <w:r>
        <w:rPr>
          <w:sz w:val="24"/>
        </w:rPr>
        <w:t>C) Is / doesn't</w:t>
      </w:r>
      <w:r>
        <w:tab/>
      </w:r>
      <w:r>
        <w:rPr>
          <w:sz w:val="24"/>
        </w:rPr>
        <w:t>D) Does / isn't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___ your father ___ at a bank?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 / work</w:t>
      </w:r>
      <w:r>
        <w:tab/>
      </w:r>
      <w:r>
        <w:rPr>
          <w:sz w:val="24"/>
        </w:rPr>
        <w:t>B) Does / works</w:t>
      </w:r>
      <w:r>
        <w:tab/>
      </w:r>
      <w:r>
        <w:rPr>
          <w:sz w:val="24"/>
        </w:rPr>
        <w:t>C) Does / work</w:t>
      </w:r>
      <w:r>
        <w:tab/>
      </w:r>
      <w:r>
        <w:rPr>
          <w:sz w:val="24"/>
        </w:rPr>
        <w:t>D) Is / work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___ Ali and Tom ___ to school every day?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 / go</w:t>
      </w:r>
      <w:r>
        <w:tab/>
      </w:r>
      <w:r>
        <w:rPr>
          <w:sz w:val="24"/>
        </w:rPr>
        <w:t>B) Do / goes</w:t>
      </w:r>
      <w:r>
        <w:tab/>
      </w:r>
      <w:r>
        <w:rPr>
          <w:sz w:val="24"/>
        </w:rPr>
        <w:t>C) Do / go</w:t>
      </w:r>
      <w:r>
        <w:tab/>
      </w:r>
      <w:r>
        <w:rPr>
          <w:sz w:val="24"/>
        </w:rPr>
        <w:t>D) Does / goes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___ you like pizza? Yes, I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 / am</w:t>
      </w:r>
      <w:r>
        <w:tab/>
      </w:r>
      <w:r>
        <w:rPr>
          <w:sz w:val="24"/>
        </w:rPr>
        <w:t>B) Do / do</w:t>
      </w:r>
      <w:r>
        <w:tab/>
      </w:r>
      <w:r>
        <w:rPr>
          <w:sz w:val="24"/>
        </w:rPr>
        <w:t>C) Do / am</w:t>
      </w:r>
      <w:r>
        <w:tab/>
      </w:r>
      <w:r>
        <w:rPr>
          <w:sz w:val="24"/>
        </w:rPr>
        <w:t>D) Are / do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___ she a teacher? No, she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 / doesn't</w:t>
      </w:r>
      <w:r>
        <w:tab/>
      </w:r>
      <w:r>
        <w:rPr>
          <w:sz w:val="24"/>
        </w:rPr>
        <w:t>B) Is / doesn't</w:t>
      </w:r>
      <w:r>
        <w:tab/>
      </w:r>
      <w:r>
        <w:rPr>
          <w:sz w:val="24"/>
        </w:rPr>
        <w:t>C) Does / isn't</w:t>
      </w:r>
      <w:r>
        <w:tab/>
      </w:r>
      <w:r>
        <w:rPr>
          <w:sz w:val="24"/>
        </w:rPr>
        <w:t>D) Is / isn't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___ your brother ___ a bicycle? Yes, he ___ 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Does / have / does</w:t>
      </w:r>
      <w:r>
        <w:tab/>
      </w:r>
      <w:r>
        <w:rPr>
          <w:sz w:val="24"/>
        </w:rPr>
        <w:t>B) Does / has / does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Do / have / do</w:t>
      </w:r>
      <w:r>
        <w:tab/>
      </w:r>
      <w:r>
        <w:rPr>
          <w:sz w:val="24"/>
        </w:rPr>
        <w:t>D) Does / have / do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I go to school in the morning and I go to bed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 morning</w:t>
      </w:r>
      <w:r>
        <w:tab/>
      </w:r>
      <w:r>
        <w:rPr>
          <w:sz w:val="24"/>
        </w:rPr>
        <w:t>B) on night</w:t>
      </w:r>
      <w:r>
        <w:tab/>
      </w:r>
      <w:r>
        <w:rPr>
          <w:sz w:val="24"/>
        </w:rPr>
        <w:t>C) at night</w:t>
      </w:r>
      <w:r>
        <w:tab/>
      </w:r>
      <w:r>
        <w:rPr>
          <w:sz w:val="24"/>
        </w:rPr>
        <w:t>D) in night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We have a lesson ___ Monday morning, but we stay at home ___ the weekend.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 / at</w:t>
      </w:r>
      <w:r>
        <w:tab/>
      </w:r>
      <w:r>
        <w:rPr>
          <w:sz w:val="24"/>
        </w:rPr>
        <w:t>B) on / at</w:t>
      </w:r>
      <w:r>
        <w:tab/>
      </w:r>
      <w:r>
        <w:rPr>
          <w:sz w:val="24"/>
        </w:rPr>
        <w:t>C) on / in</w:t>
      </w:r>
      <w:r>
        <w:tab/>
      </w:r>
      <w:r>
        <w:rPr>
          <w:sz w:val="24"/>
        </w:rPr>
        <w:t>D) at / on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The film starts ___ midnight and finishes ___ the morning.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 / at</w:t>
      </w:r>
      <w:r>
        <w:tab/>
      </w:r>
      <w:r>
        <w:rPr>
          <w:sz w:val="24"/>
        </w:rPr>
        <w:t>B) at / at</w:t>
      </w:r>
      <w:r>
        <w:tab/>
      </w:r>
      <w:r>
        <w:rPr>
          <w:sz w:val="24"/>
        </w:rPr>
        <w:t>C) on / in</w:t>
      </w:r>
      <w:r>
        <w:tab/>
      </w:r>
      <w:r>
        <w:rPr>
          <w:sz w:val="24"/>
        </w:rPr>
        <w:t>D) at / in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My birthday is ___ 5 May, and we have a party ___ the weekend.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 / at</w:t>
      </w:r>
      <w:r>
        <w:tab/>
      </w:r>
      <w:r>
        <w:rPr>
          <w:sz w:val="24"/>
        </w:rPr>
        <w:t>B) on / at</w:t>
      </w:r>
      <w:r>
        <w:tab/>
      </w:r>
      <w:r>
        <w:rPr>
          <w:sz w:val="24"/>
        </w:rPr>
        <w:t>C) on / in</w:t>
      </w:r>
      <w:r>
        <w:tab/>
      </w:r>
      <w:r>
        <w:rPr>
          <w:sz w:val="24"/>
        </w:rPr>
        <w:t>D) at / at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I get up ___ seven o'clock ___ Monday.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on / at</w:t>
      </w:r>
      <w:r>
        <w:tab/>
      </w:r>
      <w:r>
        <w:rPr>
          <w:sz w:val="24"/>
        </w:rPr>
        <w:t>B) in / on</w:t>
      </w:r>
      <w:r>
        <w:tab/>
      </w:r>
      <w:r>
        <w:rPr>
          <w:sz w:val="24"/>
        </w:rPr>
        <w:t>C) at / on</w:t>
      </w:r>
      <w:r>
        <w:tab/>
      </w:r>
      <w:r>
        <w:rPr>
          <w:sz w:val="24"/>
        </w:rPr>
        <w:t>D) at / in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It is cold ___ winter and hot ___ summer.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on / on</w:t>
      </w:r>
      <w:r>
        <w:tab/>
      </w:r>
      <w:r>
        <w:rPr>
          <w:sz w:val="24"/>
        </w:rPr>
        <w:t>B) in / on</w:t>
      </w:r>
      <w:r>
        <w:tab/>
      </w:r>
      <w:r>
        <w:rPr>
          <w:sz w:val="24"/>
        </w:rPr>
        <w:t>C) at / in</w:t>
      </w:r>
      <w:r>
        <w:tab/>
      </w:r>
      <w:r>
        <w:rPr>
          <w:sz w:val="24"/>
        </w:rPr>
        <w:t>D) in / in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The shop is open ___ the morning and closed ___ night.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 / in</w:t>
      </w:r>
      <w:r>
        <w:tab/>
      </w:r>
      <w:r>
        <w:rPr>
          <w:sz w:val="24"/>
        </w:rPr>
        <w:t>B) in / at</w:t>
      </w:r>
      <w:r>
        <w:tab/>
      </w:r>
      <w:r>
        <w:rPr>
          <w:sz w:val="24"/>
        </w:rPr>
        <w:t>C) in / in</w:t>
      </w:r>
      <w:r>
        <w:tab/>
      </w:r>
      <w:r>
        <w:rPr>
          <w:sz w:val="24"/>
        </w:rPr>
        <w:t>D) on / at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Ali ___ at seven o'clock and ___ breakfast. Then he goes to school.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get ups / has</w:t>
      </w:r>
      <w:r>
        <w:tab/>
      </w:r>
      <w:r>
        <w:rPr>
          <w:sz w:val="24"/>
        </w:rPr>
        <w:t>B) gets up / have</w:t>
      </w:r>
      <w:r>
        <w:tab/>
      </w:r>
      <w:r>
        <w:rPr>
          <w:sz w:val="24"/>
        </w:rPr>
        <w:t>C) gets up / has</w:t>
      </w:r>
      <w:r>
        <w:tab/>
      </w:r>
      <w:r>
        <w:rPr>
          <w:sz w:val="24"/>
        </w:rPr>
        <w:t>D) getting / has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My father ___ at six o'clock. He ___ breakfast and ___ to work.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gets up / has / goes</w:t>
      </w:r>
      <w:r>
        <w:tab/>
      </w:r>
      <w:r>
        <w:rPr>
          <w:sz w:val="24"/>
        </w:rPr>
        <w:t>B) get / has / go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gets / have / goes</w:t>
      </w:r>
      <w:r>
        <w:tab/>
      </w:r>
      <w:r>
        <w:rPr>
          <w:sz w:val="24"/>
        </w:rPr>
        <w:t>D) get / have / go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She ___ early on Monday and ___ up the house.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wake / cleans</w:t>
      </w:r>
      <w:r>
        <w:tab/>
      </w:r>
      <w:r>
        <w:rPr>
          <w:sz w:val="24"/>
        </w:rPr>
        <w:t>B) wakes / cleans</w:t>
      </w:r>
      <w:r>
        <w:tab/>
      </w:r>
      <w:r>
        <w:rPr>
          <w:sz w:val="24"/>
        </w:rPr>
        <w:t>C) wakes / clean</w:t>
      </w:r>
      <w:r>
        <w:tab/>
      </w:r>
      <w:r>
        <w:rPr>
          <w:sz w:val="24"/>
        </w:rPr>
        <w:t>D) wake / clean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The children ___ up early and ___ breakfast.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get / have</w:t>
      </w:r>
      <w:r>
        <w:tab/>
      </w:r>
      <w:r>
        <w:rPr>
          <w:sz w:val="24"/>
        </w:rPr>
        <w:t>B) gets / has</w:t>
      </w:r>
      <w:r>
        <w:tab/>
      </w:r>
      <w:r>
        <w:rPr>
          <w:sz w:val="24"/>
        </w:rPr>
        <w:t>C) get / has</w:t>
      </w:r>
      <w:r>
        <w:tab/>
      </w:r>
      <w:r>
        <w:rPr>
          <w:sz w:val="24"/>
        </w:rPr>
        <w:t>D) gets / have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___ she like apples? Yes, but she ___ bananas.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Does / doesn't likes</w:t>
      </w:r>
      <w:r>
        <w:tab/>
      </w:r>
      <w:r>
        <w:rPr>
          <w:sz w:val="24"/>
        </w:rPr>
        <w:t>B) Do / doesn't like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Does / don't like</w:t>
      </w:r>
      <w:r>
        <w:tab/>
      </w:r>
      <w:r>
        <w:rPr>
          <w:sz w:val="24"/>
        </w:rPr>
        <w:t>D) Does / doesn't like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___ you play football? Yes, but I ___ basketball.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Do / don't plays</w:t>
      </w:r>
      <w:r>
        <w:tab/>
      </w:r>
      <w:r>
        <w:rPr>
          <w:sz w:val="24"/>
        </w:rPr>
        <w:t>B) Do / don't play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Does / doesn't play</w:t>
      </w:r>
      <w:r>
        <w:tab/>
      </w:r>
      <w:r>
        <w:rPr>
          <w:sz w:val="24"/>
        </w:rPr>
        <w:t>D) Do / doesn't play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___ he speak English? Yes, but he ___ Turkish.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Does / doesn't speaks</w:t>
      </w:r>
      <w:r>
        <w:tab/>
      </w:r>
      <w:r>
        <w:rPr>
          <w:sz w:val="24"/>
        </w:rPr>
        <w:t>B) Do / doesn't speak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Does / doesn't speak</w:t>
      </w:r>
      <w:r>
        <w:tab/>
      </w:r>
      <w:r>
        <w:rPr>
          <w:sz w:val="24"/>
        </w:rPr>
        <w:t>D) Does / don't speak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Do you drink milk? No, I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doesn't</w:t>
      </w:r>
      <w:r>
        <w:tab/>
      </w:r>
      <w:r>
        <w:rPr>
          <w:sz w:val="24"/>
        </w:rPr>
        <w:t>B) am not</w:t>
      </w:r>
      <w:r>
        <w:tab/>
      </w:r>
      <w:r>
        <w:rPr>
          <w:sz w:val="24"/>
        </w:rPr>
        <w:t>C) don't</w:t>
      </w:r>
      <w:r>
        <w:tab/>
      </w:r>
      <w:r>
        <w:rPr>
          <w:sz w:val="24"/>
        </w:rPr>
        <w:t>D) not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She ___ at this time every night.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sleeps</w:t>
      </w:r>
      <w:r>
        <w:tab/>
      </w:r>
      <w:r>
        <w:rPr>
          <w:sz w:val="24"/>
        </w:rPr>
        <w:t>B) sleep</w:t>
      </w:r>
      <w:r>
        <w:tab/>
      </w:r>
      <w:r>
        <w:rPr>
          <w:sz w:val="24"/>
        </w:rPr>
        <w:t>C) is sleeping</w:t>
      </w:r>
      <w:r>
        <w:tab/>
      </w:r>
      <w:r>
        <w:rPr>
          <w:sz w:val="24"/>
        </w:rPr>
        <w:t>D) sleeping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My brother ___ milk every morning. It ___ healthy.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drink / is</w:t>
      </w:r>
      <w:r>
        <w:tab/>
      </w:r>
      <w:r>
        <w:rPr>
          <w:sz w:val="24"/>
        </w:rPr>
        <w:t>B) drinks / are</w:t>
      </w:r>
      <w:r>
        <w:tab/>
      </w:r>
      <w:r>
        <w:rPr>
          <w:sz w:val="24"/>
        </w:rPr>
        <w:t>C) drink / are</w:t>
      </w:r>
      <w:r>
        <w:tab/>
      </w:r>
      <w:r>
        <w:rPr>
          <w:sz w:val="24"/>
        </w:rPr>
        <w:t>D) drinks / is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We ___ home at four o'clock and I ___ my homework.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comes / does</w:t>
      </w:r>
      <w:r>
        <w:tab/>
      </w:r>
      <w:r>
        <w:rPr>
          <w:sz w:val="24"/>
        </w:rPr>
        <w:t>B) come / does</w:t>
      </w:r>
      <w:r>
        <w:tab/>
      </w:r>
      <w:r>
        <w:rPr>
          <w:sz w:val="24"/>
        </w:rPr>
        <w:t>C) comes / do</w:t>
      </w:r>
      <w:r>
        <w:tab/>
      </w:r>
      <w:r>
        <w:rPr>
          <w:sz w:val="24"/>
        </w:rPr>
        <w:t>D) come / do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Sara ___ from Turkey. She ___ from Cyprus.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doesn't / is</w:t>
      </w:r>
      <w:r>
        <w:tab/>
      </w:r>
      <w:r>
        <w:rPr>
          <w:sz w:val="24"/>
        </w:rPr>
        <w:t>B) isn't / does</w:t>
      </w:r>
      <w:r>
        <w:tab/>
      </w:r>
      <w:r>
        <w:rPr>
          <w:sz w:val="24"/>
        </w:rPr>
        <w:t>C) isn't / is</w:t>
      </w:r>
      <w:r>
        <w:tab/>
      </w:r>
      <w:r>
        <w:rPr>
          <w:sz w:val="24"/>
        </w:rPr>
        <w:t>D) doesn't / does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It ___ one o'clock. I am hungry. I have ___ now.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 / breakfast</w:t>
      </w:r>
      <w:r>
        <w:tab/>
      </w:r>
      <w:r>
        <w:rPr>
          <w:sz w:val="24"/>
        </w:rPr>
        <w:t>B) is / lunch</w:t>
      </w:r>
      <w:r>
        <w:tab/>
      </w:r>
      <w:r>
        <w:rPr>
          <w:sz w:val="24"/>
        </w:rPr>
        <w:t>C) are / lunch</w:t>
      </w:r>
      <w:r>
        <w:tab/>
      </w:r>
      <w:r>
        <w:rPr>
          <w:sz w:val="24"/>
        </w:rPr>
        <w:t>D) is / bed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My father ___ at a bank and he ___ home at six o'clock.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works / comes</w:t>
      </w:r>
      <w:r>
        <w:tab/>
      </w:r>
      <w:r>
        <w:rPr>
          <w:sz w:val="24"/>
        </w:rPr>
        <w:t>B) works / come</w:t>
      </w:r>
      <w:r>
        <w:tab/>
      </w:r>
      <w:r>
        <w:rPr>
          <w:sz w:val="24"/>
        </w:rPr>
        <w:t>C) work / comes</w:t>
      </w:r>
      <w:r>
        <w:tab/>
      </w:r>
      <w:r>
        <w:rPr>
          <w:sz w:val="24"/>
        </w:rPr>
        <w:t>D) work / come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I ___ to school at eight o'clock, but my sister ___ at nine.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goes / go</w:t>
      </w:r>
      <w:r>
        <w:tab/>
      </w:r>
      <w:r>
        <w:rPr>
          <w:sz w:val="24"/>
        </w:rPr>
        <w:t>B) go / go</w:t>
      </w:r>
      <w:r>
        <w:tab/>
      </w:r>
      <w:r>
        <w:rPr>
          <w:sz w:val="24"/>
        </w:rPr>
        <w:t>C) goes / goes</w:t>
      </w:r>
      <w:r>
        <w:tab/>
      </w:r>
      <w:r>
        <w:rPr>
          <w:sz w:val="24"/>
        </w:rPr>
        <w:t>D) go / goes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We ___ football, but he ___ basketball.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play / plays</w:t>
      </w:r>
      <w:r>
        <w:tab/>
      </w:r>
      <w:r>
        <w:rPr>
          <w:sz w:val="24"/>
        </w:rPr>
        <w:t>B) plays / play</w:t>
      </w:r>
      <w:r>
        <w:tab/>
      </w:r>
      <w:r>
        <w:rPr>
          <w:sz w:val="24"/>
        </w:rPr>
        <w:t>C) play / play</w:t>
      </w:r>
      <w:r>
        <w:tab/>
      </w:r>
      <w:r>
        <w:rPr>
          <w:sz w:val="24"/>
        </w:rPr>
        <w:t>D) plays / plays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They ___ milk, but she ___ tea.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drinks / drink</w:t>
      </w:r>
      <w:r>
        <w:tab/>
      </w:r>
      <w:r>
        <w:rPr>
          <w:sz w:val="24"/>
        </w:rPr>
        <w:t>B) drink / drink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drink / drinks</w:t>
      </w:r>
      <w:r>
        <w:tab/>
      </w:r>
      <w:r>
        <w:rPr>
          <w:sz w:val="24"/>
        </w:rPr>
        <w:t>D) drinks / drinks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The teacher ___ English very well, but the students ___ slowly.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speak / reads</w:t>
      </w:r>
      <w:r>
        <w:tab/>
      </w:r>
      <w:r>
        <w:rPr>
          <w:sz w:val="24"/>
        </w:rPr>
        <w:t>B) speaks / reads</w:t>
      </w:r>
      <w:r>
        <w:tab/>
      </w:r>
      <w:r>
        <w:rPr>
          <w:sz w:val="24"/>
        </w:rPr>
        <w:t>C) speaks / read</w:t>
      </w:r>
      <w:r>
        <w:tab/>
      </w:r>
      <w:r>
        <w:rPr>
          <w:sz w:val="24"/>
        </w:rPr>
        <w:t>D) speak / read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My friends ___ in London, but I ___ in Cyprus.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lives / am</w:t>
      </w:r>
      <w:r>
        <w:tab/>
      </w:r>
      <w:r>
        <w:rPr>
          <w:sz w:val="24"/>
        </w:rPr>
        <w:t>B) live / am</w:t>
      </w:r>
      <w:r>
        <w:tab/>
      </w:r>
      <w:r>
        <w:rPr>
          <w:sz w:val="24"/>
        </w:rPr>
        <w:t>C) live / is</w:t>
      </w:r>
      <w:r>
        <w:tab/>
      </w:r>
      <w:r>
        <w:rPr>
          <w:sz w:val="24"/>
        </w:rPr>
        <w:t>D) live / are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I ___ a student, and my sister ___ a teacher.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 / am</w:t>
      </w:r>
      <w:r>
        <w:tab/>
      </w:r>
      <w:r>
        <w:rPr>
          <w:sz w:val="24"/>
        </w:rPr>
        <w:t>B) am / is</w:t>
      </w:r>
      <w:r>
        <w:tab/>
      </w:r>
      <w:r>
        <w:rPr>
          <w:sz w:val="24"/>
        </w:rPr>
        <w:t>C) am / are</w:t>
      </w:r>
      <w:r>
        <w:tab/>
      </w:r>
      <w:r>
        <w:rPr>
          <w:sz w:val="24"/>
        </w:rPr>
        <w:t>D) are / is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My parents ___ in a big house, but my brother ___ in a small house.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live / lives</w:t>
      </w:r>
      <w:r>
        <w:tab/>
      </w:r>
      <w:r>
        <w:rPr>
          <w:sz w:val="24"/>
        </w:rPr>
        <w:t>B) lives / live</w:t>
      </w:r>
      <w:r>
        <w:tab/>
      </w:r>
      <w:r>
        <w:rPr>
          <w:sz w:val="24"/>
        </w:rPr>
        <w:t>C) live / live</w:t>
      </w:r>
      <w:r>
        <w:tab/>
      </w:r>
      <w:r>
        <w:rPr>
          <w:sz w:val="24"/>
        </w:rPr>
        <w:t>D) lives / lives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Ali and Tom ___ students, and I ___ a teacher.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 / am</w:t>
      </w:r>
      <w:r>
        <w:tab/>
      </w:r>
      <w:r>
        <w:rPr>
          <w:sz w:val="24"/>
        </w:rPr>
        <w:t>B) are / is</w:t>
      </w:r>
      <w:r>
        <w:tab/>
      </w:r>
      <w:r>
        <w:rPr>
          <w:sz w:val="24"/>
        </w:rPr>
        <w:t>C) am / are</w:t>
      </w:r>
      <w:r>
        <w:tab/>
      </w:r>
      <w:r>
        <w:rPr>
          <w:sz w:val="24"/>
        </w:rPr>
        <w:t>D) are / am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She ___ a doctor, and she ___ in a hospital.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 / work</w:t>
      </w:r>
      <w:r>
        <w:tab/>
      </w:r>
      <w:r>
        <w:rPr>
          <w:sz w:val="24"/>
        </w:rPr>
        <w:t>B) are / works</w:t>
      </w:r>
      <w:r>
        <w:tab/>
      </w:r>
      <w:r>
        <w:rPr>
          <w:sz w:val="24"/>
        </w:rPr>
        <w:t>C) am / works</w:t>
      </w:r>
      <w:r>
        <w:tab/>
      </w:r>
      <w:r>
        <w:rPr>
          <w:sz w:val="24"/>
        </w:rPr>
        <w:t>D) is / works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Which sentence is correct?</w:t>
      </w:r>
    </w:p>
    <w:p>
      <w:pPr>
        <w:keepNext/>
        <w:keepLines/>
        <w:tabs>
          <w:tab w:pos="720" w:val="left"/>
        </w:tabs>
        <w:spacing w:before="20" w:after="40"/>
      </w:pPr>
      <w:r>
        <w:tab/>
      </w:r>
      <w:r>
        <w:rPr>
          <w:sz w:val="24"/>
        </w:rPr>
        <w:t>A) My brother go to school at eight o'clock.</w:t>
      </w:r>
    </w:p>
    <w:p>
      <w:pPr>
        <w:keepNext/>
        <w:keepLines/>
        <w:tabs>
          <w:tab w:pos="720" w:val="left"/>
        </w:tabs>
        <w:spacing w:before="20" w:after="40"/>
      </w:pPr>
      <w:r>
        <w:tab/>
      </w:r>
      <w:r>
        <w:rPr>
          <w:sz w:val="24"/>
        </w:rPr>
        <w:t>B) My brother is go to school at eight o'clock.</w:t>
      </w:r>
    </w:p>
    <w:p>
      <w:pPr>
        <w:keepNext/>
        <w:keepLines/>
        <w:tabs>
          <w:tab w:pos="720" w:val="left"/>
        </w:tabs>
        <w:spacing w:before="20" w:after="40"/>
      </w:pPr>
      <w:r>
        <w:tab/>
      </w:r>
      <w:r>
        <w:rPr>
          <w:sz w:val="24"/>
        </w:rPr>
        <w:t>C) My brother goes to school at eight o'clock.</w:t>
      </w:r>
    </w:p>
    <w:p>
      <w:pPr>
        <w:keepNext/>
        <w:keepLines/>
        <w:tabs>
          <w:tab w:pos="720" w:val="left"/>
        </w:tabs>
        <w:spacing w:before="20" w:after="40"/>
      </w:pPr>
      <w:r>
        <w:tab/>
      </w:r>
      <w:r>
        <w:rPr>
          <w:sz w:val="24"/>
        </w:rPr>
        <w:t>D) My brother goes to school in eight o'clock.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Choose the correct sentence.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She doesn't like milk.</w:t>
      </w:r>
      <w:r>
        <w:tab/>
      </w:r>
      <w:r>
        <w:rPr>
          <w:sz w:val="24"/>
        </w:rPr>
        <w:t>B) She doesn't likes milk.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She don't like milk.</w:t>
      </w:r>
      <w:r>
        <w:tab/>
      </w:r>
      <w:r>
        <w:rPr>
          <w:sz w:val="24"/>
        </w:rPr>
        <w:t>D) She not like milk.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My brother ___ tall, and he ___ football every weekend.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 / play</w:t>
      </w:r>
      <w:r>
        <w:tab/>
      </w:r>
      <w:r>
        <w:rPr>
          <w:sz w:val="24"/>
        </w:rPr>
        <w:t>B) is / plays</w:t>
      </w:r>
      <w:r>
        <w:tab/>
      </w:r>
      <w:r>
        <w:rPr>
          <w:sz w:val="24"/>
        </w:rPr>
        <w:t>C) are / plays</w:t>
      </w:r>
      <w:r>
        <w:tab/>
      </w:r>
      <w:r>
        <w:rPr>
          <w:sz w:val="24"/>
        </w:rPr>
        <w:t>D) am / plays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The baby ___ now, but she usually ___ at this time.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sleeps / is sleeping</w:t>
      </w:r>
      <w:r>
        <w:tab/>
      </w:r>
      <w:r>
        <w:rPr>
          <w:sz w:val="24"/>
        </w:rPr>
        <w:t>B) is sleeping / sleeps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is sleeping / is sleeping</w:t>
      </w:r>
      <w:r>
        <w:tab/>
      </w:r>
      <w:r>
        <w:rPr>
          <w:sz w:val="24"/>
        </w:rPr>
        <w:t>D) sleeps / sleeps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My mother ___ a teacher, and she ___ in a school.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 / works</w:t>
      </w:r>
      <w:r>
        <w:tab/>
      </w:r>
      <w:r>
        <w:rPr>
          <w:sz w:val="24"/>
        </w:rPr>
        <w:t>B) is / work</w:t>
      </w:r>
      <w:r>
        <w:tab/>
      </w:r>
      <w:r>
        <w:rPr>
          <w:sz w:val="24"/>
        </w:rPr>
        <w:t>C) are / works</w:t>
      </w:r>
      <w:r>
        <w:tab/>
      </w:r>
      <w:r>
        <w:rPr>
          <w:sz w:val="24"/>
        </w:rPr>
        <w:t>D) am / works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___ your parents ___ in Cyprus? Yes, they ___ 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Does / work / does</w:t>
      </w:r>
      <w:r>
        <w:tab/>
      </w:r>
      <w:r>
        <w:rPr>
          <w:sz w:val="24"/>
        </w:rPr>
        <w:t>B) Do / works / do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Do / work / does</w:t>
      </w:r>
      <w:r>
        <w:tab/>
      </w:r>
      <w:r>
        <w:rPr>
          <w:sz w:val="24"/>
        </w:rPr>
        <w:t>D) Do / work / do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My brother ___ tea, but he ___ coffee.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doesn't drink / likes</w:t>
      </w:r>
      <w:r>
        <w:tab/>
      </w:r>
      <w:r>
        <w:rPr>
          <w:sz w:val="24"/>
        </w:rPr>
        <w:t>B) don't drink / likes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doesn't drink / like</w:t>
      </w:r>
      <w:r>
        <w:tab/>
      </w:r>
      <w:r>
        <w:rPr>
          <w:sz w:val="24"/>
        </w:rPr>
        <w:t>D) doesn't drinks / likes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It is 9:45. It is ___ 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quarter past nine</w:t>
      </w:r>
      <w:r>
        <w:tab/>
      </w:r>
      <w:r>
        <w:rPr>
          <w:sz w:val="24"/>
        </w:rPr>
        <w:t>B) half past nine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nine o'clock</w:t>
      </w:r>
      <w:r>
        <w:tab/>
      </w:r>
      <w:r>
        <w:rPr>
          <w:sz w:val="24"/>
        </w:rPr>
        <w:t>D) quarter to ten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