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Cevap Anahtarı — 5. Sınıf İngilizce - Ünite 1 · Tuzak Çeldiricili Sorular (Niyazi tarzı)</w:t>
      </w:r>
    </w:p>
    <w:p/>
    <w:p>
      <w:pPr>
        <w:spacing w:after="40"/>
      </w:pPr>
      <w:r>
        <w:rPr>
          <w:b/>
          <w:sz w:val="22"/>
        </w:rPr>
        <w:t>1. A</w:t>
      </w:r>
      <w:r>
        <w:rPr>
          <w:color w:val="787068"/>
          <w:sz w:val="18"/>
        </w:rPr>
        <w:t xml:space="preserve">  [negatif tuzak + 3. tekil]</w:t>
      </w:r>
      <w:r>
        <w:rPr>
          <w:sz w:val="19"/>
        </w:rPr>
        <w:t xml:space="preserve">  ⚡ sister=she -&gt; listens + watches (ikisi de OLUMLU). A'da 'doesn't watch' gramatik ama metinle çelişir; tuzak.</w:t>
      </w:r>
    </w:p>
    <w:p>
      <w:pPr>
        <w:spacing w:after="40"/>
      </w:pPr>
      <w:r>
        <w:rPr>
          <w:b/>
          <w:sz w:val="22"/>
        </w:rPr>
        <w:t>2. D</w:t>
      </w:r>
      <w:r>
        <w:rPr>
          <w:color w:val="787068"/>
          <w:sz w:val="18"/>
        </w:rPr>
        <w:t xml:space="preserve">  [negatif + zıt 2. cümle]</w:t>
      </w:r>
      <w:r>
        <w:rPr>
          <w:sz w:val="19"/>
        </w:rPr>
        <w:t xml:space="preserve">  ⚡ mother=she -&gt; doesn't like; father=he -&gt; likes (OLUMLU). 'don't likes' ve 'doesn't likes' çift hata.</w:t>
      </w:r>
    </w:p>
    <w:p>
      <w:pPr>
        <w:spacing w:after="40"/>
      </w:pPr>
      <w:r>
        <w:rPr>
          <w:b/>
          <w:sz w:val="22"/>
        </w:rPr>
        <w:t>3. C</w:t>
      </w:r>
      <w:r>
        <w:rPr>
          <w:color w:val="787068"/>
          <w:sz w:val="18"/>
        </w:rPr>
        <w:t xml:space="preserve">  [negatif + zıt 2. cümle]</w:t>
      </w:r>
      <w:r>
        <w:rPr>
          <w:sz w:val="19"/>
        </w:rPr>
        <w:t xml:space="preserve">  ⚡ Tom=he -&gt; doesn't drink (V1); 2. cümle OLUMLU -&gt; drinks. 'doesn't drinks' yanlış (çift -s).</w:t>
      </w:r>
    </w:p>
    <w:p>
      <w:pPr>
        <w:spacing w:after="40"/>
      </w:pPr>
      <w:r>
        <w:rPr>
          <w:b/>
          <w:sz w:val="22"/>
        </w:rPr>
        <w:t>4. B</w:t>
      </w:r>
      <w:r>
        <w:rPr>
          <w:color w:val="787068"/>
          <w:sz w:val="18"/>
        </w:rPr>
        <w:t xml:space="preserve">  [negatif + zıt 2. cümle]</w:t>
      </w:r>
      <w:r>
        <w:rPr>
          <w:sz w:val="19"/>
        </w:rPr>
        <w:t xml:space="preserve">  ⚡ she -&gt; doesn't brush (V1); 2. cümle OLUMLU -&gt; washes. Negatifte fiil yalın, olumluda -es.</w:t>
      </w:r>
    </w:p>
    <w:p>
      <w:pPr>
        <w:spacing w:after="40"/>
      </w:pPr>
      <w:r>
        <w:rPr>
          <w:b/>
          <w:sz w:val="22"/>
        </w:rPr>
        <w:t>5. B</w:t>
      </w:r>
      <w:r>
        <w:rPr>
          <w:color w:val="787068"/>
          <w:sz w:val="18"/>
        </w:rPr>
        <w:t xml:space="preserve">  [negatif + zıt 2. cümle]</w:t>
      </w:r>
      <w:r>
        <w:rPr>
          <w:sz w:val="19"/>
        </w:rPr>
        <w:t xml:space="preserve">  ⚡ we -&gt; don't go (V1); 2. cümle OLUMLU -&gt; go (yalın). 'doesn't' we ile kullanılmaz.</w:t>
      </w:r>
    </w:p>
    <w:p>
      <w:pPr>
        <w:spacing w:after="40"/>
      </w:pPr>
      <w:r>
        <w:rPr>
          <w:b/>
          <w:sz w:val="22"/>
        </w:rPr>
        <w:t>6. D</w:t>
      </w:r>
      <w:r>
        <w:rPr>
          <w:color w:val="787068"/>
          <w:sz w:val="18"/>
        </w:rPr>
        <w:t xml:space="preserve">  [yanlis yardimci tuzak]</w:t>
      </w:r>
      <w:r>
        <w:rPr>
          <w:sz w:val="19"/>
        </w:rPr>
        <w:t xml:space="preserve">  ⚡ know=EYLEM -&gt; Does. 'Yes, but' ZITLIK -&gt; olumsuz kisa cevap: doesn't. 'Can' ve 'Does/do' tuzak.</w:t>
      </w:r>
    </w:p>
    <w:p>
      <w:pPr>
        <w:spacing w:after="40"/>
      </w:pPr>
      <w:r>
        <w:rPr>
          <w:b/>
          <w:sz w:val="22"/>
        </w:rPr>
        <w:t>7. A</w:t>
      </w:r>
      <w:r>
        <w:rPr>
          <w:color w:val="787068"/>
          <w:sz w:val="18"/>
        </w:rPr>
        <w:t xml:space="preserve">  [do/does vs to be tuzagi]</w:t>
      </w:r>
      <w:r>
        <w:rPr>
          <w:sz w:val="19"/>
        </w:rPr>
        <w:t xml:space="preserve">  ⚡ 'a doctor' ISIM -&gt; to be: Is ... No, he isn't. Yardimci korunur (is -&gt; isn't).</w:t>
      </w:r>
    </w:p>
    <w:p>
      <w:pPr>
        <w:spacing w:after="40"/>
      </w:pPr>
      <w:r>
        <w:rPr>
          <w:b/>
          <w:sz w:val="22"/>
        </w:rPr>
        <w:t>8. C</w:t>
      </w:r>
      <w:r>
        <w:rPr>
          <w:color w:val="787068"/>
          <w:sz w:val="18"/>
        </w:rPr>
        <w:t xml:space="preserve">  [soru yardimcisi + yalin fiil]</w:t>
      </w:r>
      <w:r>
        <w:rPr>
          <w:sz w:val="19"/>
        </w:rPr>
        <w:t xml:space="preserve">  ⚡ father=he -&gt; Does; ardindan fiil YALIN: work (works yanlis). 'Is work' tuzagi.</w:t>
      </w:r>
    </w:p>
    <w:p>
      <w:pPr>
        <w:spacing w:after="40"/>
      </w:pPr>
      <w:r>
        <w:rPr>
          <w:b/>
          <w:sz w:val="22"/>
        </w:rPr>
        <w:t>9. C</w:t>
      </w:r>
      <w:r>
        <w:rPr>
          <w:color w:val="787068"/>
          <w:sz w:val="18"/>
        </w:rPr>
        <w:t xml:space="preserve">  [cogul ozne soru]</w:t>
      </w:r>
      <w:r>
        <w:rPr>
          <w:sz w:val="19"/>
        </w:rPr>
        <w:t xml:space="preserve">  ⚡ Ali and Tom = cogul -&gt; Do; ardindan yalin: go. 'Does' ve 'goes' tuzak.</w:t>
      </w:r>
    </w:p>
    <w:p>
      <w:pPr>
        <w:spacing w:after="40"/>
      </w:pPr>
      <w:r>
        <w:rPr>
          <w:b/>
          <w:sz w:val="22"/>
        </w:rPr>
        <w:t>10. B</w:t>
      </w:r>
      <w:r>
        <w:rPr>
          <w:color w:val="787068"/>
          <w:sz w:val="18"/>
        </w:rPr>
        <w:t xml:space="preserve">  [eylem fiili -&gt; do]</w:t>
      </w:r>
      <w:r>
        <w:rPr>
          <w:sz w:val="19"/>
        </w:rPr>
        <w:t xml:space="preserve">  ⚡ 'like' EYLEM -&gt; Do ... Yes, I do. 'Are you like' klasik tuzak (isim yok).</w:t>
      </w:r>
    </w:p>
    <w:p>
      <w:pPr>
        <w:spacing w:after="40"/>
      </w:pPr>
      <w:r>
        <w:rPr>
          <w:b/>
          <w:sz w:val="22"/>
        </w:rPr>
        <w:t>11. D</w:t>
      </w:r>
      <w:r>
        <w:rPr>
          <w:color w:val="787068"/>
          <w:sz w:val="18"/>
        </w:rPr>
        <w:t xml:space="preserve">  [to be soru + olumsuz]</w:t>
      </w:r>
      <w:r>
        <w:rPr>
          <w:sz w:val="19"/>
        </w:rPr>
        <w:t xml:space="preserve">  ⚡ 'a teacher' ISIM -&gt; Is ... No, she isn't. do/does yanlis.</w:t>
      </w:r>
    </w:p>
    <w:p>
      <w:pPr>
        <w:spacing w:after="40"/>
      </w:pPr>
      <w:r>
        <w:rPr>
          <w:b/>
          <w:sz w:val="22"/>
        </w:rPr>
        <w:t>12. A</w:t>
      </w:r>
      <w:r>
        <w:rPr>
          <w:color w:val="787068"/>
          <w:sz w:val="18"/>
        </w:rPr>
        <w:t xml:space="preserve">  [do/does + have]</w:t>
      </w:r>
      <w:r>
        <w:rPr>
          <w:sz w:val="19"/>
        </w:rPr>
        <w:t xml:space="preserve">  ⚡ Soru do/does + V1: Does ... have. Kisa cevap ayni yardimciyla: Yes, he does.</w:t>
      </w:r>
    </w:p>
    <w:p>
      <w:pPr>
        <w:spacing w:after="40"/>
      </w:pPr>
      <w:r>
        <w:rPr>
          <w:b/>
          <w:sz w:val="22"/>
        </w:rPr>
        <w:t>13. C</w:t>
      </w:r>
      <w:r>
        <w:rPr>
          <w:color w:val="787068"/>
          <w:sz w:val="18"/>
        </w:rPr>
        <w:t xml:space="preserve">  [zaman edati tuzagi]</w:t>
      </w:r>
      <w:r>
        <w:rPr>
          <w:sz w:val="19"/>
        </w:rPr>
        <w:t xml:space="preserve">  ⚡ Gece ifadesi 'at night'. 'at morning/on night/in night' gramatik hatali celdericiler.</w:t>
      </w:r>
    </w:p>
    <w:p>
      <w:pPr>
        <w:spacing w:after="40"/>
      </w:pPr>
      <w:r>
        <w:rPr>
          <w:b/>
          <w:sz w:val="22"/>
        </w:rPr>
        <w:t>14. B</w:t>
      </w:r>
      <w:r>
        <w:rPr>
          <w:color w:val="787068"/>
          <w:sz w:val="18"/>
        </w:rPr>
        <w:t xml:space="preserve">  [in/on/at tuzagi]</w:t>
      </w:r>
      <w:r>
        <w:rPr>
          <w:sz w:val="19"/>
        </w:rPr>
        <w:t xml:space="preserve">  ⚡ Gun -&gt; on (Monday morning); 'the weekend' -&gt; at. 'in the weekend' yanlis.</w:t>
      </w:r>
    </w:p>
    <w:p>
      <w:pPr>
        <w:spacing w:after="40"/>
      </w:pPr>
      <w:r>
        <w:rPr>
          <w:b/>
          <w:sz w:val="22"/>
        </w:rPr>
        <w:t>15. D</w:t>
      </w:r>
      <w:r>
        <w:rPr>
          <w:color w:val="787068"/>
          <w:sz w:val="18"/>
        </w:rPr>
        <w:t xml:space="preserve">  [in/on/at tuzagi]</w:t>
      </w:r>
      <w:r>
        <w:rPr>
          <w:sz w:val="19"/>
        </w:rPr>
        <w:t xml:space="preserve">  ⚡ 'midnight' -&gt; at; 'the morning' -&gt; in. Sabit ifadeler.</w:t>
      </w:r>
    </w:p>
    <w:p>
      <w:pPr>
        <w:spacing w:after="40"/>
      </w:pPr>
      <w:r>
        <w:rPr>
          <w:b/>
          <w:sz w:val="22"/>
        </w:rPr>
        <w:t>16. B</w:t>
      </w:r>
      <w:r>
        <w:rPr>
          <w:color w:val="787068"/>
          <w:sz w:val="18"/>
        </w:rPr>
        <w:t xml:space="preserve">  [in/on/at tuzagi]</w:t>
      </w:r>
      <w:r>
        <w:rPr>
          <w:sz w:val="19"/>
        </w:rPr>
        <w:t xml:space="preserve">  ⚡ Tarih -&gt; on (on 5 May); 'the weekend' -&gt; at. 'in 5 May' yanlis.</w:t>
      </w:r>
    </w:p>
    <w:p>
      <w:pPr>
        <w:spacing w:after="40"/>
      </w:pPr>
      <w:r>
        <w:rPr>
          <w:b/>
          <w:sz w:val="22"/>
        </w:rPr>
        <w:t>17. C</w:t>
      </w:r>
      <w:r>
        <w:rPr>
          <w:color w:val="787068"/>
          <w:sz w:val="18"/>
        </w:rPr>
        <w:t xml:space="preserve">  [saat vs gun edati]</w:t>
      </w:r>
      <w:r>
        <w:rPr>
          <w:sz w:val="19"/>
        </w:rPr>
        <w:t xml:space="preserve">  ⚡ Saat -&gt; at; gun -&gt; on.</w:t>
      </w:r>
    </w:p>
    <w:p>
      <w:pPr>
        <w:spacing w:after="40"/>
      </w:pPr>
      <w:r>
        <w:rPr>
          <w:b/>
          <w:sz w:val="22"/>
        </w:rPr>
        <w:t>18. D</w:t>
      </w:r>
      <w:r>
        <w:rPr>
          <w:color w:val="787068"/>
          <w:sz w:val="18"/>
        </w:rPr>
        <w:t xml:space="preserve">  [mevsim edati]</w:t>
      </w:r>
      <w:r>
        <w:rPr>
          <w:sz w:val="19"/>
        </w:rPr>
        <w:t xml:space="preserve">  ⚡ Mevsimler 'in' alir: in winter / in summer. Hepsi 'in'.</w:t>
      </w:r>
    </w:p>
    <w:p>
      <w:pPr>
        <w:spacing w:after="40"/>
      </w:pPr>
      <w:r>
        <w:rPr>
          <w:b/>
          <w:sz w:val="22"/>
        </w:rPr>
        <w:t>19. B</w:t>
      </w:r>
      <w:r>
        <w:rPr>
          <w:color w:val="787068"/>
          <w:sz w:val="18"/>
        </w:rPr>
        <w:t xml:space="preserve">  [edat kaliplari]</w:t>
      </w:r>
      <w:r>
        <w:rPr>
          <w:sz w:val="19"/>
        </w:rPr>
        <w:t xml:space="preserve">  ⚡ 'in the morning' + 'at night'. Ikisi farkli edat -&gt; 'in / at'.</w:t>
      </w:r>
    </w:p>
    <w:p>
      <w:pPr>
        <w:spacing w:after="40"/>
      </w:pPr>
      <w:r>
        <w:rPr>
          <w:b/>
          <w:sz w:val="22"/>
        </w:rPr>
        <w:t>20. C</w:t>
      </w:r>
      <w:r>
        <w:rPr>
          <w:color w:val="787068"/>
          <w:sz w:val="18"/>
        </w:rPr>
        <w:t xml:space="preserve">  [phrasal verb parcacik + -s]</w:t>
      </w:r>
      <w:r>
        <w:rPr>
          <w:sz w:val="19"/>
        </w:rPr>
        <w:t xml:space="preserve">  ⚡ Ali=he -&gt; 'gets up' (parcacik sik icinde) + 'has'. 'get ups' ve 'gets up/have' tuzak.</w:t>
      </w:r>
    </w:p>
    <w:p>
      <w:pPr>
        <w:spacing w:after="40"/>
      </w:pPr>
      <w:r>
        <w:rPr>
          <w:b/>
          <w:sz w:val="22"/>
        </w:rPr>
        <w:t>21. A</w:t>
      </w:r>
      <w:r>
        <w:rPr>
          <w:color w:val="787068"/>
          <w:sz w:val="18"/>
        </w:rPr>
        <w:t xml:space="preserve">  [3. tekil cloze]</w:t>
      </w:r>
      <w:r>
        <w:rPr>
          <w:sz w:val="19"/>
        </w:rPr>
        <w:t xml:space="preserve">  ⚡ father=he -&gt; her fiil -s: gets up / has / goes. Yalin fiiller tuzak.</w:t>
      </w:r>
    </w:p>
    <w:p>
      <w:pPr>
        <w:spacing w:after="40"/>
      </w:pPr>
      <w:r>
        <w:rPr>
          <w:b/>
          <w:sz w:val="22"/>
        </w:rPr>
        <w:t>22. B</w:t>
      </w:r>
      <w:r>
        <w:rPr>
          <w:color w:val="787068"/>
          <w:sz w:val="18"/>
        </w:rPr>
        <w:t xml:space="preserve">  [3. tekil + phrasal]</w:t>
      </w:r>
      <w:r>
        <w:rPr>
          <w:sz w:val="19"/>
        </w:rPr>
        <w:t xml:space="preserve">  ⚡ she -&gt; 'wakes' + 'cleans (up)'. Iki fiil de -s.</w:t>
      </w:r>
    </w:p>
    <w:p>
      <w:pPr>
        <w:spacing w:after="40"/>
      </w:pPr>
      <w:r>
        <w:rPr>
          <w:b/>
          <w:sz w:val="22"/>
        </w:rPr>
        <w:t>23. A</w:t>
      </w:r>
      <w:r>
        <w:rPr>
          <w:color w:val="787068"/>
          <w:sz w:val="18"/>
        </w:rPr>
        <w:t xml:space="preserve">  [cogul ozne + yalin fiil]</w:t>
      </w:r>
      <w:r>
        <w:rPr>
          <w:sz w:val="19"/>
        </w:rPr>
        <w:t xml:space="preserve">  ⚡ children = cogul -&gt; yalin fiil: get / have. '-s' tuzak (cogul ozneye uymaz).</w:t>
      </w:r>
    </w:p>
    <w:p>
      <w:pPr>
        <w:spacing w:after="40"/>
      </w:pPr>
      <w:r>
        <w:rPr>
          <w:b/>
          <w:sz w:val="22"/>
        </w:rPr>
        <w:t>24. D</w:t>
      </w:r>
      <w:r>
        <w:rPr>
          <w:color w:val="787068"/>
          <w:sz w:val="18"/>
        </w:rPr>
        <w:t xml:space="preserve">  [zitlikli kisa cevap]</w:t>
      </w:r>
      <w:r>
        <w:rPr>
          <w:sz w:val="19"/>
        </w:rPr>
        <w:t xml:space="preserve">  ⚡ like=EYLEM -&gt; Does; 'Yes, but' -&gt; olumsuz: doesn't like (V1). 'doesn't likes' cift hata.</w:t>
      </w:r>
    </w:p>
    <w:p>
      <w:pPr>
        <w:spacing w:after="40"/>
      </w:pPr>
      <w:r>
        <w:rPr>
          <w:b/>
          <w:sz w:val="22"/>
        </w:rPr>
        <w:t>25. B</w:t>
      </w:r>
      <w:r>
        <w:rPr>
          <w:color w:val="787068"/>
          <w:sz w:val="18"/>
        </w:rPr>
        <w:t xml:space="preserve">  [zitlikli kisa cevap]</w:t>
      </w:r>
      <w:r>
        <w:rPr>
          <w:sz w:val="19"/>
        </w:rPr>
        <w:t xml:space="preserve">  ⚡ 'play' EYLEM -&gt; Do; 'but' -&gt; don't play (I ile don't). 'Don't plays' yanlis.</w:t>
      </w:r>
    </w:p>
    <w:p>
      <w:pPr>
        <w:spacing w:after="40"/>
      </w:pPr>
      <w:r>
        <w:rPr>
          <w:b/>
          <w:sz w:val="22"/>
        </w:rPr>
        <w:t>26. C</w:t>
      </w:r>
      <w:r>
        <w:rPr>
          <w:color w:val="787068"/>
          <w:sz w:val="18"/>
        </w:rPr>
        <w:t xml:space="preserve">  [zitlikli kisa cevap]</w:t>
      </w:r>
      <w:r>
        <w:rPr>
          <w:sz w:val="19"/>
        </w:rPr>
        <w:t xml:space="preserve">  ⚡ he -&gt; Does; 'but' -&gt; doesn't speak (V1).</w:t>
      </w:r>
    </w:p>
    <w:p>
      <w:pPr>
        <w:spacing w:after="40"/>
      </w:pPr>
      <w:r>
        <w:rPr>
          <w:b/>
          <w:sz w:val="22"/>
        </w:rPr>
        <w:t>27. C</w:t>
      </w:r>
      <w:r>
        <w:rPr>
          <w:color w:val="787068"/>
          <w:sz w:val="18"/>
        </w:rPr>
        <w:t xml:space="preserve">  [kisa cevap]</w:t>
      </w:r>
      <w:r>
        <w:rPr>
          <w:sz w:val="19"/>
        </w:rPr>
        <w:t xml:space="preserve">  ⚡ Do ile kurulan soruya kisa cevap 'don't' (I ile). 'doesn't' ve 'am not' tuzak.</w:t>
      </w:r>
    </w:p>
    <w:p>
      <w:pPr>
        <w:spacing w:after="40"/>
      </w:pPr>
      <w:r>
        <w:rPr>
          <w:b/>
          <w:sz w:val="22"/>
        </w:rPr>
        <w:t>28. A</w:t>
      </w:r>
      <w:r>
        <w:rPr>
          <w:color w:val="787068"/>
          <w:sz w:val="18"/>
        </w:rPr>
        <w:t xml:space="preserve">  [3. tekil -s (isaret yok)]</w:t>
      </w:r>
      <w:r>
        <w:rPr>
          <w:sz w:val="19"/>
        </w:rPr>
        <w:t xml:space="preserve">  ⚡ 'every night' -&gt; Present Simple; she -&gt; sleeps (-s). '-ing' (continuous) yanlis.</w:t>
      </w:r>
    </w:p>
    <w:p>
      <w:pPr>
        <w:spacing w:after="40"/>
      </w:pPr>
      <w:r>
        <w:rPr>
          <w:b/>
          <w:sz w:val="22"/>
        </w:rPr>
        <w:t>29. D</w:t>
      </w:r>
      <w:r>
        <w:rPr>
          <w:color w:val="787068"/>
          <w:sz w:val="18"/>
        </w:rPr>
        <w:t xml:space="preserve">  [fiil + to be]</w:t>
      </w:r>
      <w:r>
        <w:rPr>
          <w:sz w:val="19"/>
        </w:rPr>
        <w:t xml:space="preserve">  ⚡ brother=he -&gt; drinks + is. It -&gt; is (tekil).</w:t>
      </w:r>
    </w:p>
    <w:p>
      <w:pPr>
        <w:spacing w:after="40"/>
      </w:pPr>
      <w:r>
        <w:rPr>
          <w:b/>
          <w:sz w:val="22"/>
        </w:rPr>
        <w:t>30. D</w:t>
      </w:r>
      <w:r>
        <w:rPr>
          <w:color w:val="787068"/>
          <w:sz w:val="18"/>
        </w:rPr>
        <w:t xml:space="preserve">  [cogul + I]</w:t>
      </w:r>
      <w:r>
        <w:rPr>
          <w:sz w:val="19"/>
        </w:rPr>
        <w:t xml:space="preserve">  ⚡ we -&gt; come; I -&gt; do. Ikisi de yalin ( -s almaz).</w:t>
      </w:r>
    </w:p>
    <w:p>
      <w:pPr>
        <w:spacing w:after="40"/>
      </w:pPr>
      <w:r>
        <w:rPr>
          <w:b/>
          <w:sz w:val="22"/>
        </w:rPr>
        <w:t>31. C</w:t>
      </w:r>
      <w:r>
        <w:rPr>
          <w:color w:val="787068"/>
          <w:sz w:val="18"/>
        </w:rPr>
        <w:t xml:space="preserve">  [to be vs fiil]</w:t>
      </w:r>
      <w:r>
        <w:rPr>
          <w:sz w:val="19"/>
        </w:rPr>
        <w:t xml:space="preserve">  ⚡ 'from Turkey' -&gt; to be: isn't / is. 'doesn't' eylem gerektirir, burada isim var.</w:t>
      </w:r>
    </w:p>
    <w:p>
      <w:pPr>
        <w:spacing w:after="40"/>
      </w:pPr>
      <w:r>
        <w:rPr>
          <w:b/>
          <w:sz w:val="22"/>
        </w:rPr>
        <w:t>32. B</w:t>
      </w:r>
      <w:r>
        <w:rPr>
          <w:color w:val="787068"/>
          <w:sz w:val="18"/>
        </w:rPr>
        <w:t xml:space="preserve">  [to be + ogun cikarimi]</w:t>
      </w:r>
      <w:r>
        <w:rPr>
          <w:sz w:val="19"/>
        </w:rPr>
        <w:t xml:space="preserve">  ⚡ It -&gt; is; saat 13:00 -&gt; ogle yemegi. 'lunch' dogru; 'breakfast' sabah, 'bed' ogun degil.</w:t>
      </w:r>
    </w:p>
    <w:p>
      <w:pPr>
        <w:spacing w:after="40"/>
      </w:pPr>
      <w:r>
        <w:rPr>
          <w:b/>
          <w:sz w:val="22"/>
        </w:rPr>
        <w:t>33. A</w:t>
      </w:r>
      <w:r>
        <w:rPr>
          <w:color w:val="787068"/>
          <w:sz w:val="18"/>
        </w:rPr>
        <w:t xml:space="preserve">  [3. tekil x2]</w:t>
      </w:r>
      <w:r>
        <w:rPr>
          <w:sz w:val="19"/>
        </w:rPr>
        <w:t xml:space="preserve">  ⚡ father=he -&gt; works + comes. Ikisi de -s.</w:t>
      </w:r>
    </w:p>
    <w:p>
      <w:pPr>
        <w:spacing w:after="40"/>
      </w:pPr>
      <w:r>
        <w:rPr>
          <w:b/>
          <w:sz w:val="22"/>
        </w:rPr>
        <w:t>34. D</w:t>
      </w:r>
      <w:r>
        <w:rPr>
          <w:color w:val="787068"/>
          <w:sz w:val="18"/>
        </w:rPr>
        <w:t xml:space="preserve">  [cogul I vs 3. tekil]</w:t>
      </w:r>
      <w:r>
        <w:rPr>
          <w:sz w:val="19"/>
        </w:rPr>
        <w:t xml:space="preserve">  ⚡ I -&gt; go; sister=she -&gt; goes. Ikisi farkli (zitlik).</w:t>
      </w:r>
    </w:p>
    <w:p>
      <w:pPr>
        <w:spacing w:after="40"/>
      </w:pPr>
      <w:r>
        <w:rPr>
          <w:b/>
          <w:sz w:val="22"/>
        </w:rPr>
        <w:t>35. A</w:t>
      </w:r>
      <w:r>
        <w:rPr>
          <w:color w:val="787068"/>
          <w:sz w:val="18"/>
        </w:rPr>
        <w:t xml:space="preserve">  [cogul vs 3. tekil]</w:t>
      </w:r>
      <w:r>
        <w:rPr>
          <w:sz w:val="19"/>
        </w:rPr>
        <w:t xml:space="preserve">  ⚡ we -&gt; play; he -&gt; plays.</w:t>
      </w:r>
    </w:p>
    <w:p>
      <w:pPr>
        <w:spacing w:after="40"/>
      </w:pPr>
      <w:r>
        <w:rPr>
          <w:b/>
          <w:sz w:val="22"/>
        </w:rPr>
        <w:t>36. C</w:t>
      </w:r>
      <w:r>
        <w:rPr>
          <w:color w:val="787068"/>
          <w:sz w:val="18"/>
        </w:rPr>
        <w:t xml:space="preserve">  [cogul vs 3. tekil]</w:t>
      </w:r>
      <w:r>
        <w:rPr>
          <w:sz w:val="19"/>
        </w:rPr>
        <w:t xml:space="preserve">  ⚡ they -&gt; drink; she -&gt; drinks.</w:t>
      </w:r>
    </w:p>
    <w:p>
      <w:pPr>
        <w:spacing w:after="40"/>
      </w:pPr>
      <w:r>
        <w:rPr>
          <w:b/>
          <w:sz w:val="22"/>
        </w:rPr>
        <w:t>37. C</w:t>
      </w:r>
      <w:r>
        <w:rPr>
          <w:color w:val="787068"/>
          <w:sz w:val="18"/>
        </w:rPr>
        <w:t xml:space="preserve">  [3. tekil vs cogul]</w:t>
      </w:r>
      <w:r>
        <w:rPr>
          <w:sz w:val="19"/>
        </w:rPr>
        <w:t xml:space="preserve">  ⚡ teacher=tekil -&gt; speaks; students=cogul -&gt; read (yalin).</w:t>
      </w:r>
    </w:p>
    <w:p>
      <w:pPr>
        <w:spacing w:after="40"/>
      </w:pPr>
      <w:r>
        <w:rPr>
          <w:b/>
          <w:sz w:val="22"/>
        </w:rPr>
        <w:t>38. B</w:t>
      </w:r>
      <w:r>
        <w:rPr>
          <w:color w:val="787068"/>
          <w:sz w:val="18"/>
        </w:rPr>
        <w:t xml:space="preserve">  [fiil vs to be]</w:t>
      </w:r>
      <w:r>
        <w:rPr>
          <w:sz w:val="19"/>
        </w:rPr>
        <w:t xml:space="preserve">  ⚡ friends=cogul -&gt; live; I -&gt; am ('in Cyprus' yer -&gt; to be). 'live / is' ozne uyumsuz.</w:t>
      </w:r>
    </w:p>
    <w:p>
      <w:pPr>
        <w:spacing w:after="40"/>
      </w:pPr>
      <w:r>
        <w:rPr>
          <w:b/>
          <w:sz w:val="22"/>
        </w:rPr>
        <w:t>39. B</w:t>
      </w:r>
      <w:r>
        <w:rPr>
          <w:color w:val="787068"/>
          <w:sz w:val="18"/>
        </w:rPr>
        <w:t xml:space="preserve">  [am / is / are]</w:t>
      </w:r>
      <w:r>
        <w:rPr>
          <w:sz w:val="19"/>
        </w:rPr>
        <w:t xml:space="preserve">  ⚡ I -&gt; am; sister=she -&gt; is.</w:t>
      </w:r>
    </w:p>
    <w:p>
      <w:pPr>
        <w:spacing w:after="40"/>
      </w:pPr>
      <w:r>
        <w:rPr>
          <w:b/>
          <w:sz w:val="22"/>
        </w:rPr>
        <w:t>40. A</w:t>
      </w:r>
      <w:r>
        <w:rPr>
          <w:color w:val="787068"/>
          <w:sz w:val="18"/>
        </w:rPr>
        <w:t xml:space="preserve">  [cogul vs 3. tekil]</w:t>
      </w:r>
      <w:r>
        <w:rPr>
          <w:sz w:val="19"/>
        </w:rPr>
        <w:t xml:space="preserve">  ⚡ parents=cogul -&gt; live; brother=he -&gt; lives.</w:t>
      </w:r>
    </w:p>
    <w:p>
      <w:pPr>
        <w:spacing w:after="40"/>
      </w:pPr>
      <w:r>
        <w:rPr>
          <w:b/>
          <w:sz w:val="22"/>
        </w:rPr>
        <w:t>41. D</w:t>
      </w:r>
      <w:r>
        <w:rPr>
          <w:color w:val="787068"/>
          <w:sz w:val="18"/>
        </w:rPr>
        <w:t xml:space="preserve">  [cogul + I]</w:t>
      </w:r>
      <w:r>
        <w:rPr>
          <w:sz w:val="19"/>
        </w:rPr>
        <w:t xml:space="preserve">  ⚡ Ali and Tom = cogul -&gt; are; I -&gt; am.</w:t>
      </w:r>
    </w:p>
    <w:p>
      <w:pPr>
        <w:spacing w:after="40"/>
      </w:pPr>
      <w:r>
        <w:rPr>
          <w:b/>
          <w:sz w:val="22"/>
        </w:rPr>
        <w:t>42. D</w:t>
      </w:r>
      <w:r>
        <w:rPr>
          <w:color w:val="787068"/>
          <w:sz w:val="18"/>
        </w:rPr>
        <w:t xml:space="preserve">  [to be vs fiil]</w:t>
      </w:r>
      <w:r>
        <w:rPr>
          <w:sz w:val="19"/>
        </w:rPr>
        <w:t xml:space="preserve">  ⚡ she -&gt; is + works (-s). 'is work' ve 'are' tuzak.</w:t>
      </w:r>
    </w:p>
    <w:p>
      <w:pPr>
        <w:spacing w:after="40"/>
      </w:pPr>
      <w:r>
        <w:rPr>
          <w:b/>
          <w:sz w:val="22"/>
        </w:rPr>
        <w:t>43. C</w:t>
      </w:r>
      <w:r>
        <w:rPr>
          <w:color w:val="787068"/>
          <w:sz w:val="18"/>
        </w:rPr>
        <w:t xml:space="preserve">  [dogru cumle (3. tekil + edat)]</w:t>
      </w:r>
      <w:r>
        <w:rPr>
          <w:sz w:val="19"/>
        </w:rPr>
        <w:t xml:space="preserve">  ⚡ brother=he -&gt; goes; saat -&gt; at. 'is go', 'go' ve 'in eight o'clock' tuzak.</w:t>
      </w:r>
    </w:p>
    <w:p>
      <w:pPr>
        <w:spacing w:after="40"/>
      </w:pPr>
      <w:r>
        <w:rPr>
          <w:b/>
          <w:sz w:val="22"/>
        </w:rPr>
        <w:t>44. A</w:t>
      </w:r>
      <w:r>
        <w:rPr>
          <w:color w:val="787068"/>
          <w:sz w:val="18"/>
        </w:rPr>
        <w:t xml:space="preserve">  [dogru cumle (olumsuz 3. tekil)]</w:t>
      </w:r>
      <w:r>
        <w:rPr>
          <w:sz w:val="19"/>
        </w:rPr>
        <w:t xml:space="preserve">  ⚡ she -&gt; doesn't like (V1). 'doesn't likes', 'don't' ve 'not like' tuzak.</w:t>
      </w:r>
    </w:p>
    <w:p>
      <w:pPr>
        <w:spacing w:after="40"/>
      </w:pPr>
      <w:r>
        <w:rPr>
          <w:b/>
          <w:sz w:val="22"/>
        </w:rPr>
        <w:t>45. B</w:t>
      </w:r>
      <w:r>
        <w:rPr>
          <w:color w:val="787068"/>
          <w:sz w:val="18"/>
        </w:rPr>
        <w:t xml:space="preserve">  [to be + fiil]</w:t>
      </w:r>
      <w:r>
        <w:rPr>
          <w:sz w:val="19"/>
        </w:rPr>
        <w:t xml:space="preserve">  ⚡ boy -&gt; to be: is; eylem -&gt; plays (-s).</w:t>
      </w:r>
    </w:p>
    <w:p>
      <w:pPr>
        <w:spacing w:after="40"/>
      </w:pPr>
      <w:r>
        <w:rPr>
          <w:b/>
          <w:sz w:val="22"/>
        </w:rPr>
        <w:t>46. B</w:t>
      </w:r>
      <w:r>
        <w:rPr>
          <w:color w:val="787068"/>
          <w:sz w:val="18"/>
        </w:rPr>
        <w:t xml:space="preserve">  [continuous vs simple tuzagi]</w:t>
      </w:r>
      <w:r>
        <w:rPr>
          <w:sz w:val="19"/>
        </w:rPr>
        <w:t xml:space="preserve">  ⚡ 'now' -&gt; is sleeping; 'usually' -&gt; sleeps. Belirtecler zamani belirler.</w:t>
      </w:r>
    </w:p>
    <w:p>
      <w:pPr>
        <w:spacing w:after="40"/>
      </w:pPr>
      <w:r>
        <w:rPr>
          <w:b/>
          <w:sz w:val="22"/>
        </w:rPr>
        <w:t>47. A</w:t>
      </w:r>
      <w:r>
        <w:rPr>
          <w:color w:val="787068"/>
          <w:sz w:val="18"/>
        </w:rPr>
        <w:t xml:space="preserve">  [to be vs fiil]</w:t>
      </w:r>
      <w:r>
        <w:rPr>
          <w:sz w:val="19"/>
        </w:rPr>
        <w:t xml:space="preserve">  ⚡ mother=she -&gt; is + works.</w:t>
      </w:r>
    </w:p>
    <w:p>
      <w:pPr>
        <w:spacing w:after="40"/>
      </w:pPr>
      <w:r>
        <w:rPr>
          <w:b/>
          <w:sz w:val="22"/>
        </w:rPr>
        <w:t>48. D</w:t>
      </w:r>
      <w:r>
        <w:rPr>
          <w:color w:val="787068"/>
          <w:sz w:val="18"/>
        </w:rPr>
        <w:t xml:space="preserve">  [cogul ozne + do]</w:t>
      </w:r>
      <w:r>
        <w:rPr>
          <w:sz w:val="19"/>
        </w:rPr>
        <w:t xml:space="preserve">  ⚡ parents=cogul -&gt; Do ... work (V1) ... Yes, they do. 'Does' ve 'works/does' tuzak.</w:t>
      </w:r>
    </w:p>
    <w:p>
      <w:pPr>
        <w:spacing w:after="40"/>
      </w:pPr>
      <w:r>
        <w:rPr>
          <w:b/>
          <w:sz w:val="22"/>
        </w:rPr>
        <w:t>49. A</w:t>
      </w:r>
      <w:r>
        <w:rPr>
          <w:color w:val="787068"/>
          <w:sz w:val="18"/>
        </w:rPr>
        <w:t xml:space="preserve">  [negatif + zit 2. cumle]</w:t>
      </w:r>
      <w:r>
        <w:rPr>
          <w:sz w:val="19"/>
        </w:rPr>
        <w:t xml:space="preserve">  ⚡ brother=he -&gt; doesn't drink (V1); 2. cumle OLUMLU -&gt; likes. 'don't' ve 'doesn't drinks' tuzak.</w:t>
      </w:r>
    </w:p>
    <w:p>
      <w:pPr>
        <w:spacing w:after="40"/>
      </w:pPr>
      <w:r>
        <w:rPr>
          <w:b/>
          <w:sz w:val="22"/>
        </w:rPr>
        <w:t>50. D</w:t>
      </w:r>
      <w:r>
        <w:rPr>
          <w:color w:val="787068"/>
          <w:sz w:val="18"/>
        </w:rPr>
        <w:t xml:space="preserve">  [saat soyleme tuzagi]</w:t>
      </w:r>
      <w:r>
        <w:rPr>
          <w:sz w:val="19"/>
        </w:rPr>
        <w:t xml:space="preserve">  ⚡ 9:45 = ceyrek var ona: quarter to ten. 'quarter past nine' (9:15) klasik tuzak.</w:t>
      </w:r>
    </w:p>
    <w:p/>
    <w:p>
      <w:r>
        <w:rPr>
          <w:b/>
          <w:sz w:val="19"/>
        </w:rPr>
        <w:t>Kapsam Notu</w:t>
      </w:r>
    </w:p>
    <w:p>
      <w:r>
        <w:rPr>
          <w:sz w:val="18"/>
        </w:rPr>
        <w:t>• Konular: Tuzak çeldirici tarzı: negatif/yardımcı/edat/parçacık tuzakları</w:t>
        <w:br/>
        <w:t>• Seviye: Zor + Çok Zor + Ultra Zor</w:t>
        <w:br/>
        <w:t>• Kaynak: KKTC MEB Temel Eğitim İngilizce Öğretim Programı</w:t>
        <w:br/>
        <w:t>• Üretim: i.niyazi.cv müfredat paneli (birleşik test)</w:t>
      </w: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