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Present Simple (to be) + Object Pronouns · Birleşik Test</w:t>
      </w:r>
    </w:p>
    <w:p>
      <w:pPr>
        <w:jc w:val="center"/>
      </w:pPr>
      <w:r>
        <w:rPr>
          <w:color w:val="6E6860"/>
          <w:sz w:val="19"/>
        </w:rPr>
        <w:t>Kapsam: Present Simple (to be) · to be — negative (karşıt kutup) · to be — question / short answer · WH question + to be · to be vs do/does · Object pronouns (me, him, her, us, them, it) · Subject pronouns · Subject vs object ayrımı · Diyalog — to be</w:t>
      </w:r>
    </w:p>
    <w:p>
      <w:pPr>
        <w:jc w:val="center"/>
      </w:pPr>
      <w:r>
        <w:rPr>
          <w:color w:val="6E6860"/>
          <w:sz w:val="19"/>
        </w:rPr>
        <w:t>76 soru · 4 seçenekli · 5. Sınıf · Ünite 1 · Seviye: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sister ___ ten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Ali and Tom ___ good friends.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The cat under the table ___ black.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You ___ a very good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My friends ___ in the park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I ___ twelve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It ___ a big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My brother and I ___ at school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The books on the table ___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My father ___ a doctor.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My father ___ at home now. He is at 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The students ___ in the library. They are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___ a teacher. I am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My parents ___ old. They are young.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It ___ a cat. It is a dog.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Sara ___ from Turkey. She is from Cyprus.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Ali ___ at school today. He is ill.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We ___ ready. We are late.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My brother ___ ten. He is eleven.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The cat ___ black. It is white.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My mother ___ a nurse. She is a teacher.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Tom and Ali ___ brothers. They are friends.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Ali is in the garden and I can see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The present is for my sister and it is for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us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My shoes are old and I can wash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it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My sister cannot swim and I can help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I cannot open the door and you can help ___ , please.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me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Tom is my friend and I play football with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them</w:t>
      </w:r>
      <w:r>
        <w:tab/>
      </w:r>
      <w:r>
        <w:rPr>
          <w:sz w:val="24"/>
        </w:rPr>
        <w:t>C) us</w:t>
      </w:r>
      <w:r>
        <w:tab/>
      </w:r>
      <w:r>
        <w:rPr>
          <w:sz w:val="24"/>
        </w:rPr>
        <w:t>D) him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My mother is a teacher and I like ___ a lot.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My friends are at school and I am at school with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them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The children are in the garden and I can see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My grandmother is old and I visit ___ each week.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The bag is on the table and I can see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it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I have got two cats and I like ___ a lot.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them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You are my friend and I can help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me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you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My brother is my friend and I like ___ a lot.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My brother and I are students and our teacher likes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</w:t>
      </w:r>
      <w:r>
        <w:tab/>
      </w:r>
      <w:r>
        <w:rPr>
          <w:sz w:val="24"/>
        </w:rPr>
        <w:t>B) them</w:t>
      </w:r>
      <w:r>
        <w:tab/>
      </w:r>
      <w:r>
        <w:rPr>
          <w:sz w:val="24"/>
        </w:rPr>
        <w:t>C) him</w:t>
      </w:r>
      <w:r>
        <w:tab/>
      </w:r>
      <w:r>
        <w:rPr>
          <w:sz w:val="24"/>
        </w:rPr>
        <w:t>D) me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Sara is my sister and I can help ___ with the bags.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My mother is a teacher and ___ works at a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She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My brother is tall and ___ likes basketball.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She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My friends are at school and ___ like English.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</w:t>
      </w:r>
      <w:r>
        <w:tab/>
      </w:r>
      <w:r>
        <w:rPr>
          <w:sz w:val="24"/>
        </w:rPr>
        <w:t>B) He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You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The cat is black and ___ likes milk.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It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My grandparents are old and ___ are in a village.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My sister is my friend and I can help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My brother is my friend and I can help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Tom and Ali are my friends and I like ___ a lot.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them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him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My brother and I are students and ___ are at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He</w:t>
      </w:r>
      <w:r>
        <w:tab/>
      </w:r>
      <w:r>
        <w:rPr>
          <w:sz w:val="24"/>
        </w:rPr>
        <w:t>D) She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Sara is my sister and ___ likes ice cream.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It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She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___ your brother a student?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___ they at home now?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Is your mother a doctor? Yes, she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Are Ali and Tom brothers? No, they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Where ___ my keys?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Where ___ your books?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How old ___ your brother?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What colour ___ your bag?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Who ___ your English teacher?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Are you and Ali in the classroom? Yes, we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___ your mother a nurse?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Has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My father ___ a teacher.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___ you like pizza?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Does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___ she read books?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I ___ tired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have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64. </w:t>
      </w:r>
      <w:r>
        <w:rPr>
          <w:sz w:val="24"/>
        </w:rPr>
        <w:t>___ your friends like English?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Does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65. </w:t>
      </w:r>
      <w:r>
        <w:rPr>
          <w:sz w:val="24"/>
        </w:rPr>
        <w:t>Sara's father ___ a teacher.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your father a teacher?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he is a doctor.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Where does he work?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He works at a hospital.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66. </w:t>
      </w:r>
      <w:r>
        <w:rPr>
          <w:sz w:val="24"/>
        </w:rPr>
        <w:t>You ___ late for school!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Wake up, Ali! It is seven o'clock.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am tired.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You are late for school. Get up now!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67. </w:t>
      </w:r>
      <w:r>
        <w:rPr>
          <w:sz w:val="24"/>
        </w:rPr>
        <w:t>Sara ___ at home now.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Sara at home?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No, she is at school.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And her brother?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He is at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68. </w:t>
      </w:r>
      <w:r>
        <w:rPr>
          <w:sz w:val="24"/>
        </w:rPr>
        <w:t>Ali and Tom ___ in the garden now.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Where are Ali and Tom?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They are in the garden.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Are they playing football?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Yes, they are.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69. </w:t>
      </w:r>
      <w:r>
        <w:rPr>
          <w:sz w:val="24"/>
        </w:rPr>
        <w:t>My mother ___ a nurse.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your mother a nurse?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she is a teacher.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Where does she work?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She works at a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70. </w:t>
      </w:r>
      <w:r>
        <w:rPr>
          <w:sz w:val="24"/>
        </w:rPr>
        <w:t>Tom ___ ten years old.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How old is Tom?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He is ten.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And his sister?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She is twelve.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71. </w:t>
      </w:r>
      <w:r>
        <w:rPr>
          <w:sz w:val="24"/>
        </w:rPr>
        <w:t>We ___ at school now.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Where are you now?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am at school.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And your friends?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They are here.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72. </w:t>
      </w:r>
      <w:r>
        <w:rPr>
          <w:sz w:val="24"/>
        </w:rPr>
        <w:t>Sara ___ a student.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Is Sara a teacher?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No, she is a student.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How old is she?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She is ten.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73. </w:t>
      </w:r>
      <w:r>
        <w:rPr>
          <w:sz w:val="24"/>
        </w:rPr>
        <w:t>My brother and I ___ good friends.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Who is your good friend?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My brother is my friend.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Do you play football?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Yes, we like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74. </w:t>
      </w:r>
      <w:r>
        <w:rPr>
          <w:sz w:val="24"/>
        </w:rPr>
        <w:t>It ___ a big school.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your school big?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Yes, it is very big.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How many students are there?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There are a lot of students.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75. </w:t>
      </w:r>
      <w:r>
        <w:rPr>
          <w:sz w:val="24"/>
        </w:rPr>
        <w:t>The children ___ in the classroom now.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Where are the children?</w:t>
      </w:r>
    </w:p>
    <w:p>
      <w:pPr>
        <w:spacing w:before="0" w:after="20"/>
        <w:ind w:left="720"/>
      </w:pPr>
      <w:r>
        <w:rPr>
          <w:b/>
          <w:sz w:val="24"/>
        </w:rPr>
        <w:t>Dad:</w:t>
      </w:r>
      <w:r>
        <w:rPr>
          <w:sz w:val="24"/>
        </w:rPr>
        <w:t xml:space="preserve"> </w:t>
      </w:r>
      <w:r>
        <w:rPr>
          <w:sz w:val="24"/>
        </w:rPr>
        <w:t>They are in the classroom.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Are they doing their homework?</w:t>
      </w:r>
    </w:p>
    <w:p>
      <w:pPr>
        <w:spacing w:before="0" w:after="20"/>
        <w:ind w:left="720"/>
      </w:pPr>
      <w:r>
        <w:rPr>
          <w:b/>
          <w:sz w:val="24"/>
        </w:rPr>
        <w:t>Dad:</w:t>
      </w:r>
      <w:r>
        <w:rPr>
          <w:sz w:val="24"/>
        </w:rPr>
        <w:t xml:space="preserve"> </w:t>
      </w:r>
      <w:r>
        <w:rPr>
          <w:sz w:val="24"/>
        </w:rPr>
        <w:t>Yes, they are.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76. </w:t>
      </w:r>
      <w:r>
        <w:rPr>
          <w:sz w:val="24"/>
        </w:rPr>
        <w:t>My father ___ at home today.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Is your father at home today?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No, he is at work.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Is he a teacher?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Yes, and he works at a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