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— Ünite 1 My Day · Present Simple (to be) + Object Pronouns ·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71.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76. D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Present Simple (to be), to be — negative (karşıt kutup), to be — question / short answer, WH question + to be, to be vs do/does, Object pronouns (me, him, her, us, them, it), Subject pronouns, Subject vs object ayrımı, Diyalog — to be</w:t>
        <w:br/>
        <w:t>• Seviye: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