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5. Sınıf İngilizce — Ünite 1 My Day · Present Simple (to be) + Daily routines · Birleşik Test</w:t>
      </w:r>
    </w:p>
    <w:p>
      <w:pPr>
        <w:jc w:val="center"/>
      </w:pPr>
      <w:r>
        <w:rPr>
          <w:color w:val="6E6860"/>
          <w:sz w:val="19"/>
        </w:rPr>
        <w:t>Kapsam: Present Simple (to be) · Daily routines (25+) · to be — negative / contrast · to be — question / short answer · WH question + to be · Subject vs object pronouns (karışık)</w:t>
      </w:r>
    </w:p>
    <w:p>
      <w:pPr>
        <w:jc w:val="center"/>
      </w:pPr>
      <w:r>
        <w:rPr>
          <w:color w:val="6E6860"/>
          <w:sz w:val="19"/>
        </w:rPr>
        <w:t>55 soru · 4 seçenekli · 5. Sınıf · Ünite 1 · Seviye: Çok Zor</w:t>
      </w:r>
    </w:p>
    <w:p>
      <w:r>
        <w:rPr>
          <w:sz w:val="21"/>
        </w:rPr>
        <w:t>Ad Soyad: .............................................        Puan: ............</w:t>
      </w:r>
    </w:p>
    <w:p>
      <w:r>
        <w:rPr>
          <w:i/>
          <w:color w:val="6E6860"/>
          <w:sz w:val="21"/>
        </w:rPr>
        <w:t>Aşağıdaki sorularda doğru seçeneği işaretleyin.</w:t>
      </w:r>
    </w:p>
    <w:p/>
    <w:p>
      <w:pPr>
        <w:spacing w:after="40"/>
      </w:pPr>
      <w:r>
        <w:rPr>
          <w:b/>
          <w:sz w:val="24"/>
        </w:rPr>
        <w:t xml:space="preserve">1. </w:t>
      </w:r>
      <w:r>
        <w:rPr>
          <w:sz w:val="24"/>
        </w:rPr>
        <w:t>My brother and I ___ at school now.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is</w:t>
      </w:r>
      <w:r>
        <w:tab/>
      </w:r>
      <w:r>
        <w:rPr>
          <w:sz w:val="24"/>
        </w:rPr>
        <w:t>B) am</w:t>
      </w:r>
      <w:r>
        <w:tab/>
      </w:r>
      <w:r>
        <w:rPr>
          <w:sz w:val="24"/>
        </w:rPr>
        <w:t>C) be</w:t>
      </w:r>
      <w:r>
        <w:tab/>
      </w:r>
      <w:r>
        <w:rPr>
          <w:sz w:val="24"/>
        </w:rPr>
        <w:t>D) are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2. </w:t>
      </w:r>
      <w:r>
        <w:rPr>
          <w:sz w:val="24"/>
        </w:rPr>
        <w:t>The cat under the table ___ black.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are</w:t>
      </w:r>
      <w:r>
        <w:tab/>
      </w:r>
      <w:r>
        <w:rPr>
          <w:sz w:val="24"/>
        </w:rPr>
        <w:t>B) am</w:t>
      </w:r>
      <w:r>
        <w:tab/>
      </w:r>
      <w:r>
        <w:rPr>
          <w:sz w:val="24"/>
        </w:rPr>
        <w:t>C) is</w:t>
      </w:r>
      <w:r>
        <w:tab/>
      </w:r>
      <w:r>
        <w:rPr>
          <w:sz w:val="24"/>
        </w:rPr>
        <w:t>D) be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3. </w:t>
      </w:r>
      <w:r>
        <w:rPr>
          <w:sz w:val="24"/>
        </w:rPr>
        <w:t>My favourite subjects ___ English and Maths.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is</w:t>
      </w:r>
      <w:r>
        <w:tab/>
      </w:r>
      <w:r>
        <w:rPr>
          <w:sz w:val="24"/>
        </w:rPr>
        <w:t>B) am</w:t>
      </w:r>
      <w:r>
        <w:tab/>
      </w:r>
      <w:r>
        <w:rPr>
          <w:sz w:val="24"/>
        </w:rPr>
        <w:t>C) are</w:t>
      </w:r>
      <w:r>
        <w:tab/>
      </w:r>
      <w:r>
        <w:rPr>
          <w:sz w:val="24"/>
        </w:rPr>
        <w:t>D) be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4. </w:t>
      </w:r>
      <w:r>
        <w:rPr>
          <w:sz w:val="24"/>
        </w:rPr>
        <w:t>I ___ twelve years old.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am</w:t>
      </w:r>
      <w:r>
        <w:tab/>
      </w:r>
      <w:r>
        <w:rPr>
          <w:sz w:val="24"/>
        </w:rPr>
        <w:t>B) is</w:t>
      </w:r>
      <w:r>
        <w:tab/>
      </w:r>
      <w:r>
        <w:rPr>
          <w:sz w:val="24"/>
        </w:rPr>
        <w:t>C) are</w:t>
      </w:r>
      <w:r>
        <w:tab/>
      </w:r>
      <w:r>
        <w:rPr>
          <w:sz w:val="24"/>
        </w:rPr>
        <w:t>D) be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5. </w:t>
      </w:r>
      <w:r>
        <w:rPr>
          <w:sz w:val="24"/>
        </w:rPr>
        <w:t>It ___ a big school.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am</w:t>
      </w:r>
      <w:r>
        <w:tab/>
      </w:r>
      <w:r>
        <w:rPr>
          <w:sz w:val="24"/>
        </w:rPr>
        <w:t>B) are</w:t>
      </w:r>
      <w:r>
        <w:tab/>
      </w:r>
      <w:r>
        <w:rPr>
          <w:sz w:val="24"/>
        </w:rPr>
        <w:t>C) be</w:t>
      </w:r>
      <w:r>
        <w:tab/>
      </w:r>
      <w:r>
        <w:rPr>
          <w:sz w:val="24"/>
        </w:rPr>
        <w:t>D) is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6. </w:t>
      </w:r>
      <w:r>
        <w:rPr>
          <w:sz w:val="24"/>
        </w:rPr>
        <w:t>My friends ___ in the classroom now.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are</w:t>
      </w:r>
      <w:r>
        <w:tab/>
      </w:r>
      <w:r>
        <w:rPr>
          <w:sz w:val="24"/>
        </w:rPr>
        <w:t>B) is</w:t>
      </w:r>
      <w:r>
        <w:tab/>
      </w:r>
      <w:r>
        <w:rPr>
          <w:sz w:val="24"/>
        </w:rPr>
        <w:t>C) am</w:t>
      </w:r>
      <w:r>
        <w:tab/>
      </w:r>
      <w:r>
        <w:rPr>
          <w:sz w:val="24"/>
        </w:rPr>
        <w:t>D) be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7. </w:t>
      </w:r>
      <w:r>
        <w:rPr>
          <w:sz w:val="24"/>
        </w:rPr>
        <w:t>Sara ___ from Turkey. She is from Cyprus.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isn't</w:t>
      </w:r>
      <w:r>
        <w:tab/>
      </w:r>
      <w:r>
        <w:rPr>
          <w:sz w:val="24"/>
        </w:rPr>
        <w:t>B) is</w:t>
      </w:r>
      <w:r>
        <w:tab/>
      </w:r>
      <w:r>
        <w:rPr>
          <w:sz w:val="24"/>
        </w:rPr>
        <w:t>C) aren't</w:t>
      </w:r>
      <w:r>
        <w:tab/>
      </w:r>
      <w:r>
        <w:rPr>
          <w:sz w:val="24"/>
        </w:rPr>
        <w:t>D) doesn't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8. </w:t>
      </w:r>
      <w:r>
        <w:rPr>
          <w:sz w:val="24"/>
        </w:rPr>
        <w:t>Ali ___ at school today. He is ill.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isn't</w:t>
      </w:r>
      <w:r>
        <w:tab/>
      </w:r>
      <w:r>
        <w:rPr>
          <w:sz w:val="24"/>
        </w:rPr>
        <w:t>B) is</w:t>
      </w:r>
      <w:r>
        <w:tab/>
      </w:r>
      <w:r>
        <w:rPr>
          <w:sz w:val="24"/>
        </w:rPr>
        <w:t>C) aren't</w:t>
      </w:r>
      <w:r>
        <w:tab/>
      </w:r>
      <w:r>
        <w:rPr>
          <w:sz w:val="24"/>
        </w:rPr>
        <w:t>D) doesn't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9. </w:t>
      </w:r>
      <w:r>
        <w:rPr>
          <w:sz w:val="24"/>
        </w:rPr>
        <w:t>My parents ___ old. They are young.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aren't</w:t>
      </w:r>
      <w:r>
        <w:tab/>
      </w:r>
      <w:r>
        <w:rPr>
          <w:sz w:val="24"/>
        </w:rPr>
        <w:t>B) are</w:t>
      </w:r>
      <w:r>
        <w:tab/>
      </w:r>
      <w:r>
        <w:rPr>
          <w:sz w:val="24"/>
        </w:rPr>
        <w:t>C) isn't</w:t>
      </w:r>
      <w:r>
        <w:tab/>
      </w:r>
      <w:r>
        <w:rPr>
          <w:sz w:val="24"/>
        </w:rPr>
        <w:t>D) doesn't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10. </w:t>
      </w:r>
      <w:r>
        <w:rPr>
          <w:sz w:val="24"/>
        </w:rPr>
        <w:t>It ___ a cat. It is a dog.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is</w:t>
      </w:r>
      <w:r>
        <w:tab/>
      </w:r>
      <w:r>
        <w:rPr>
          <w:sz w:val="24"/>
        </w:rPr>
        <w:t>B) aren't</w:t>
      </w:r>
      <w:r>
        <w:tab/>
      </w:r>
      <w:r>
        <w:rPr>
          <w:sz w:val="24"/>
        </w:rPr>
        <w:t>C) doesn't</w:t>
      </w:r>
      <w:r>
        <w:tab/>
      </w:r>
      <w:r>
        <w:rPr>
          <w:sz w:val="24"/>
        </w:rPr>
        <w:t>D) isn't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11. </w:t>
      </w:r>
      <w:r>
        <w:rPr>
          <w:sz w:val="24"/>
        </w:rPr>
        <w:t>I ___ a teacher. I am a student.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am</w:t>
      </w:r>
      <w:r>
        <w:tab/>
      </w:r>
      <w:r>
        <w:rPr>
          <w:sz w:val="24"/>
        </w:rPr>
        <w:t>B) am not</w:t>
      </w:r>
      <w:r>
        <w:tab/>
      </w:r>
      <w:r>
        <w:rPr>
          <w:sz w:val="24"/>
        </w:rPr>
        <w:t>C) isn't</w:t>
      </w:r>
      <w:r>
        <w:tab/>
      </w:r>
      <w:r>
        <w:rPr>
          <w:sz w:val="24"/>
        </w:rPr>
        <w:t>D) aren't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12. </w:t>
      </w:r>
      <w:r>
        <w:rPr>
          <w:sz w:val="24"/>
        </w:rPr>
        <w:t>We ___ ready. We are late.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are</w:t>
      </w:r>
      <w:r>
        <w:tab/>
      </w:r>
      <w:r>
        <w:rPr>
          <w:sz w:val="24"/>
        </w:rPr>
        <w:t>B) isn't</w:t>
      </w:r>
      <w:r>
        <w:tab/>
      </w:r>
      <w:r>
        <w:rPr>
          <w:sz w:val="24"/>
        </w:rPr>
        <w:t>C) aren't</w:t>
      </w:r>
      <w:r>
        <w:tab/>
      </w:r>
      <w:r>
        <w:rPr>
          <w:sz w:val="24"/>
        </w:rPr>
        <w:t>D) doesn't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13. </w:t>
      </w:r>
      <w:r>
        <w:rPr>
          <w:sz w:val="24"/>
        </w:rPr>
        <w:t>Tom ___ my brother. He is my cousin.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is</w:t>
      </w:r>
      <w:r>
        <w:tab/>
      </w:r>
      <w:r>
        <w:rPr>
          <w:sz w:val="24"/>
        </w:rPr>
        <w:t>B) isn't</w:t>
      </w:r>
      <w:r>
        <w:tab/>
      </w:r>
      <w:r>
        <w:rPr>
          <w:sz w:val="24"/>
        </w:rPr>
        <w:t>C) aren't</w:t>
      </w:r>
      <w:r>
        <w:tab/>
      </w:r>
      <w:r>
        <w:rPr>
          <w:sz w:val="24"/>
        </w:rPr>
        <w:t>D) doesn't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14. </w:t>
      </w:r>
      <w:r>
        <w:rPr>
          <w:sz w:val="24"/>
        </w:rPr>
        <w:t>___ your brother a student?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Are</w:t>
      </w:r>
      <w:r>
        <w:tab/>
      </w:r>
      <w:r>
        <w:rPr>
          <w:sz w:val="24"/>
        </w:rPr>
        <w:t>B) Am</w:t>
      </w:r>
      <w:r>
        <w:tab/>
      </w:r>
      <w:r>
        <w:rPr>
          <w:sz w:val="24"/>
        </w:rPr>
        <w:t>C) Be</w:t>
      </w:r>
      <w:r>
        <w:tab/>
      </w:r>
      <w:r>
        <w:rPr>
          <w:sz w:val="24"/>
        </w:rPr>
        <w:t>D) Is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15. </w:t>
      </w:r>
      <w:r>
        <w:rPr>
          <w:sz w:val="24"/>
        </w:rPr>
        <w:t>___ they at home now?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Are</w:t>
      </w:r>
      <w:r>
        <w:tab/>
      </w:r>
      <w:r>
        <w:rPr>
          <w:sz w:val="24"/>
        </w:rPr>
        <w:t>B) Is</w:t>
      </w:r>
      <w:r>
        <w:tab/>
      </w:r>
      <w:r>
        <w:rPr>
          <w:sz w:val="24"/>
        </w:rPr>
        <w:t>C) Am</w:t>
      </w:r>
      <w:r>
        <w:tab/>
      </w:r>
      <w:r>
        <w:rPr>
          <w:sz w:val="24"/>
        </w:rPr>
        <w:t>D) Be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16. </w:t>
      </w:r>
      <w:r>
        <w:rPr>
          <w:sz w:val="24"/>
        </w:rPr>
        <w:t>___ your mother a doctor?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Are</w:t>
      </w:r>
      <w:r>
        <w:tab/>
      </w:r>
      <w:r>
        <w:rPr>
          <w:sz w:val="24"/>
        </w:rPr>
        <w:t>B) Am</w:t>
      </w:r>
      <w:r>
        <w:tab/>
      </w:r>
      <w:r>
        <w:rPr>
          <w:sz w:val="24"/>
        </w:rPr>
        <w:t>C) Be</w:t>
      </w:r>
      <w:r>
        <w:tab/>
      </w:r>
      <w:r>
        <w:rPr>
          <w:sz w:val="24"/>
        </w:rPr>
        <w:t>D) Is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17. </w:t>
      </w:r>
      <w:r>
        <w:rPr>
          <w:sz w:val="24"/>
        </w:rPr>
        <w:t>Is your mother a doctor? Yes, she ___ 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are</w:t>
      </w:r>
      <w:r>
        <w:tab/>
      </w:r>
      <w:r>
        <w:rPr>
          <w:sz w:val="24"/>
        </w:rPr>
        <w:t>B) is</w:t>
      </w:r>
      <w:r>
        <w:tab/>
      </w:r>
      <w:r>
        <w:rPr>
          <w:sz w:val="24"/>
        </w:rPr>
        <w:t>C) am</w:t>
      </w:r>
      <w:r>
        <w:tab/>
      </w:r>
      <w:r>
        <w:rPr>
          <w:sz w:val="24"/>
        </w:rPr>
        <w:t>D) be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18. </w:t>
      </w:r>
      <w:r>
        <w:rPr>
          <w:sz w:val="24"/>
        </w:rPr>
        <w:t>Are Ali and Tom brothers? No, they ___ 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isn't</w:t>
      </w:r>
      <w:r>
        <w:tab/>
      </w:r>
      <w:r>
        <w:rPr>
          <w:sz w:val="24"/>
        </w:rPr>
        <w:t>B) aren't</w:t>
      </w:r>
      <w:r>
        <w:tab/>
      </w:r>
      <w:r>
        <w:rPr>
          <w:sz w:val="24"/>
        </w:rPr>
        <w:t>C) am not</w:t>
      </w:r>
      <w:r>
        <w:tab/>
      </w:r>
      <w:r>
        <w:rPr>
          <w:sz w:val="24"/>
        </w:rPr>
        <w:t>D) be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19. </w:t>
      </w:r>
      <w:r>
        <w:rPr>
          <w:sz w:val="24"/>
        </w:rPr>
        <w:t>Are you happy? Yes, I ___ 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is</w:t>
      </w:r>
      <w:r>
        <w:tab/>
      </w:r>
      <w:r>
        <w:rPr>
          <w:sz w:val="24"/>
        </w:rPr>
        <w:t>B) are</w:t>
      </w:r>
      <w:r>
        <w:tab/>
      </w:r>
      <w:r>
        <w:rPr>
          <w:sz w:val="24"/>
        </w:rPr>
        <w:t>C) be</w:t>
      </w:r>
      <w:r>
        <w:tab/>
      </w:r>
      <w:r>
        <w:rPr>
          <w:sz w:val="24"/>
        </w:rPr>
        <w:t>D) am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20. </w:t>
      </w:r>
      <w:r>
        <w:rPr>
          <w:sz w:val="24"/>
        </w:rPr>
        <w:t>___ is your name?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What</w:t>
      </w:r>
      <w:r>
        <w:tab/>
      </w:r>
      <w:r>
        <w:rPr>
          <w:sz w:val="24"/>
        </w:rPr>
        <w:t>B) Where</w:t>
      </w:r>
      <w:r>
        <w:tab/>
      </w:r>
      <w:r>
        <w:rPr>
          <w:sz w:val="24"/>
        </w:rPr>
        <w:t>C) Who</w:t>
      </w:r>
      <w:r>
        <w:tab/>
      </w:r>
      <w:r>
        <w:rPr>
          <w:sz w:val="24"/>
        </w:rPr>
        <w:t>D) How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21. </w:t>
      </w:r>
      <w:r>
        <w:rPr>
          <w:sz w:val="24"/>
        </w:rPr>
        <w:t>___ old is your sister?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What</w:t>
      </w:r>
      <w:r>
        <w:tab/>
      </w:r>
      <w:r>
        <w:rPr>
          <w:sz w:val="24"/>
        </w:rPr>
        <w:t>B) How</w:t>
      </w:r>
      <w:r>
        <w:tab/>
      </w:r>
      <w:r>
        <w:rPr>
          <w:sz w:val="24"/>
        </w:rPr>
        <w:t>C) Where</w:t>
      </w:r>
      <w:r>
        <w:tab/>
      </w:r>
      <w:r>
        <w:rPr>
          <w:sz w:val="24"/>
        </w:rPr>
        <w:t>D) Who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22. </w:t>
      </w:r>
      <w:r>
        <w:rPr>
          <w:sz w:val="24"/>
        </w:rPr>
        <w:t>___ are my books?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What</w:t>
      </w:r>
      <w:r>
        <w:tab/>
      </w:r>
      <w:r>
        <w:rPr>
          <w:sz w:val="24"/>
        </w:rPr>
        <w:t>B) Where</w:t>
      </w:r>
      <w:r>
        <w:tab/>
      </w:r>
      <w:r>
        <w:rPr>
          <w:sz w:val="24"/>
        </w:rPr>
        <w:t>C) Who</w:t>
      </w:r>
      <w:r>
        <w:tab/>
      </w:r>
      <w:r>
        <w:rPr>
          <w:sz w:val="24"/>
        </w:rPr>
        <w:t>D) When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23. </w:t>
      </w:r>
      <w:r>
        <w:rPr>
          <w:sz w:val="24"/>
        </w:rPr>
        <w:t>___ is your birthday?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When</w:t>
      </w:r>
      <w:r>
        <w:tab/>
      </w:r>
      <w:r>
        <w:rPr>
          <w:sz w:val="24"/>
        </w:rPr>
        <w:t>B) Where</w:t>
      </w:r>
      <w:r>
        <w:tab/>
      </w:r>
      <w:r>
        <w:rPr>
          <w:sz w:val="24"/>
        </w:rPr>
        <w:t>C) What</w:t>
      </w:r>
      <w:r>
        <w:tab/>
      </w:r>
      <w:r>
        <w:rPr>
          <w:sz w:val="24"/>
        </w:rPr>
        <w:t>D) Who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24. </w:t>
      </w:r>
      <w:r>
        <w:rPr>
          <w:sz w:val="24"/>
        </w:rPr>
        <w:t>___ is cooking in the kitchen.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He</w:t>
      </w:r>
      <w:r>
        <w:tab/>
      </w:r>
      <w:r>
        <w:rPr>
          <w:sz w:val="24"/>
        </w:rPr>
        <w:t>B) They</w:t>
      </w:r>
      <w:r>
        <w:tab/>
      </w:r>
      <w:r>
        <w:rPr>
          <w:sz w:val="24"/>
        </w:rPr>
        <w:t>C) She</w:t>
      </w:r>
      <w:r>
        <w:tab/>
      </w:r>
      <w:r>
        <w:rPr>
          <w:sz w:val="24"/>
        </w:rPr>
        <w:t>D) Her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25. </w:t>
      </w:r>
      <w:r>
        <w:rPr>
          <w:sz w:val="24"/>
        </w:rPr>
        <w:t>Look at Ali. Can you see ___ 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he</w:t>
      </w:r>
      <w:r>
        <w:tab/>
      </w:r>
      <w:r>
        <w:rPr>
          <w:sz w:val="24"/>
        </w:rPr>
        <w:t>B) his</w:t>
      </w:r>
      <w:r>
        <w:tab/>
      </w:r>
      <w:r>
        <w:rPr>
          <w:sz w:val="24"/>
        </w:rPr>
        <w:t>C) him</w:t>
      </w:r>
      <w:r>
        <w:tab/>
      </w:r>
      <w:r>
        <w:rPr>
          <w:sz w:val="24"/>
        </w:rPr>
        <w:t>D) they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26. </w:t>
      </w:r>
      <w:r>
        <w:rPr>
          <w:sz w:val="24"/>
        </w:rPr>
        <w:t>Give ___ the book, please.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she</w:t>
      </w:r>
      <w:r>
        <w:tab/>
      </w:r>
      <w:r>
        <w:rPr>
          <w:sz w:val="24"/>
        </w:rPr>
        <w:t>B) hers</w:t>
      </w:r>
      <w:r>
        <w:tab/>
      </w:r>
      <w:r>
        <w:rPr>
          <w:sz w:val="24"/>
        </w:rPr>
        <w:t>C) her</w:t>
      </w:r>
      <w:r>
        <w:tab/>
      </w:r>
      <w:r>
        <w:rPr>
          <w:sz w:val="24"/>
        </w:rPr>
        <w:t>D) they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27. </w:t>
      </w:r>
      <w:r>
        <w:rPr>
          <w:sz w:val="24"/>
        </w:rPr>
        <w:t>Please come and visit ___ at home.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we</w:t>
      </w:r>
      <w:r>
        <w:tab/>
      </w:r>
      <w:r>
        <w:rPr>
          <w:sz w:val="24"/>
        </w:rPr>
        <w:t>B) us</w:t>
      </w:r>
      <w:r>
        <w:tab/>
      </w:r>
      <w:r>
        <w:rPr>
          <w:sz w:val="24"/>
        </w:rPr>
        <w:t>C) our</w:t>
      </w:r>
      <w:r>
        <w:tab/>
      </w:r>
      <w:r>
        <w:rPr>
          <w:sz w:val="24"/>
        </w:rPr>
        <w:t>D) them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28. </w:t>
      </w:r>
      <w:r>
        <w:rPr>
          <w:sz w:val="24"/>
        </w:rPr>
        <w:t>I can wash ___ because they are old.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them</w:t>
      </w:r>
      <w:r>
        <w:tab/>
      </w:r>
      <w:r>
        <w:rPr>
          <w:sz w:val="24"/>
        </w:rPr>
        <w:t>B) they</w:t>
      </w:r>
      <w:r>
        <w:tab/>
      </w:r>
      <w:r>
        <w:rPr>
          <w:sz w:val="24"/>
        </w:rPr>
        <w:t>C) their</w:t>
      </w:r>
      <w:r>
        <w:tab/>
      </w:r>
      <w:r>
        <w:rPr>
          <w:sz w:val="24"/>
        </w:rPr>
        <w:t>D) theirs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29. </w:t>
      </w:r>
      <w:r>
        <w:rPr>
          <w:sz w:val="24"/>
        </w:rPr>
        <w:t>___ name is Ali.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He</w:t>
      </w:r>
      <w:r>
        <w:tab/>
      </w:r>
      <w:r>
        <w:rPr>
          <w:sz w:val="24"/>
        </w:rPr>
        <w:t>B) Him</w:t>
      </w:r>
      <w:r>
        <w:tab/>
      </w:r>
      <w:r>
        <w:rPr>
          <w:sz w:val="24"/>
        </w:rPr>
        <w:t>C) Hers</w:t>
      </w:r>
      <w:r>
        <w:tab/>
      </w:r>
      <w:r>
        <w:rPr>
          <w:sz w:val="24"/>
        </w:rPr>
        <w:t>D) His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30. </w:t>
      </w:r>
      <w:r>
        <w:rPr>
          <w:sz w:val="24"/>
        </w:rPr>
        <w:t>___ my cousin, Sara.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Her</w:t>
      </w:r>
      <w:r>
        <w:tab/>
      </w:r>
      <w:r>
        <w:rPr>
          <w:sz w:val="24"/>
        </w:rPr>
        <w:t>B) She</w:t>
      </w:r>
      <w:r>
        <w:tab/>
      </w:r>
      <w:r>
        <w:rPr>
          <w:sz w:val="24"/>
        </w:rPr>
        <w:t>C) She's</w:t>
      </w:r>
      <w:r>
        <w:tab/>
      </w:r>
      <w:r>
        <w:rPr>
          <w:sz w:val="24"/>
        </w:rPr>
        <w:t>D) Them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31. </w:t>
      </w:r>
      <w:r>
        <w:rPr>
          <w:sz w:val="24"/>
        </w:rPr>
        <w:t>“uyanmak” İngilizce hangisidir?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read a book</w:t>
      </w:r>
      <w:r>
        <w:tab/>
      </w:r>
      <w:r>
        <w:rPr>
          <w:sz w:val="24"/>
        </w:rPr>
        <w:t>B) watch TV</w:t>
      </w:r>
      <w:r>
        <w:tab/>
      </w:r>
      <w:r>
        <w:rPr>
          <w:sz w:val="24"/>
        </w:rPr>
        <w:t>C) get dressed</w:t>
      </w:r>
      <w:r>
        <w:tab/>
      </w:r>
      <w:r>
        <w:rPr>
          <w:sz w:val="24"/>
        </w:rPr>
        <w:t>D) wake up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32. </w:t>
      </w:r>
      <w:r>
        <w:rPr>
          <w:sz w:val="24"/>
        </w:rPr>
        <w:t>“yataktan kalkmak” İngilizce hangisidir?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A) get up</w:t>
      </w:r>
      <w:r>
        <w:tab/>
      </w:r>
      <w:r>
        <w:rPr>
          <w:sz w:val="24"/>
        </w:rPr>
        <w:t>B) go to bed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C) play with friends</w:t>
      </w:r>
      <w:r>
        <w:tab/>
      </w:r>
      <w:r>
        <w:rPr>
          <w:sz w:val="24"/>
        </w:rPr>
        <w:t>D) take a bath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33. </w:t>
      </w:r>
      <w:r>
        <w:rPr>
          <w:sz w:val="24"/>
        </w:rPr>
        <w:t>“kahvaltı yapmak” İngilizce hangisidir?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wake up</w:t>
      </w:r>
      <w:r>
        <w:tab/>
      </w:r>
      <w:r>
        <w:rPr>
          <w:sz w:val="24"/>
        </w:rPr>
        <w:t>B) have breakfast</w:t>
      </w:r>
      <w:r>
        <w:tab/>
      </w:r>
      <w:r>
        <w:rPr>
          <w:sz w:val="24"/>
        </w:rPr>
        <w:t>C) get up</w:t>
      </w:r>
      <w:r>
        <w:tab/>
      </w:r>
      <w:r>
        <w:rPr>
          <w:sz w:val="24"/>
        </w:rPr>
        <w:t>D) start school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34. </w:t>
      </w:r>
      <w:r>
        <w:rPr>
          <w:sz w:val="24"/>
        </w:rPr>
        <w:t>“öğle yemeği yemek” İngilizce hangisidir?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go to school</w:t>
      </w:r>
      <w:r>
        <w:tab/>
      </w:r>
      <w:r>
        <w:rPr>
          <w:sz w:val="24"/>
        </w:rPr>
        <w:t>B) read a book</w:t>
      </w:r>
      <w:r>
        <w:tab/>
      </w:r>
      <w:r>
        <w:rPr>
          <w:sz w:val="24"/>
        </w:rPr>
        <w:t>C) have lunch</w:t>
      </w:r>
      <w:r>
        <w:tab/>
      </w:r>
      <w:r>
        <w:rPr>
          <w:sz w:val="24"/>
        </w:rPr>
        <w:t>D) start school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35. </w:t>
      </w:r>
      <w:r>
        <w:rPr>
          <w:sz w:val="24"/>
        </w:rPr>
        <w:t>“akşam yemeği yemek” İngilizce hangisidir?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take a bath</w:t>
      </w:r>
      <w:r>
        <w:tab/>
      </w:r>
      <w:r>
        <w:rPr>
          <w:sz w:val="24"/>
        </w:rPr>
        <w:t>B) wake up</w:t>
      </w:r>
      <w:r>
        <w:tab/>
      </w:r>
      <w:r>
        <w:rPr>
          <w:sz w:val="24"/>
        </w:rPr>
        <w:t>C) have dinner</w:t>
      </w:r>
      <w:r>
        <w:tab/>
      </w:r>
      <w:r>
        <w:rPr>
          <w:sz w:val="24"/>
        </w:rPr>
        <w:t>D) get up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36. </w:t>
      </w:r>
      <w:r>
        <w:rPr>
          <w:sz w:val="24"/>
        </w:rPr>
        <w:t>“dişleri fırçalamak” İngilizce hangisidir?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A) listen to music</w:t>
      </w:r>
      <w:r>
        <w:tab/>
      </w:r>
      <w:r>
        <w:rPr>
          <w:sz w:val="24"/>
        </w:rPr>
        <w:t>B) have breakfast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C) brush teeth</w:t>
      </w:r>
      <w:r>
        <w:tab/>
      </w:r>
      <w:r>
        <w:rPr>
          <w:sz w:val="24"/>
        </w:rPr>
        <w:t>D) wash face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37. </w:t>
      </w:r>
      <w:r>
        <w:rPr>
          <w:sz w:val="24"/>
        </w:rPr>
        <w:t>“yüzünü yıkamak” İngilizce hangisidir?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finish school</w:t>
      </w:r>
      <w:r>
        <w:tab/>
      </w:r>
      <w:r>
        <w:rPr>
          <w:sz w:val="24"/>
        </w:rPr>
        <w:t>B) wash face</w:t>
      </w:r>
      <w:r>
        <w:tab/>
      </w:r>
      <w:r>
        <w:rPr>
          <w:sz w:val="24"/>
        </w:rPr>
        <w:t>C) go to sleep</w:t>
      </w:r>
      <w:r>
        <w:tab/>
      </w:r>
      <w:r>
        <w:rPr>
          <w:sz w:val="24"/>
        </w:rPr>
        <w:t>D) do homework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38. </w:t>
      </w:r>
      <w:r>
        <w:rPr>
          <w:sz w:val="24"/>
        </w:rPr>
        <w:t>“ellerini yıkamak” İngilizce hangisidir?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have breakfast</w:t>
      </w:r>
      <w:r>
        <w:tab/>
      </w:r>
      <w:r>
        <w:rPr>
          <w:sz w:val="24"/>
        </w:rPr>
        <w:t>B) wash hands</w:t>
      </w:r>
      <w:r>
        <w:tab/>
      </w:r>
      <w:r>
        <w:rPr>
          <w:sz w:val="24"/>
        </w:rPr>
        <w:t>C) watch TV</w:t>
      </w:r>
      <w:r>
        <w:tab/>
      </w:r>
      <w:r>
        <w:rPr>
          <w:sz w:val="24"/>
        </w:rPr>
        <w:t>D) come home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39. </w:t>
      </w:r>
      <w:r>
        <w:rPr>
          <w:sz w:val="24"/>
        </w:rPr>
        <w:t>“giyinmek” İngilizce hangisidir?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have breakfast</w:t>
      </w:r>
      <w:r>
        <w:tab/>
      </w:r>
      <w:r>
        <w:rPr>
          <w:sz w:val="24"/>
        </w:rPr>
        <w:t>B) watch TV</w:t>
      </w:r>
      <w:r>
        <w:tab/>
      </w:r>
      <w:r>
        <w:rPr>
          <w:sz w:val="24"/>
        </w:rPr>
        <w:t>C) get dressed</w:t>
      </w:r>
      <w:r>
        <w:tab/>
      </w:r>
      <w:r>
        <w:rPr>
          <w:sz w:val="24"/>
        </w:rPr>
        <w:t>D) get up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40. </w:t>
      </w:r>
      <w:r>
        <w:rPr>
          <w:sz w:val="24"/>
        </w:rPr>
        <w:t>“okula gitmek” İngilizce hangisidir?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A) wash hands</w:t>
      </w:r>
      <w:r>
        <w:tab/>
      </w:r>
      <w:r>
        <w:rPr>
          <w:sz w:val="24"/>
        </w:rPr>
        <w:t>B) wake up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C) go to school</w:t>
      </w:r>
      <w:r>
        <w:tab/>
      </w:r>
      <w:r>
        <w:rPr>
          <w:sz w:val="24"/>
        </w:rPr>
        <w:t>D) play with friends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41. </w:t>
      </w:r>
      <w:r>
        <w:rPr>
          <w:sz w:val="24"/>
        </w:rPr>
        <w:t>“yatağa gitmek” İngilizce hangisidir?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A) get dressed</w:t>
      </w:r>
      <w:r>
        <w:tab/>
      </w:r>
      <w:r>
        <w:rPr>
          <w:sz w:val="24"/>
        </w:rPr>
        <w:t>B) go to bed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C) read a book</w:t>
      </w:r>
      <w:r>
        <w:tab/>
      </w:r>
      <w:r>
        <w:rPr>
          <w:sz w:val="24"/>
        </w:rPr>
        <w:t>D) play with friends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42. </w:t>
      </w:r>
      <w:r>
        <w:rPr>
          <w:sz w:val="24"/>
        </w:rPr>
        <w:t>“eve gelmek” İngilizce hangisidir?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go to sleep</w:t>
      </w:r>
      <w:r>
        <w:tab/>
      </w:r>
      <w:r>
        <w:rPr>
          <w:sz w:val="24"/>
        </w:rPr>
        <w:t>B) come home</w:t>
      </w:r>
      <w:r>
        <w:tab/>
      </w:r>
      <w:r>
        <w:rPr>
          <w:sz w:val="24"/>
        </w:rPr>
        <w:t>C) have lunch</w:t>
      </w:r>
      <w:r>
        <w:tab/>
      </w:r>
      <w:r>
        <w:rPr>
          <w:sz w:val="24"/>
        </w:rPr>
        <w:t>D) wash face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43. </w:t>
      </w:r>
      <w:r>
        <w:rPr>
          <w:sz w:val="24"/>
        </w:rPr>
        <w:t>“ödev yapmak” İngilizce hangisidir?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do homework</w:t>
      </w:r>
      <w:r>
        <w:tab/>
      </w:r>
      <w:r>
        <w:rPr>
          <w:sz w:val="24"/>
        </w:rPr>
        <w:t>B) finish school</w:t>
      </w:r>
      <w:r>
        <w:tab/>
      </w:r>
      <w:r>
        <w:rPr>
          <w:sz w:val="24"/>
        </w:rPr>
        <w:t>C) go to sleep</w:t>
      </w:r>
      <w:r>
        <w:tab/>
      </w:r>
      <w:r>
        <w:rPr>
          <w:sz w:val="24"/>
        </w:rPr>
        <w:t>D) brush teeth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44. </w:t>
      </w:r>
      <w:r>
        <w:rPr>
          <w:sz w:val="24"/>
        </w:rPr>
        <w:t>“televizyon izlemek” İngilizce hangisidir?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get dressed</w:t>
      </w:r>
      <w:r>
        <w:tab/>
      </w:r>
      <w:r>
        <w:rPr>
          <w:sz w:val="24"/>
        </w:rPr>
        <w:t>B) come home</w:t>
      </w:r>
      <w:r>
        <w:tab/>
      </w:r>
      <w:r>
        <w:rPr>
          <w:sz w:val="24"/>
        </w:rPr>
        <w:t>C) go to sleep</w:t>
      </w:r>
      <w:r>
        <w:tab/>
      </w:r>
      <w:r>
        <w:rPr>
          <w:sz w:val="24"/>
        </w:rPr>
        <w:t>D) watch TV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45. </w:t>
      </w:r>
      <w:r>
        <w:rPr>
          <w:sz w:val="24"/>
        </w:rPr>
        <w:t>“banyo yapmak” İngilizce hangisidir?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A) watch TV</w:t>
      </w:r>
      <w:r>
        <w:tab/>
      </w:r>
      <w:r>
        <w:rPr>
          <w:sz w:val="24"/>
        </w:rPr>
        <w:t>B) play with friends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C) get dressed</w:t>
      </w:r>
      <w:r>
        <w:tab/>
      </w:r>
      <w:r>
        <w:rPr>
          <w:sz w:val="24"/>
        </w:rPr>
        <w:t>D) take a bath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46. </w:t>
      </w:r>
      <w:r>
        <w:rPr>
          <w:sz w:val="24"/>
        </w:rPr>
        <w:t>“kitap okumak” İngilizce hangisidir?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have dinner</w:t>
      </w:r>
      <w:r>
        <w:tab/>
      </w:r>
      <w:r>
        <w:rPr>
          <w:sz w:val="24"/>
        </w:rPr>
        <w:t>B) brush teeth</w:t>
      </w:r>
      <w:r>
        <w:tab/>
      </w:r>
      <w:r>
        <w:rPr>
          <w:sz w:val="24"/>
        </w:rPr>
        <w:t>C) read a book</w:t>
      </w:r>
      <w:r>
        <w:tab/>
      </w:r>
      <w:r>
        <w:rPr>
          <w:sz w:val="24"/>
        </w:rPr>
        <w:t>D) get up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47. </w:t>
      </w:r>
      <w:r>
        <w:rPr>
          <w:sz w:val="24"/>
        </w:rPr>
        <w:t>“müzik dinlemek” İngilizce hangisidir?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A) listen to music</w:t>
      </w:r>
      <w:r>
        <w:tab/>
      </w:r>
      <w:r>
        <w:rPr>
          <w:sz w:val="24"/>
        </w:rPr>
        <w:t>B) do homework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C) get up</w:t>
      </w:r>
      <w:r>
        <w:tab/>
      </w:r>
      <w:r>
        <w:rPr>
          <w:sz w:val="24"/>
        </w:rPr>
        <w:t>D) read a book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48. </w:t>
      </w:r>
      <w:r>
        <w:rPr>
          <w:sz w:val="24"/>
        </w:rPr>
        <w:t>“arkadaşlarla oynamak” İngilizce hangisidir?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A) do exercise</w:t>
      </w:r>
      <w:r>
        <w:tab/>
      </w:r>
      <w:r>
        <w:rPr>
          <w:sz w:val="24"/>
        </w:rPr>
        <w:t>B) start school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C) play with friends</w:t>
      </w:r>
      <w:r>
        <w:tab/>
      </w:r>
      <w:r>
        <w:rPr>
          <w:sz w:val="24"/>
        </w:rPr>
        <w:t>D) go to sleep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49. </w:t>
      </w:r>
      <w:r>
        <w:rPr>
          <w:sz w:val="24"/>
        </w:rPr>
        <w:t>“uyumaya gitmek” İngilizce hangisidir?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go to sleep</w:t>
      </w:r>
      <w:r>
        <w:tab/>
      </w:r>
      <w:r>
        <w:rPr>
          <w:sz w:val="24"/>
        </w:rPr>
        <w:t>B) get dressed</w:t>
      </w:r>
      <w:r>
        <w:tab/>
      </w:r>
      <w:r>
        <w:rPr>
          <w:sz w:val="24"/>
        </w:rPr>
        <w:t>C) do exercise</w:t>
      </w:r>
      <w:r>
        <w:tab/>
      </w:r>
      <w:r>
        <w:rPr>
          <w:sz w:val="24"/>
        </w:rPr>
        <w:t>D) wake up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50. </w:t>
      </w:r>
      <w:r>
        <w:rPr>
          <w:sz w:val="24"/>
        </w:rPr>
        <w:t>“okulun başlaması” İngilizce hangisidir?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A) listen to music</w:t>
      </w:r>
      <w:r>
        <w:tab/>
      </w:r>
      <w:r>
        <w:rPr>
          <w:sz w:val="24"/>
        </w:rPr>
        <w:t>B) start school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C) go to bed</w:t>
      </w:r>
      <w:r>
        <w:tab/>
      </w:r>
      <w:r>
        <w:rPr>
          <w:sz w:val="24"/>
        </w:rPr>
        <w:t>D) wash face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51. </w:t>
      </w:r>
      <w:r>
        <w:rPr>
          <w:sz w:val="24"/>
        </w:rPr>
        <w:t>“okulun bitmesi” İngilizce hangisidir?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go to bed</w:t>
      </w:r>
      <w:r>
        <w:tab/>
      </w:r>
      <w:r>
        <w:rPr>
          <w:sz w:val="24"/>
        </w:rPr>
        <w:t>B) finish school</w:t>
      </w:r>
      <w:r>
        <w:tab/>
      </w:r>
      <w:r>
        <w:rPr>
          <w:sz w:val="24"/>
        </w:rPr>
        <w:t>C) get dressed</w:t>
      </w:r>
      <w:r>
        <w:tab/>
      </w:r>
      <w:r>
        <w:rPr>
          <w:sz w:val="24"/>
        </w:rPr>
        <w:t>D) do exercise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52. </w:t>
      </w:r>
      <w:r>
        <w:rPr>
          <w:sz w:val="24"/>
        </w:rPr>
        <w:t>“egzersiz yapmak” İngilizce hangisidir?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brush teeth</w:t>
      </w:r>
      <w:r>
        <w:tab/>
      </w:r>
      <w:r>
        <w:rPr>
          <w:sz w:val="24"/>
        </w:rPr>
        <w:t>B) have breakfast</w:t>
      </w:r>
      <w:r>
        <w:tab/>
      </w:r>
      <w:r>
        <w:rPr>
          <w:sz w:val="24"/>
        </w:rPr>
        <w:t>C) have dinner</w:t>
      </w:r>
      <w:r>
        <w:tab/>
      </w:r>
      <w:r>
        <w:rPr>
          <w:sz w:val="24"/>
        </w:rPr>
        <w:t>D) do exercise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53. </w:t>
      </w:r>
      <w:r>
        <w:rPr>
          <w:sz w:val="24"/>
        </w:rPr>
        <w:t>I am hungry at twelve o'clock and I ___ 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have lunch</w:t>
      </w:r>
      <w:r>
        <w:tab/>
      </w:r>
      <w:r>
        <w:rPr>
          <w:sz w:val="24"/>
        </w:rPr>
        <w:t>B) have breakfast</w:t>
      </w:r>
      <w:r>
        <w:tab/>
      </w:r>
      <w:r>
        <w:rPr>
          <w:sz w:val="24"/>
        </w:rPr>
        <w:t>C) have dinner</w:t>
      </w:r>
      <w:r>
        <w:tab/>
      </w:r>
      <w:r>
        <w:rPr>
          <w:sz w:val="24"/>
        </w:rPr>
        <w:t>D) go to bed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54. </w:t>
      </w:r>
      <w:r>
        <w:rPr>
          <w:sz w:val="24"/>
        </w:rPr>
        <w:t>I am tired at night and I ___ 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go to school</w:t>
      </w:r>
      <w:r>
        <w:tab/>
      </w:r>
      <w:r>
        <w:rPr>
          <w:sz w:val="24"/>
        </w:rPr>
        <w:t>B) have breakfast</w:t>
      </w:r>
      <w:r>
        <w:tab/>
      </w:r>
      <w:r>
        <w:rPr>
          <w:sz w:val="24"/>
        </w:rPr>
        <w:t>C) start school</w:t>
      </w:r>
      <w:r>
        <w:tab/>
      </w:r>
      <w:r>
        <w:rPr>
          <w:sz w:val="24"/>
        </w:rPr>
        <w:t>D) go to sleep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55. </w:t>
      </w:r>
      <w:r>
        <w:rPr>
          <w:sz w:val="24"/>
        </w:rPr>
        <w:t>Before I go to bed, I ___ my teeth.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wash</w:t>
      </w:r>
      <w:r>
        <w:tab/>
      </w:r>
      <w:r>
        <w:rPr>
          <w:sz w:val="24"/>
        </w:rPr>
        <w:t>B) get dressed</w:t>
      </w:r>
      <w:r>
        <w:tab/>
      </w:r>
      <w:r>
        <w:rPr>
          <w:sz w:val="24"/>
        </w:rPr>
        <w:t>C) do exercise</w:t>
      </w:r>
      <w:r>
        <w:tab/>
      </w:r>
      <w:r>
        <w:rPr>
          <w:sz w:val="24"/>
        </w:rPr>
        <w:t>D) brush</w:t>
      </w:r>
    </w:p>
    <w:p>
      <w:pPr>
        <w:spacing w:after="40"/>
      </w:pPr>
    </w:p>
    <w:sectPr w:rsidR="00FC693F" w:rsidRPr="0006063C" w:rsidSect="00034616">
      <w:pgSz w:w="11906" w:h="16838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iramit" w:hAnsi="Niramit" w:eastAsia="Niramit" w:cs="Niramit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