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Times (o'clock, half past) · Birleşik Test</w:t>
      </w:r>
    </w:p>
    <w:p>
      <w:pPr>
        <w:jc w:val="center"/>
      </w:pPr>
      <w:r>
        <w:rPr>
          <w:color w:val="6E6860"/>
          <w:sz w:val="19"/>
        </w:rPr>
        <w:t>Kapsam: Saat okuma (o'clock · half past · quarter past · quarter to) · at + saat (at seven o'clock · at half past nine) · at / in / on — zaman edatları (saat · gün · gün bölümü) · midday / midnight / night · iki boşluk — çift karar · WH question — What time · diyalog — alt alta, konuşmacı isimli · özne-fiil uyumu (rutin + saat) · karşıt kutup (2. cümleyi okumayan yakalanır)</w:t>
      </w:r>
    </w:p>
    <w:p>
      <w:pPr>
        <w:jc w:val="center"/>
      </w:pPr>
      <w:r>
        <w:rPr>
          <w:color w:val="6E6860"/>
          <w:sz w:val="19"/>
        </w:rPr>
        <w:t>55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I get up ___ seven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We have a lesson ___ nine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The film starts ___ half past six.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My brother goes to school ___ eight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It is cold ___ 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I go to bed ___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from</w:t>
      </w:r>
      <w:r>
        <w:tab/>
      </w:r>
      <w:r>
        <w:rPr>
          <w:sz w:val="24"/>
        </w:rPr>
        <w:t>D)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We have lunch ___ midday.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from</w:t>
      </w:r>
      <w:r>
        <w:tab/>
      </w:r>
      <w:r>
        <w:rPr>
          <w:sz w:val="24"/>
        </w:rPr>
        <w:t>D)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The film finishes ___ midnight.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We have breakfast ___ the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We play football ___ Saturday.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Our school starts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from</w:t>
      </w:r>
      <w:r>
        <w:tab/>
      </w:r>
      <w:r>
        <w:rPr>
          <w:sz w:val="24"/>
        </w:rPr>
        <w:t>D)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It is hot ___ the afternoon.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The clock shows 7:30. It is ___.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half past seven</w:t>
      </w:r>
      <w:r>
        <w:tab/>
      </w:r>
      <w:r>
        <w:rPr>
          <w:sz w:val="24"/>
        </w:rPr>
        <w:t>B) seven o'clock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past seven</w:t>
      </w:r>
      <w:r>
        <w:tab/>
      </w:r>
      <w:r>
        <w:rPr>
          <w:sz w:val="24"/>
        </w:rPr>
        <w:t>D) quarter to seven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The clock shows 7:00. It is ___.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half past seven</w:t>
      </w:r>
      <w:r>
        <w:tab/>
      </w:r>
      <w:r>
        <w:rPr>
          <w:sz w:val="24"/>
        </w:rPr>
        <w:t>B) quarter past seven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to seven</w:t>
      </w:r>
      <w:r>
        <w:tab/>
      </w:r>
      <w:r>
        <w:rPr>
          <w:sz w:val="24"/>
        </w:rPr>
        <w:t>D) seven o'clock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The clock shows 7:15. It is ___.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quarter to seven</w:t>
      </w:r>
      <w:r>
        <w:tab/>
      </w:r>
      <w:r>
        <w:rPr>
          <w:sz w:val="24"/>
        </w:rPr>
        <w:t>B) half past seven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past seven</w:t>
      </w:r>
      <w:r>
        <w:tab/>
      </w:r>
      <w:r>
        <w:rPr>
          <w:sz w:val="24"/>
        </w:rPr>
        <w:t>D) seven o'clock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The clock shows 6:45. It is ___.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quarter past seven</w:t>
      </w:r>
      <w:r>
        <w:tab/>
      </w:r>
      <w:r>
        <w:rPr>
          <w:sz w:val="24"/>
        </w:rPr>
        <w:t>B) quarter to seven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half past six</w:t>
      </w:r>
      <w:r>
        <w:tab/>
      </w:r>
      <w:r>
        <w:rPr>
          <w:sz w:val="24"/>
        </w:rPr>
        <w:t>D) seven o'clock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It is half past eight. The clock shows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8:00</w:t>
      </w:r>
      <w:r>
        <w:tab/>
      </w:r>
      <w:r>
        <w:rPr>
          <w:sz w:val="24"/>
        </w:rPr>
        <w:t>B) 8:15</w:t>
      </w:r>
      <w:r>
        <w:tab/>
      </w:r>
      <w:r>
        <w:rPr>
          <w:sz w:val="24"/>
        </w:rPr>
        <w:t>C) 8:30</w:t>
      </w:r>
      <w:r>
        <w:tab/>
      </w:r>
      <w:r>
        <w:rPr>
          <w:sz w:val="24"/>
        </w:rPr>
        <w:t>D) 7:30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It is six o'clock. The clock shows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6:30</w:t>
      </w:r>
      <w:r>
        <w:tab/>
      </w:r>
      <w:r>
        <w:rPr>
          <w:sz w:val="24"/>
        </w:rPr>
        <w:t>B) 5:00</w:t>
      </w:r>
      <w:r>
        <w:tab/>
      </w:r>
      <w:r>
        <w:rPr>
          <w:sz w:val="24"/>
        </w:rPr>
        <w:t>C) 6:15</w:t>
      </w:r>
      <w:r>
        <w:tab/>
      </w:r>
      <w:r>
        <w:rPr>
          <w:sz w:val="24"/>
        </w:rPr>
        <w:t>D) 6:00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Half past nine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9:00</w:t>
      </w:r>
      <w:r>
        <w:tab/>
      </w:r>
      <w:r>
        <w:rPr>
          <w:sz w:val="24"/>
        </w:rPr>
        <w:t>B) 9:30</w:t>
      </w:r>
      <w:r>
        <w:tab/>
      </w:r>
      <w:r>
        <w:rPr>
          <w:sz w:val="24"/>
        </w:rPr>
        <w:t>C) 9:15</w:t>
      </w:r>
      <w:r>
        <w:tab/>
      </w:r>
      <w:r>
        <w:rPr>
          <w:sz w:val="24"/>
        </w:rPr>
        <w:t>D) 8:30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Quarter past ten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10:00</w:t>
      </w:r>
      <w:r>
        <w:tab/>
      </w:r>
      <w:r>
        <w:rPr>
          <w:sz w:val="24"/>
        </w:rPr>
        <w:t>B) 10:30</w:t>
      </w:r>
      <w:r>
        <w:tab/>
      </w:r>
      <w:r>
        <w:rPr>
          <w:sz w:val="24"/>
        </w:rPr>
        <w:t>C) 10:15</w:t>
      </w:r>
      <w:r>
        <w:tab/>
      </w:r>
      <w:r>
        <w:rPr>
          <w:sz w:val="24"/>
        </w:rPr>
        <w:t>D) 9:45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What time is your English lesson?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It is ___ half past nine.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Then you get up at eight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What time do you go to bed?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go to bed ___ ten o'clock.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That is late for 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Look at the clock. What time is it?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It is ___ 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Yes, it is half past seven. Time for school.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half past seven</w:t>
      </w:r>
      <w:r>
        <w:tab/>
      </w:r>
      <w:r>
        <w:rPr>
          <w:sz w:val="24"/>
        </w:rPr>
        <w:t>B) seven o'clock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past seven</w:t>
      </w:r>
      <w:r>
        <w:tab/>
      </w:r>
      <w:r>
        <w:rPr>
          <w:sz w:val="24"/>
        </w:rPr>
        <w:t>D) quarter to seven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 do you get up?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get up at seven o'clock.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That is early!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How</w:t>
      </w:r>
      <w:r>
        <w:tab/>
      </w:r>
      <w:r>
        <w:rPr>
          <w:sz w:val="24"/>
        </w:rPr>
        <w:t>D) What time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get up late on Sunday.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What time do you have breakfast ___ Sunday?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At nine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do you have breakfast?  At half past seven.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 time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___ is it?  It is nine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What time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___ does the film start?  At eight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What time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do you go to bed?  At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What time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Which sentence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 get up in seven o'clock.</w:t>
      </w:r>
      <w:r>
        <w:tab/>
      </w:r>
      <w:r>
        <w:rPr>
          <w:sz w:val="24"/>
        </w:rPr>
        <w:t>B) I get up at seven o'clock.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 get up on seven o'clock.</w:t>
      </w:r>
      <w:r>
        <w:tab/>
      </w:r>
      <w:r>
        <w:rPr>
          <w:sz w:val="24"/>
        </w:rPr>
        <w:t>D) I get up from seven o'clock.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Which sentence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We have a lesson at Monday.</w:t>
      </w:r>
      <w:r>
        <w:tab/>
      </w:r>
      <w:r>
        <w:rPr>
          <w:sz w:val="24"/>
        </w:rPr>
        <w:t>B) We have a lesson in Monday.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We have a lesson from Monday.</w:t>
      </w:r>
      <w:r>
        <w:tab/>
      </w:r>
      <w:r>
        <w:rPr>
          <w:sz w:val="24"/>
        </w:rPr>
        <w:t>D) We have a lesson on Monday.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Which sentence shows 7:30?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It is seven o'clock.</w:t>
      </w:r>
      <w:r>
        <w:tab/>
      </w:r>
      <w:r>
        <w:rPr>
          <w:sz w:val="24"/>
        </w:rPr>
        <w:t>B) It is quarter past seven.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quarter to seven.</w:t>
      </w:r>
      <w:r>
        <w:tab/>
      </w:r>
      <w:r>
        <w:rPr>
          <w:sz w:val="24"/>
        </w:rPr>
        <w:t>D) It is half past seven.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Which sentence shows 9:15?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It is quarter past nine.</w:t>
      </w:r>
      <w:r>
        <w:tab/>
      </w:r>
      <w:r>
        <w:rPr>
          <w:sz w:val="24"/>
        </w:rPr>
        <w:t>B) It is nine o'clock.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It is half past nine.</w:t>
      </w:r>
      <w:r>
        <w:tab/>
      </w:r>
      <w:r>
        <w:rPr>
          <w:sz w:val="24"/>
        </w:rPr>
        <w:t>D) It is quarter to nine.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Ali is a student. He gets up at half past six. He has breakfast at seven o'clock. On Sunday, he gets up at nine o'clock. Which sentence is FALSE?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He has breakfast at seven o'clock.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Ali gets up at half past six on Sunday.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He gets up at half past six on Monday.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He gets up at nine o'clock on Sunday.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My brother ___ up at seven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</w:t>
      </w:r>
      <w:r>
        <w:tab/>
      </w:r>
      <w:r>
        <w:rPr>
          <w:sz w:val="24"/>
        </w:rPr>
        <w:t>B) getting</w:t>
      </w:r>
      <w:r>
        <w:tab/>
      </w:r>
      <w:r>
        <w:rPr>
          <w:sz w:val="24"/>
        </w:rPr>
        <w:t>C) got</w:t>
      </w:r>
      <w:r>
        <w:tab/>
      </w:r>
      <w:r>
        <w:rPr>
          <w:sz w:val="24"/>
        </w:rPr>
        <w:t>D) gets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Mum and I ___ breakfast at half past seven.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having</w:t>
      </w:r>
      <w:r>
        <w:tab/>
      </w:r>
      <w:r>
        <w:rPr>
          <w:sz w:val="24"/>
        </w:rPr>
        <w:t>D) had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Sara ___ to bed at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</w:t>
      </w:r>
      <w:r>
        <w:tab/>
      </w:r>
      <w:r>
        <w:rPr>
          <w:sz w:val="24"/>
        </w:rPr>
        <w:t>B) goes</w:t>
      </w:r>
      <w:r>
        <w:tab/>
      </w:r>
      <w:r>
        <w:rPr>
          <w:sz w:val="24"/>
        </w:rPr>
        <w:t>C) does</w:t>
      </w:r>
      <w:r>
        <w:tab/>
      </w:r>
      <w:r>
        <w:rPr>
          <w:sz w:val="24"/>
        </w:rPr>
        <w:t>D) went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It is twelve o'clock at night. It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midnight</w:t>
      </w:r>
      <w:r>
        <w:tab/>
      </w:r>
      <w:r>
        <w:rPr>
          <w:sz w:val="24"/>
        </w:rPr>
        <w:t>B) midday</w:t>
      </w:r>
      <w:r>
        <w:tab/>
      </w:r>
      <w:r>
        <w:rPr>
          <w:sz w:val="24"/>
        </w:rPr>
        <w:t>C) morning</w:t>
      </w:r>
      <w:r>
        <w:tab/>
      </w:r>
      <w:r>
        <w:rPr>
          <w:sz w:val="24"/>
        </w:rPr>
        <w:t>D) afternoon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It is twelve o'clock in the day. It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midnight</w:t>
      </w:r>
      <w:r>
        <w:tab/>
      </w:r>
      <w:r>
        <w:rPr>
          <w:sz w:val="24"/>
        </w:rPr>
        <w:t>B) midday</w:t>
      </w:r>
      <w:r>
        <w:tab/>
      </w:r>
      <w:r>
        <w:rPr>
          <w:sz w:val="24"/>
        </w:rPr>
        <w:t>C) night</w:t>
      </w:r>
      <w:r>
        <w:tab/>
      </w:r>
      <w:r>
        <w:rPr>
          <w:sz w:val="24"/>
        </w:rPr>
        <w:t>D) morning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I have lunch ___ midday and go to bed ___ midnight.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at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It is ___ night, so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I get up ___ seven o'clock and go to bed ___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at</w:t>
      </w:r>
      <w:r>
        <w:tab/>
      </w:r>
      <w:r>
        <w:rPr>
          <w:sz w:val="24"/>
        </w:rPr>
        <w:t>B) in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on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We have a lesson ___ nine o'clock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She has breakfast ___ half past seven ___ the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in</w:t>
      </w:r>
      <w:r>
        <w:tab/>
      </w:r>
      <w:r>
        <w:rPr>
          <w:sz w:val="24"/>
        </w:rPr>
        <w:t>B) in / in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The film starts ___ eight o'clock and finishes ___ half past nine.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on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I get up late ___ Sunday and early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on</w:t>
      </w:r>
      <w:r>
        <w:tab/>
      </w:r>
      <w:r>
        <w:rPr>
          <w:sz w:val="24"/>
        </w:rPr>
        <w:t>D) in /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My dad goes to work ___ eight o'clock ___ the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in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on / at</w:t>
      </w:r>
      <w:r>
        <w:tab/>
      </w:r>
      <w:r>
        <w:rPr>
          <w:sz w:val="24"/>
        </w:rPr>
        <w:t>D) at /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The shop opens ___ nine o'clock and closes ___ midnight.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on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We play football ___ Saturday ___ half past four.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in /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I have breakfast ___ seven o'clock ___ Monday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on</w:t>
      </w:r>
      <w:r>
        <w:tab/>
      </w:r>
      <w:r>
        <w:rPr>
          <w:sz w:val="24"/>
        </w:rPr>
        <w:t>B) at / on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Tom gets up ___ half past six ___ Sunday.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on</w:t>
      </w:r>
      <w:r>
        <w:tab/>
      </w:r>
      <w:r>
        <w:rPr>
          <w:sz w:val="24"/>
        </w:rPr>
        <w:t>B) at / on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The party is ___ Saturday ___ eight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in /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I go to bed ___ ten o'clock ___ 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in</w:t>
      </w:r>
      <w:r>
        <w:tab/>
      </w:r>
      <w:r>
        <w:rPr>
          <w:sz w:val="24"/>
        </w:rPr>
        <w:t>C) on / on</w:t>
      </w:r>
      <w:r>
        <w:tab/>
      </w:r>
      <w:r>
        <w:rPr>
          <w:sz w:val="24"/>
        </w:rPr>
        <w:t>D) at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Our lesson is ___ half past nine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Sara has lunch ___ twelve o'clock ___ Sunday.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on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on / at</w:t>
      </w:r>
      <w:r>
        <w:tab/>
      </w:r>
      <w:r>
        <w:rPr>
          <w:sz w:val="24"/>
        </w:rPr>
        <w:t>D) at / on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