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5. Sınıf İngilizce — Ünite 1 My Day · Times (o'clock, half past) · Birleşik Test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55. D</w:t>
            </w:r>
          </w:p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Saat okuma (o'clock · half past · quarter past · quarter to), at + saat (at seven o'clock · at half past nine), at / in / on — zaman edatları (saat · gün · gün bölümü), midday / midnight / night, iki boşluk — çift karar, WH question — What time, diyalog — alt alta, konuşmacı isimli, özne-fiil uyumu (rutin + saat), karşıt kutup (2. cümleyi okumayan yakalanır)</w:t>
        <w:br/>
        <w:t>• Seviye: Çok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