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28"/>
        </w:rPr>
        <w:t>5. Sınıf İngilizce — Ünite 1 My Day · Birleşik Test (Daily routines · Body parts · Subject/Object pronouns)</w:t>
      </w:r>
    </w:p>
    <w:p>
      <w:pPr>
        <w:jc w:val="center"/>
      </w:pPr>
      <w:r>
        <w:rPr>
          <w:color w:val="6E6860"/>
          <w:sz w:val="19"/>
        </w:rPr>
        <w:t>Kapsam: Daily routines · Body parts · Present Simple (to be) · Subject vs object pronouns</w:t>
      </w:r>
    </w:p>
    <w:p>
      <w:pPr>
        <w:jc w:val="center"/>
      </w:pPr>
      <w:r>
        <w:rPr>
          <w:color w:val="6E6860"/>
          <w:sz w:val="19"/>
        </w:rPr>
        <w:t>64 soru · 4 seçenekli · 5. Sınıf · Ünite 1</w:t>
      </w:r>
    </w:p>
    <w:p>
      <w:r>
        <w:rPr>
          <w:sz w:val="20"/>
        </w:rPr>
        <w:t>Ad Soyad: .............................................        Puan: ............</w:t>
      </w:r>
    </w:p>
    <w:p>
      <w:r>
        <w:rPr>
          <w:i/>
          <w:color w:val="6E6860"/>
          <w:sz w:val="20"/>
        </w:rPr>
        <w:t>Aşağıdaki sorularda doğru seçeneği işaretleyin.</w:t>
      </w:r>
    </w:p>
    <w:p/>
    <w:p>
      <w:pPr>
        <w:spacing w:after="60"/>
      </w:pPr>
      <w:r>
        <w:rPr>
          <w:b/>
        </w:rPr>
        <w:t xml:space="preserve">1. </w:t>
      </w:r>
      <w:r>
        <w:t>“uyanmak” İngilizce hangisidir?</w:t>
      </w:r>
    </w:p>
    <w:tbl>
      <w:tblPr>
        <w:tblW w:type="auto" w:w="0"/>
        <w:tblLayout w:type="autofit"/>
        <w:tblLook w:firstColumn="1" w:firstRow="1" w:lastColumn="0" w:lastRow="0" w:noHBand="0" w:noVBand="1" w:val="04A0"/>
      </w:tblPr>
      <w:tblGrid>
        <w:gridCol w:w="2493"/>
        <w:gridCol w:w="2493"/>
        <w:gridCol w:w="2493"/>
        <w:gridCol w:w="2493"/>
      </w:tblGrid>
      <w:tr>
        <w:tc>
          <w:tcPr>
            <w:tcW w:type="dxa" w:w="2493"/>
          </w:tcPr>
          <w:p>
            <w:pPr>
              <w:spacing w:after="0"/>
            </w:pPr>
            <w:r>
              <w:rPr>
                <w:sz w:val="20"/>
              </w:rPr>
              <w:t>A) wake up</w:t>
            </w:r>
          </w:p>
        </w:tc>
        <w:tc>
          <w:tcPr>
            <w:tcW w:type="dxa" w:w="2493"/>
          </w:tcPr>
          <w:p>
            <w:pPr>
              <w:spacing w:after="0"/>
            </w:pPr>
            <w:r>
              <w:rPr>
                <w:sz w:val="20"/>
              </w:rPr>
              <w:t>B) watch TV</w:t>
            </w:r>
          </w:p>
        </w:tc>
        <w:tc>
          <w:tcPr>
            <w:tcW w:type="dxa" w:w="2493"/>
          </w:tcPr>
          <w:p>
            <w:pPr>
              <w:spacing w:after="0"/>
            </w:pPr>
            <w:r>
              <w:rPr>
                <w:sz w:val="20"/>
              </w:rPr>
              <w:t>C) play with friends</w:t>
            </w:r>
          </w:p>
        </w:tc>
        <w:tc>
          <w:tcPr>
            <w:tcW w:type="dxa" w:w="2493"/>
          </w:tcPr>
          <w:p>
            <w:pPr>
              <w:spacing w:after="0"/>
            </w:pPr>
            <w:r>
              <w:rPr>
                <w:sz w:val="20"/>
              </w:rPr>
              <w:t>D) go to bed</w:t>
            </w:r>
          </w:p>
        </w:tc>
      </w:tr>
    </w:tbl>
    <w:p>
      <w:pPr>
        <w:spacing w:after="20"/>
      </w:pPr>
    </w:p>
    <w:p>
      <w:pPr>
        <w:spacing w:after="60"/>
      </w:pPr>
      <w:r>
        <w:rPr>
          <w:b/>
        </w:rPr>
        <w:t xml:space="preserve">2. </w:t>
      </w:r>
      <w:r>
        <w:t>“yataktan kalkmak” kalıbının İngilizcesi hangisidir?</w:t>
      </w:r>
    </w:p>
    <w:tbl>
      <w:tblPr>
        <w:tblW w:type="auto" w:w="0"/>
        <w:tblLayout w:type="autofit"/>
        <w:tblLook w:firstColumn="1" w:firstRow="1" w:lastColumn="0" w:lastRow="0" w:noHBand="0" w:noVBand="1" w:val="04A0"/>
      </w:tblPr>
      <w:tblGrid>
        <w:gridCol w:w="2493"/>
        <w:gridCol w:w="2493"/>
        <w:gridCol w:w="2493"/>
        <w:gridCol w:w="2493"/>
      </w:tblGrid>
      <w:tr>
        <w:tc>
          <w:tcPr>
            <w:tcW w:type="dxa" w:w="2493"/>
          </w:tcPr>
          <w:p>
            <w:pPr>
              <w:spacing w:after="0"/>
            </w:pPr>
            <w:r>
              <w:rPr>
                <w:sz w:val="20"/>
              </w:rPr>
              <w:t>A) read a book</w:t>
            </w:r>
          </w:p>
        </w:tc>
        <w:tc>
          <w:tcPr>
            <w:tcW w:type="dxa" w:w="2493"/>
          </w:tcPr>
          <w:p>
            <w:pPr>
              <w:spacing w:after="0"/>
            </w:pPr>
            <w:r>
              <w:rPr>
                <w:sz w:val="20"/>
              </w:rPr>
              <w:t>B) brush teeth</w:t>
            </w:r>
          </w:p>
        </w:tc>
        <w:tc>
          <w:tcPr>
            <w:tcW w:type="dxa" w:w="2493"/>
          </w:tcPr>
          <w:p>
            <w:pPr>
              <w:spacing w:after="0"/>
            </w:pPr>
            <w:r>
              <w:rPr>
                <w:sz w:val="20"/>
              </w:rPr>
              <w:t>C) get up</w:t>
            </w:r>
          </w:p>
        </w:tc>
        <w:tc>
          <w:tcPr>
            <w:tcW w:type="dxa" w:w="2493"/>
          </w:tcPr>
          <w:p>
            <w:pPr>
              <w:spacing w:after="0"/>
            </w:pPr>
            <w:r>
              <w:rPr>
                <w:sz w:val="20"/>
              </w:rPr>
              <w:t>D) take a bath</w:t>
            </w:r>
          </w:p>
        </w:tc>
      </w:tr>
    </w:tbl>
    <w:p>
      <w:pPr>
        <w:spacing w:after="20"/>
      </w:pPr>
    </w:p>
    <w:p>
      <w:pPr>
        <w:spacing w:after="60"/>
      </w:pPr>
      <w:r>
        <w:rPr>
          <w:b/>
        </w:rPr>
        <w:t xml:space="preserve">3. </w:t>
      </w:r>
      <w:r>
        <w:t>“kahvaltı yapmak” İngilizce hangisidir?</w:t>
      </w:r>
    </w:p>
    <w:tbl>
      <w:tblPr>
        <w:tblW w:type="auto" w:w="0"/>
        <w:tblLayout w:type="autofit"/>
        <w:tblLook w:firstColumn="1" w:firstRow="1" w:lastColumn="0" w:lastRow="0" w:noHBand="0" w:noVBand="1" w:val="04A0"/>
      </w:tblPr>
      <w:tblGrid>
        <w:gridCol w:w="2493"/>
        <w:gridCol w:w="2493"/>
        <w:gridCol w:w="2493"/>
        <w:gridCol w:w="2493"/>
      </w:tblGrid>
      <w:tr>
        <w:tc>
          <w:tcPr>
            <w:tcW w:type="dxa" w:w="2493"/>
          </w:tcPr>
          <w:p>
            <w:pPr>
              <w:spacing w:after="0"/>
            </w:pPr>
            <w:r>
              <w:rPr>
                <w:sz w:val="20"/>
              </w:rPr>
              <w:t>A) have breakfast</w:t>
            </w:r>
          </w:p>
        </w:tc>
        <w:tc>
          <w:tcPr>
            <w:tcW w:type="dxa" w:w="2493"/>
          </w:tcPr>
          <w:p>
            <w:pPr>
              <w:spacing w:after="0"/>
            </w:pPr>
            <w:r>
              <w:rPr>
                <w:sz w:val="20"/>
              </w:rPr>
              <w:t>B) get dressed</w:t>
            </w:r>
          </w:p>
        </w:tc>
        <w:tc>
          <w:tcPr>
            <w:tcW w:type="dxa" w:w="2493"/>
          </w:tcPr>
          <w:p>
            <w:pPr>
              <w:spacing w:after="0"/>
            </w:pPr>
            <w:r>
              <w:rPr>
                <w:sz w:val="20"/>
              </w:rPr>
              <w:t>C) finish school</w:t>
            </w:r>
          </w:p>
        </w:tc>
        <w:tc>
          <w:tcPr>
            <w:tcW w:type="dxa" w:w="2493"/>
          </w:tcPr>
          <w:p>
            <w:pPr>
              <w:spacing w:after="0"/>
            </w:pPr>
            <w:r>
              <w:rPr>
                <w:sz w:val="20"/>
              </w:rPr>
              <w:t>D) do homework</w:t>
            </w:r>
          </w:p>
        </w:tc>
      </w:tr>
    </w:tbl>
    <w:p>
      <w:pPr>
        <w:spacing w:after="20"/>
      </w:pPr>
    </w:p>
    <w:p>
      <w:pPr>
        <w:spacing w:after="60"/>
      </w:pPr>
      <w:r>
        <w:rPr>
          <w:b/>
        </w:rPr>
        <w:t xml:space="preserve">4. </w:t>
      </w:r>
      <w:r>
        <w:t>“öğle yemeği yemek” kalıbının İngilizcesi hangisidir?</w:t>
      </w:r>
    </w:p>
    <w:tbl>
      <w:tblPr>
        <w:tblW w:type="auto" w:w="0"/>
        <w:tblLayout w:type="autofit"/>
        <w:tblLook w:firstColumn="1" w:firstRow="1" w:lastColumn="0" w:lastRow="0" w:noHBand="0" w:noVBand="1" w:val="04A0"/>
      </w:tblPr>
      <w:tblGrid>
        <w:gridCol w:w="2493"/>
        <w:gridCol w:w="2493"/>
        <w:gridCol w:w="2493"/>
        <w:gridCol w:w="2493"/>
      </w:tblGrid>
      <w:tr>
        <w:tc>
          <w:tcPr>
            <w:tcW w:type="dxa" w:w="2493"/>
          </w:tcPr>
          <w:p>
            <w:pPr>
              <w:spacing w:after="0"/>
            </w:pPr>
            <w:r>
              <w:rPr>
                <w:sz w:val="20"/>
              </w:rPr>
              <w:t>A) listen to music</w:t>
            </w:r>
          </w:p>
        </w:tc>
        <w:tc>
          <w:tcPr>
            <w:tcW w:type="dxa" w:w="2493"/>
          </w:tcPr>
          <w:p>
            <w:pPr>
              <w:spacing w:after="0"/>
            </w:pPr>
            <w:r>
              <w:rPr>
                <w:sz w:val="20"/>
              </w:rPr>
              <w:t>B) have lunch</w:t>
            </w:r>
          </w:p>
        </w:tc>
        <w:tc>
          <w:tcPr>
            <w:tcW w:type="dxa" w:w="2493"/>
          </w:tcPr>
          <w:p>
            <w:pPr>
              <w:spacing w:after="0"/>
            </w:pPr>
            <w:r>
              <w:rPr>
                <w:sz w:val="20"/>
              </w:rPr>
              <w:t>C) have breakfast</w:t>
            </w:r>
          </w:p>
        </w:tc>
        <w:tc>
          <w:tcPr>
            <w:tcW w:type="dxa" w:w="2493"/>
          </w:tcPr>
          <w:p>
            <w:pPr>
              <w:spacing w:after="0"/>
            </w:pPr>
            <w:r>
              <w:rPr>
                <w:sz w:val="20"/>
              </w:rPr>
              <w:t>D) play with friends</w:t>
            </w:r>
          </w:p>
        </w:tc>
      </w:tr>
    </w:tbl>
    <w:p>
      <w:pPr>
        <w:spacing w:after="20"/>
      </w:pPr>
    </w:p>
    <w:p>
      <w:pPr>
        <w:spacing w:after="60"/>
      </w:pPr>
      <w:r>
        <w:rPr>
          <w:b/>
        </w:rPr>
        <w:t xml:space="preserve">5. </w:t>
      </w:r>
      <w:r>
        <w:t>“akşam yemeği yemek” İngilizce hangisidir?</w:t>
      </w:r>
    </w:p>
    <w:tbl>
      <w:tblPr>
        <w:tblW w:type="auto" w:w="0"/>
        <w:tblLayout w:type="autofit"/>
        <w:tblLook w:firstColumn="1" w:firstRow="1" w:lastColumn="0" w:lastRow="0" w:noHBand="0" w:noVBand="1" w:val="04A0"/>
      </w:tblPr>
      <w:tblGrid>
        <w:gridCol w:w="2493"/>
        <w:gridCol w:w="2493"/>
        <w:gridCol w:w="2493"/>
        <w:gridCol w:w="2493"/>
      </w:tblGrid>
      <w:tr>
        <w:tc>
          <w:tcPr>
            <w:tcW w:type="dxa" w:w="2493"/>
          </w:tcPr>
          <w:p>
            <w:pPr>
              <w:spacing w:after="0"/>
            </w:pPr>
            <w:r>
              <w:rPr>
                <w:sz w:val="20"/>
              </w:rPr>
              <w:t>A) have dinner</w:t>
            </w:r>
          </w:p>
        </w:tc>
        <w:tc>
          <w:tcPr>
            <w:tcW w:type="dxa" w:w="2493"/>
          </w:tcPr>
          <w:p>
            <w:pPr>
              <w:spacing w:after="0"/>
            </w:pPr>
            <w:r>
              <w:rPr>
                <w:sz w:val="20"/>
              </w:rPr>
              <w:t>B) wake up</w:t>
            </w:r>
          </w:p>
        </w:tc>
        <w:tc>
          <w:tcPr>
            <w:tcW w:type="dxa" w:w="2493"/>
          </w:tcPr>
          <w:p>
            <w:pPr>
              <w:spacing w:after="0"/>
            </w:pPr>
            <w:r>
              <w:rPr>
                <w:sz w:val="20"/>
              </w:rPr>
              <w:t>C) go to bed</w:t>
            </w:r>
          </w:p>
        </w:tc>
        <w:tc>
          <w:tcPr>
            <w:tcW w:type="dxa" w:w="2493"/>
          </w:tcPr>
          <w:p>
            <w:pPr>
              <w:spacing w:after="0"/>
            </w:pPr>
            <w:r>
              <w:rPr>
                <w:sz w:val="20"/>
              </w:rPr>
              <w:t>D) play with friends</w:t>
            </w:r>
          </w:p>
        </w:tc>
      </w:tr>
    </w:tbl>
    <w:p>
      <w:pPr>
        <w:spacing w:after="20"/>
      </w:pPr>
    </w:p>
    <w:p>
      <w:pPr>
        <w:spacing w:after="60"/>
      </w:pPr>
      <w:r>
        <w:rPr>
          <w:b/>
        </w:rPr>
        <w:t xml:space="preserve">6. </w:t>
      </w:r>
      <w:r>
        <w:t>“dişleri fırçalamak” kalıbının İngilizcesi hangisidir?</w:t>
      </w:r>
    </w:p>
    <w:tbl>
      <w:tblPr>
        <w:tblW w:type="auto" w:w="0"/>
        <w:tblLayout w:type="autofit"/>
        <w:tblLook w:firstColumn="1" w:firstRow="1" w:lastColumn="0" w:lastRow="0" w:noHBand="0" w:noVBand="1" w:val="04A0"/>
      </w:tblPr>
      <w:tblGrid>
        <w:gridCol w:w="2493"/>
        <w:gridCol w:w="2493"/>
        <w:gridCol w:w="2493"/>
        <w:gridCol w:w="2493"/>
      </w:tblGrid>
      <w:tr>
        <w:tc>
          <w:tcPr>
            <w:tcW w:type="dxa" w:w="2493"/>
          </w:tcPr>
          <w:p>
            <w:pPr>
              <w:spacing w:after="0"/>
            </w:pPr>
            <w:r>
              <w:rPr>
                <w:sz w:val="20"/>
              </w:rPr>
              <w:t>A) brush teeth</w:t>
            </w:r>
          </w:p>
        </w:tc>
        <w:tc>
          <w:tcPr>
            <w:tcW w:type="dxa" w:w="2493"/>
          </w:tcPr>
          <w:p>
            <w:pPr>
              <w:spacing w:after="0"/>
            </w:pPr>
            <w:r>
              <w:rPr>
                <w:sz w:val="20"/>
              </w:rPr>
              <w:t>B) start school</w:t>
            </w:r>
          </w:p>
        </w:tc>
        <w:tc>
          <w:tcPr>
            <w:tcW w:type="dxa" w:w="2493"/>
          </w:tcPr>
          <w:p>
            <w:pPr>
              <w:spacing w:after="0"/>
            </w:pPr>
            <w:r>
              <w:rPr>
                <w:sz w:val="20"/>
              </w:rPr>
              <w:t>C) do exercise</w:t>
            </w:r>
          </w:p>
        </w:tc>
        <w:tc>
          <w:tcPr>
            <w:tcW w:type="dxa" w:w="2493"/>
          </w:tcPr>
          <w:p>
            <w:pPr>
              <w:spacing w:after="0"/>
            </w:pPr>
            <w:r>
              <w:rPr>
                <w:sz w:val="20"/>
              </w:rPr>
              <w:t>D) take a bath</w:t>
            </w:r>
          </w:p>
        </w:tc>
      </w:tr>
    </w:tbl>
    <w:p>
      <w:pPr>
        <w:spacing w:after="20"/>
      </w:pPr>
    </w:p>
    <w:p>
      <w:pPr>
        <w:spacing w:after="60"/>
      </w:pPr>
      <w:r>
        <w:rPr>
          <w:b/>
        </w:rPr>
        <w:t xml:space="preserve">7. </w:t>
      </w:r>
      <w:r>
        <w:t>“yüzünü yıkamak” İngilizce hangisidir?</w:t>
      </w:r>
    </w:p>
    <w:tbl>
      <w:tblPr>
        <w:tblW w:type="auto" w:w="0"/>
        <w:tblLayout w:type="autofit"/>
        <w:tblLook w:firstColumn="1" w:firstRow="1" w:lastColumn="0" w:lastRow="0" w:noHBand="0" w:noVBand="1" w:val="04A0"/>
      </w:tblPr>
      <w:tblGrid>
        <w:gridCol w:w="2493"/>
        <w:gridCol w:w="2493"/>
        <w:gridCol w:w="2493"/>
        <w:gridCol w:w="2493"/>
      </w:tblGrid>
      <w:tr>
        <w:tc>
          <w:tcPr>
            <w:tcW w:type="dxa" w:w="2493"/>
          </w:tcPr>
          <w:p>
            <w:pPr>
              <w:spacing w:after="0"/>
            </w:pPr>
            <w:r>
              <w:rPr>
                <w:sz w:val="20"/>
              </w:rPr>
              <w:t>A) read a book</w:t>
            </w:r>
          </w:p>
        </w:tc>
        <w:tc>
          <w:tcPr>
            <w:tcW w:type="dxa" w:w="2493"/>
          </w:tcPr>
          <w:p>
            <w:pPr>
              <w:spacing w:after="0"/>
            </w:pPr>
            <w:r>
              <w:rPr>
                <w:sz w:val="20"/>
              </w:rPr>
              <w:t>B) do exercise</w:t>
            </w:r>
          </w:p>
        </w:tc>
        <w:tc>
          <w:tcPr>
            <w:tcW w:type="dxa" w:w="2493"/>
          </w:tcPr>
          <w:p>
            <w:pPr>
              <w:spacing w:after="0"/>
            </w:pPr>
            <w:r>
              <w:rPr>
                <w:sz w:val="20"/>
              </w:rPr>
              <w:t>C) play with friends</w:t>
            </w:r>
          </w:p>
        </w:tc>
        <w:tc>
          <w:tcPr>
            <w:tcW w:type="dxa" w:w="2493"/>
          </w:tcPr>
          <w:p>
            <w:pPr>
              <w:spacing w:after="0"/>
            </w:pPr>
            <w:r>
              <w:rPr>
                <w:sz w:val="20"/>
              </w:rPr>
              <w:t>D) wash face</w:t>
            </w:r>
          </w:p>
        </w:tc>
      </w:tr>
    </w:tbl>
    <w:p>
      <w:pPr>
        <w:spacing w:after="20"/>
      </w:pPr>
    </w:p>
    <w:p>
      <w:pPr>
        <w:spacing w:after="60"/>
      </w:pPr>
      <w:r>
        <w:rPr>
          <w:b/>
        </w:rPr>
        <w:t xml:space="preserve">8. </w:t>
      </w:r>
      <w:r>
        <w:t>“ellerini yıkamak” kalıbının İngilizcesi hangisidir?</w:t>
      </w:r>
    </w:p>
    <w:tbl>
      <w:tblPr>
        <w:tblW w:type="auto" w:w="0"/>
        <w:tblLayout w:type="autofit"/>
        <w:tblLook w:firstColumn="1" w:firstRow="1" w:lastColumn="0" w:lastRow="0" w:noHBand="0" w:noVBand="1" w:val="04A0"/>
      </w:tblPr>
      <w:tblGrid>
        <w:gridCol w:w="2493"/>
        <w:gridCol w:w="2493"/>
        <w:gridCol w:w="2493"/>
        <w:gridCol w:w="2493"/>
      </w:tblGrid>
      <w:tr>
        <w:tc>
          <w:tcPr>
            <w:tcW w:type="dxa" w:w="2493"/>
          </w:tcPr>
          <w:p>
            <w:pPr>
              <w:spacing w:after="0"/>
            </w:pPr>
            <w:r>
              <w:rPr>
                <w:sz w:val="20"/>
              </w:rPr>
              <w:t>A) read a book</w:t>
            </w:r>
          </w:p>
        </w:tc>
        <w:tc>
          <w:tcPr>
            <w:tcW w:type="dxa" w:w="2493"/>
          </w:tcPr>
          <w:p>
            <w:pPr>
              <w:spacing w:after="0"/>
            </w:pPr>
            <w:r>
              <w:rPr>
                <w:sz w:val="20"/>
              </w:rPr>
              <w:t>B) have dinner</w:t>
            </w:r>
          </w:p>
        </w:tc>
        <w:tc>
          <w:tcPr>
            <w:tcW w:type="dxa" w:w="2493"/>
          </w:tcPr>
          <w:p>
            <w:pPr>
              <w:spacing w:after="0"/>
            </w:pPr>
            <w:r>
              <w:rPr>
                <w:sz w:val="20"/>
              </w:rPr>
              <w:t>C) get up</w:t>
            </w:r>
          </w:p>
        </w:tc>
        <w:tc>
          <w:tcPr>
            <w:tcW w:type="dxa" w:w="2493"/>
          </w:tcPr>
          <w:p>
            <w:pPr>
              <w:spacing w:after="0"/>
            </w:pPr>
            <w:r>
              <w:rPr>
                <w:sz w:val="20"/>
              </w:rPr>
              <w:t>D) wash hands</w:t>
            </w:r>
          </w:p>
        </w:tc>
      </w:tr>
    </w:tbl>
    <w:p>
      <w:pPr>
        <w:spacing w:after="20"/>
      </w:pPr>
    </w:p>
    <w:p>
      <w:pPr>
        <w:spacing w:after="60"/>
      </w:pPr>
      <w:r>
        <w:rPr>
          <w:b/>
        </w:rPr>
        <w:t xml:space="preserve">9. </w:t>
      </w:r>
      <w:r>
        <w:t>“giyinmek” İngilizce hangisidir?</w:t>
      </w:r>
    </w:p>
    <w:tbl>
      <w:tblPr>
        <w:tblW w:type="auto" w:w="0"/>
        <w:tblLayout w:type="autofit"/>
        <w:tblLook w:firstColumn="1" w:firstRow="1" w:lastColumn="0" w:lastRow="0" w:noHBand="0" w:noVBand="1" w:val="04A0"/>
      </w:tblPr>
      <w:tblGrid>
        <w:gridCol w:w="2493"/>
        <w:gridCol w:w="2493"/>
        <w:gridCol w:w="2493"/>
        <w:gridCol w:w="2493"/>
      </w:tblGrid>
      <w:tr>
        <w:tc>
          <w:tcPr>
            <w:tcW w:type="dxa" w:w="2493"/>
          </w:tcPr>
          <w:p>
            <w:pPr>
              <w:spacing w:after="0"/>
            </w:pPr>
            <w:r>
              <w:rPr>
                <w:sz w:val="20"/>
              </w:rPr>
              <w:t>A) brush teeth</w:t>
            </w:r>
          </w:p>
        </w:tc>
        <w:tc>
          <w:tcPr>
            <w:tcW w:type="dxa" w:w="2493"/>
          </w:tcPr>
          <w:p>
            <w:pPr>
              <w:spacing w:after="0"/>
            </w:pPr>
            <w:r>
              <w:rPr>
                <w:sz w:val="20"/>
              </w:rPr>
              <w:t>B) get dressed</w:t>
            </w:r>
          </w:p>
        </w:tc>
        <w:tc>
          <w:tcPr>
            <w:tcW w:type="dxa" w:w="2493"/>
          </w:tcPr>
          <w:p>
            <w:pPr>
              <w:spacing w:after="0"/>
            </w:pPr>
            <w:r>
              <w:rPr>
                <w:sz w:val="20"/>
              </w:rPr>
              <w:t>C) listen to music</w:t>
            </w:r>
          </w:p>
        </w:tc>
        <w:tc>
          <w:tcPr>
            <w:tcW w:type="dxa" w:w="2493"/>
          </w:tcPr>
          <w:p>
            <w:pPr>
              <w:spacing w:after="0"/>
            </w:pPr>
            <w:r>
              <w:rPr>
                <w:sz w:val="20"/>
              </w:rPr>
              <w:t>D) take a bath</w:t>
            </w:r>
          </w:p>
        </w:tc>
      </w:tr>
    </w:tbl>
    <w:p>
      <w:pPr>
        <w:spacing w:after="20"/>
      </w:pPr>
    </w:p>
    <w:p>
      <w:pPr>
        <w:spacing w:after="60"/>
      </w:pPr>
      <w:r>
        <w:rPr>
          <w:b/>
        </w:rPr>
        <w:t xml:space="preserve">10. </w:t>
      </w:r>
      <w:r>
        <w:t>“okula gitmek” kalıbının İngilizcesi hangisidir?</w:t>
      </w:r>
    </w:p>
    <w:tbl>
      <w:tblPr>
        <w:tblW w:type="auto" w:w="0"/>
        <w:tblLayout w:type="autofit"/>
        <w:tblLook w:firstColumn="1" w:firstRow="1" w:lastColumn="0" w:lastRow="0" w:noHBand="0" w:noVBand="1" w:val="04A0"/>
      </w:tblPr>
      <w:tblGrid>
        <w:gridCol w:w="2493"/>
        <w:gridCol w:w="2493"/>
        <w:gridCol w:w="2493"/>
        <w:gridCol w:w="2493"/>
      </w:tblGrid>
      <w:tr>
        <w:tc>
          <w:tcPr>
            <w:tcW w:type="dxa" w:w="2493"/>
          </w:tcPr>
          <w:p>
            <w:pPr>
              <w:spacing w:after="0"/>
            </w:pPr>
            <w:r>
              <w:rPr>
                <w:sz w:val="20"/>
              </w:rPr>
              <w:t>A) have dinner</w:t>
            </w:r>
          </w:p>
        </w:tc>
        <w:tc>
          <w:tcPr>
            <w:tcW w:type="dxa" w:w="2493"/>
          </w:tcPr>
          <w:p>
            <w:pPr>
              <w:spacing w:after="0"/>
            </w:pPr>
            <w:r>
              <w:rPr>
                <w:sz w:val="20"/>
              </w:rPr>
              <w:t>B) brush teeth</w:t>
            </w:r>
          </w:p>
        </w:tc>
        <w:tc>
          <w:tcPr>
            <w:tcW w:type="dxa" w:w="2493"/>
          </w:tcPr>
          <w:p>
            <w:pPr>
              <w:spacing w:after="0"/>
            </w:pPr>
            <w:r>
              <w:rPr>
                <w:sz w:val="20"/>
              </w:rPr>
              <w:t>C) get dressed</w:t>
            </w:r>
          </w:p>
        </w:tc>
        <w:tc>
          <w:tcPr>
            <w:tcW w:type="dxa" w:w="2493"/>
          </w:tcPr>
          <w:p>
            <w:pPr>
              <w:spacing w:after="0"/>
            </w:pPr>
            <w:r>
              <w:rPr>
                <w:sz w:val="20"/>
              </w:rPr>
              <w:t>D) go to school</w:t>
            </w:r>
          </w:p>
        </w:tc>
      </w:tr>
    </w:tbl>
    <w:p>
      <w:pPr>
        <w:spacing w:after="20"/>
      </w:pPr>
    </w:p>
    <w:p>
      <w:pPr>
        <w:spacing w:after="60"/>
      </w:pPr>
      <w:r>
        <w:rPr>
          <w:b/>
        </w:rPr>
        <w:t xml:space="preserve">11. </w:t>
      </w:r>
      <w:r>
        <w:t>“yatağa gitmek” İngilizce hangisidir?</w:t>
      </w:r>
    </w:p>
    <w:tbl>
      <w:tblPr>
        <w:tblW w:type="auto" w:w="0"/>
        <w:tblLayout w:type="autofit"/>
        <w:tblLook w:firstColumn="1" w:firstRow="1" w:lastColumn="0" w:lastRow="0" w:noHBand="0" w:noVBand="1" w:val="04A0"/>
      </w:tblPr>
      <w:tblGrid>
        <w:gridCol w:w="2493"/>
        <w:gridCol w:w="2493"/>
        <w:gridCol w:w="2493"/>
        <w:gridCol w:w="2493"/>
      </w:tblGrid>
      <w:tr>
        <w:tc>
          <w:tcPr>
            <w:tcW w:type="dxa" w:w="2493"/>
          </w:tcPr>
          <w:p>
            <w:pPr>
              <w:spacing w:after="0"/>
            </w:pPr>
            <w:r>
              <w:rPr>
                <w:sz w:val="20"/>
              </w:rPr>
              <w:t>A) go to bed</w:t>
            </w:r>
          </w:p>
        </w:tc>
        <w:tc>
          <w:tcPr>
            <w:tcW w:type="dxa" w:w="2493"/>
          </w:tcPr>
          <w:p>
            <w:pPr>
              <w:spacing w:after="0"/>
            </w:pPr>
            <w:r>
              <w:rPr>
                <w:sz w:val="20"/>
              </w:rPr>
              <w:t>B) do exercise</w:t>
            </w:r>
          </w:p>
        </w:tc>
        <w:tc>
          <w:tcPr>
            <w:tcW w:type="dxa" w:w="2493"/>
          </w:tcPr>
          <w:p>
            <w:pPr>
              <w:spacing w:after="0"/>
            </w:pPr>
            <w:r>
              <w:rPr>
                <w:sz w:val="20"/>
              </w:rPr>
              <w:t>C) come home</w:t>
            </w:r>
          </w:p>
        </w:tc>
        <w:tc>
          <w:tcPr>
            <w:tcW w:type="dxa" w:w="2493"/>
          </w:tcPr>
          <w:p>
            <w:pPr>
              <w:spacing w:after="0"/>
            </w:pPr>
            <w:r>
              <w:rPr>
                <w:sz w:val="20"/>
              </w:rPr>
              <w:t>D) listen to music</w:t>
            </w:r>
          </w:p>
        </w:tc>
      </w:tr>
    </w:tbl>
    <w:p>
      <w:pPr>
        <w:spacing w:after="20"/>
      </w:pPr>
    </w:p>
    <w:p>
      <w:pPr>
        <w:spacing w:after="60"/>
      </w:pPr>
      <w:r>
        <w:rPr>
          <w:b/>
        </w:rPr>
        <w:t xml:space="preserve">12. </w:t>
      </w:r>
      <w:r>
        <w:t>“eve gelmek” kalıbının İngilizcesi hangisidir?</w:t>
      </w:r>
    </w:p>
    <w:tbl>
      <w:tblPr>
        <w:tblW w:type="auto" w:w="0"/>
        <w:tblLayout w:type="autofit"/>
        <w:tblLook w:firstColumn="1" w:firstRow="1" w:lastColumn="0" w:lastRow="0" w:noHBand="0" w:noVBand="1" w:val="04A0"/>
      </w:tblPr>
      <w:tblGrid>
        <w:gridCol w:w="2493"/>
        <w:gridCol w:w="2493"/>
        <w:gridCol w:w="2493"/>
        <w:gridCol w:w="2493"/>
      </w:tblGrid>
      <w:tr>
        <w:tc>
          <w:tcPr>
            <w:tcW w:type="dxa" w:w="2493"/>
          </w:tcPr>
          <w:p>
            <w:pPr>
              <w:spacing w:after="0"/>
            </w:pPr>
            <w:r>
              <w:rPr>
                <w:sz w:val="20"/>
              </w:rPr>
              <w:t>A) have dinner</w:t>
            </w:r>
          </w:p>
        </w:tc>
        <w:tc>
          <w:tcPr>
            <w:tcW w:type="dxa" w:w="2493"/>
          </w:tcPr>
          <w:p>
            <w:pPr>
              <w:spacing w:after="0"/>
            </w:pPr>
            <w:r>
              <w:rPr>
                <w:sz w:val="20"/>
              </w:rPr>
              <w:t>B) wake up</w:t>
            </w:r>
          </w:p>
        </w:tc>
        <w:tc>
          <w:tcPr>
            <w:tcW w:type="dxa" w:w="2493"/>
          </w:tcPr>
          <w:p>
            <w:pPr>
              <w:spacing w:after="0"/>
            </w:pPr>
            <w:r>
              <w:rPr>
                <w:sz w:val="20"/>
              </w:rPr>
              <w:t>C) come home</w:t>
            </w:r>
          </w:p>
        </w:tc>
        <w:tc>
          <w:tcPr>
            <w:tcW w:type="dxa" w:w="2493"/>
          </w:tcPr>
          <w:p>
            <w:pPr>
              <w:spacing w:after="0"/>
            </w:pPr>
            <w:r>
              <w:rPr>
                <w:sz w:val="20"/>
              </w:rPr>
              <w:t>D) do exercise</w:t>
            </w:r>
          </w:p>
        </w:tc>
      </w:tr>
    </w:tbl>
    <w:p>
      <w:pPr>
        <w:spacing w:after="20"/>
      </w:pPr>
    </w:p>
    <w:p>
      <w:pPr>
        <w:spacing w:after="60"/>
      </w:pPr>
      <w:r>
        <w:rPr>
          <w:b/>
        </w:rPr>
        <w:t xml:space="preserve">13. </w:t>
      </w:r>
      <w:r>
        <w:t>“ödev yapmak” İngilizce hangisidir?</w:t>
      </w:r>
    </w:p>
    <w:tbl>
      <w:tblPr>
        <w:tblW w:type="auto" w:w="0"/>
        <w:tblLayout w:type="autofit"/>
        <w:tblLook w:firstColumn="1" w:firstRow="1" w:lastColumn="0" w:lastRow="0" w:noHBand="0" w:noVBand="1" w:val="04A0"/>
      </w:tblPr>
      <w:tblGrid>
        <w:gridCol w:w="2493"/>
        <w:gridCol w:w="2493"/>
        <w:gridCol w:w="2493"/>
        <w:gridCol w:w="2493"/>
      </w:tblGrid>
      <w:tr>
        <w:tc>
          <w:tcPr>
            <w:tcW w:type="dxa" w:w="2493"/>
          </w:tcPr>
          <w:p>
            <w:pPr>
              <w:spacing w:after="0"/>
            </w:pPr>
            <w:r>
              <w:rPr>
                <w:sz w:val="20"/>
              </w:rPr>
              <w:t>A) play with friends</w:t>
            </w:r>
          </w:p>
        </w:tc>
        <w:tc>
          <w:tcPr>
            <w:tcW w:type="dxa" w:w="2493"/>
          </w:tcPr>
          <w:p>
            <w:pPr>
              <w:spacing w:after="0"/>
            </w:pPr>
            <w:r>
              <w:rPr>
                <w:sz w:val="20"/>
              </w:rPr>
              <w:t>B) go to sleep</w:t>
            </w:r>
          </w:p>
        </w:tc>
        <w:tc>
          <w:tcPr>
            <w:tcW w:type="dxa" w:w="2493"/>
          </w:tcPr>
          <w:p>
            <w:pPr>
              <w:spacing w:after="0"/>
            </w:pPr>
            <w:r>
              <w:rPr>
                <w:sz w:val="20"/>
              </w:rPr>
              <w:t>C) do homework</w:t>
            </w:r>
          </w:p>
        </w:tc>
        <w:tc>
          <w:tcPr>
            <w:tcW w:type="dxa" w:w="2493"/>
          </w:tcPr>
          <w:p>
            <w:pPr>
              <w:spacing w:after="0"/>
            </w:pPr>
            <w:r>
              <w:rPr>
                <w:sz w:val="20"/>
              </w:rPr>
              <w:t>D) read a book</w:t>
            </w:r>
          </w:p>
        </w:tc>
      </w:tr>
    </w:tbl>
    <w:p>
      <w:pPr>
        <w:spacing w:after="20"/>
      </w:pPr>
    </w:p>
    <w:p>
      <w:pPr>
        <w:spacing w:after="60"/>
      </w:pPr>
      <w:r>
        <w:rPr>
          <w:b/>
        </w:rPr>
        <w:t xml:space="preserve">14. </w:t>
      </w:r>
      <w:r>
        <w:t>“televizyon izlemek” kalıbının İngilizcesi hangisidir?</w:t>
      </w:r>
    </w:p>
    <w:tbl>
      <w:tblPr>
        <w:tblW w:type="auto" w:w="0"/>
        <w:tblLayout w:type="autofit"/>
        <w:tblLook w:firstColumn="1" w:firstRow="1" w:lastColumn="0" w:lastRow="0" w:noHBand="0" w:noVBand="1" w:val="04A0"/>
      </w:tblPr>
      <w:tblGrid>
        <w:gridCol w:w="2493"/>
        <w:gridCol w:w="2493"/>
        <w:gridCol w:w="2493"/>
        <w:gridCol w:w="2493"/>
      </w:tblGrid>
      <w:tr>
        <w:tc>
          <w:tcPr>
            <w:tcW w:type="dxa" w:w="2493"/>
          </w:tcPr>
          <w:p>
            <w:pPr>
              <w:spacing w:after="0"/>
            </w:pPr>
            <w:r>
              <w:rPr>
                <w:sz w:val="20"/>
              </w:rPr>
              <w:t>A) read a book</w:t>
            </w:r>
          </w:p>
        </w:tc>
        <w:tc>
          <w:tcPr>
            <w:tcW w:type="dxa" w:w="2493"/>
          </w:tcPr>
          <w:p>
            <w:pPr>
              <w:spacing w:after="0"/>
            </w:pPr>
            <w:r>
              <w:rPr>
                <w:sz w:val="20"/>
              </w:rPr>
              <w:t>B) watch TV</w:t>
            </w:r>
          </w:p>
        </w:tc>
        <w:tc>
          <w:tcPr>
            <w:tcW w:type="dxa" w:w="2493"/>
          </w:tcPr>
          <w:p>
            <w:pPr>
              <w:spacing w:after="0"/>
            </w:pPr>
            <w:r>
              <w:rPr>
                <w:sz w:val="20"/>
              </w:rPr>
              <w:t>C) come home</w:t>
            </w:r>
          </w:p>
        </w:tc>
        <w:tc>
          <w:tcPr>
            <w:tcW w:type="dxa" w:w="2493"/>
          </w:tcPr>
          <w:p>
            <w:pPr>
              <w:spacing w:after="0"/>
            </w:pPr>
            <w:r>
              <w:rPr>
                <w:sz w:val="20"/>
              </w:rPr>
              <w:t>D) go to school</w:t>
            </w:r>
          </w:p>
        </w:tc>
      </w:tr>
    </w:tbl>
    <w:p>
      <w:pPr>
        <w:spacing w:after="20"/>
      </w:pPr>
    </w:p>
    <w:p>
      <w:pPr>
        <w:spacing w:after="60"/>
      </w:pPr>
      <w:r>
        <w:rPr>
          <w:b/>
        </w:rPr>
        <w:t xml:space="preserve">15. </w:t>
      </w:r>
      <w:r>
        <w:t>“banyo yapmak” İngilizce hangisidir?</w:t>
      </w:r>
    </w:p>
    <w:tbl>
      <w:tblPr>
        <w:tblW w:type="auto" w:w="0"/>
        <w:tblLayout w:type="autofit"/>
        <w:tblLook w:firstColumn="1" w:firstRow="1" w:lastColumn="0" w:lastRow="0" w:noHBand="0" w:noVBand="1" w:val="04A0"/>
      </w:tblPr>
      <w:tblGrid>
        <w:gridCol w:w="2493"/>
        <w:gridCol w:w="2493"/>
        <w:gridCol w:w="2493"/>
        <w:gridCol w:w="2493"/>
      </w:tblGrid>
      <w:tr>
        <w:tc>
          <w:tcPr>
            <w:tcW w:type="dxa" w:w="2493"/>
          </w:tcPr>
          <w:p>
            <w:pPr>
              <w:spacing w:after="0"/>
            </w:pPr>
            <w:r>
              <w:rPr>
                <w:sz w:val="20"/>
              </w:rPr>
              <w:t>A) wash face</w:t>
            </w:r>
          </w:p>
        </w:tc>
        <w:tc>
          <w:tcPr>
            <w:tcW w:type="dxa" w:w="2493"/>
          </w:tcPr>
          <w:p>
            <w:pPr>
              <w:spacing w:after="0"/>
            </w:pPr>
            <w:r>
              <w:rPr>
                <w:sz w:val="20"/>
              </w:rPr>
              <w:t>B) watch TV</w:t>
            </w:r>
          </w:p>
        </w:tc>
        <w:tc>
          <w:tcPr>
            <w:tcW w:type="dxa" w:w="2493"/>
          </w:tcPr>
          <w:p>
            <w:pPr>
              <w:spacing w:after="0"/>
            </w:pPr>
            <w:r>
              <w:rPr>
                <w:sz w:val="20"/>
              </w:rPr>
              <w:t>C) read a book</w:t>
            </w:r>
          </w:p>
        </w:tc>
        <w:tc>
          <w:tcPr>
            <w:tcW w:type="dxa" w:w="2493"/>
          </w:tcPr>
          <w:p>
            <w:pPr>
              <w:spacing w:after="0"/>
            </w:pPr>
            <w:r>
              <w:rPr>
                <w:sz w:val="20"/>
              </w:rPr>
              <w:t>D) take a bath</w:t>
            </w:r>
          </w:p>
        </w:tc>
      </w:tr>
    </w:tbl>
    <w:p>
      <w:pPr>
        <w:spacing w:after="20"/>
      </w:pPr>
    </w:p>
    <w:p>
      <w:pPr>
        <w:spacing w:after="60"/>
      </w:pPr>
      <w:r>
        <w:rPr>
          <w:b/>
        </w:rPr>
        <w:t xml:space="preserve">16. </w:t>
      </w:r>
      <w:r>
        <w:t>“kitap okumak” kalıbının İngilizcesi hangisidir?</w:t>
      </w:r>
    </w:p>
    <w:tbl>
      <w:tblPr>
        <w:tblW w:type="auto" w:w="0"/>
        <w:tblLayout w:type="autofit"/>
        <w:tblLook w:firstColumn="1" w:firstRow="1" w:lastColumn="0" w:lastRow="0" w:noHBand="0" w:noVBand="1" w:val="04A0"/>
      </w:tblPr>
      <w:tblGrid>
        <w:gridCol w:w="2493"/>
        <w:gridCol w:w="2493"/>
        <w:gridCol w:w="2493"/>
        <w:gridCol w:w="2493"/>
      </w:tblGrid>
      <w:tr>
        <w:tc>
          <w:tcPr>
            <w:tcW w:type="dxa" w:w="2493"/>
          </w:tcPr>
          <w:p>
            <w:pPr>
              <w:spacing w:after="0"/>
            </w:pPr>
            <w:r>
              <w:rPr>
                <w:sz w:val="20"/>
              </w:rPr>
              <w:t>A) wash face</w:t>
            </w:r>
          </w:p>
        </w:tc>
        <w:tc>
          <w:tcPr>
            <w:tcW w:type="dxa" w:w="2493"/>
          </w:tcPr>
          <w:p>
            <w:pPr>
              <w:spacing w:after="0"/>
            </w:pPr>
            <w:r>
              <w:rPr>
                <w:sz w:val="20"/>
              </w:rPr>
              <w:t>B) get up</w:t>
            </w:r>
          </w:p>
        </w:tc>
        <w:tc>
          <w:tcPr>
            <w:tcW w:type="dxa" w:w="2493"/>
          </w:tcPr>
          <w:p>
            <w:pPr>
              <w:spacing w:after="0"/>
            </w:pPr>
            <w:r>
              <w:rPr>
                <w:sz w:val="20"/>
              </w:rPr>
              <w:t>C) start school</w:t>
            </w:r>
          </w:p>
        </w:tc>
        <w:tc>
          <w:tcPr>
            <w:tcW w:type="dxa" w:w="2493"/>
          </w:tcPr>
          <w:p>
            <w:pPr>
              <w:spacing w:after="0"/>
            </w:pPr>
            <w:r>
              <w:rPr>
                <w:sz w:val="20"/>
              </w:rPr>
              <w:t>D) read a book</w:t>
            </w:r>
          </w:p>
        </w:tc>
      </w:tr>
    </w:tbl>
    <w:p>
      <w:pPr>
        <w:spacing w:after="20"/>
      </w:pPr>
    </w:p>
    <w:p>
      <w:pPr>
        <w:spacing w:after="60"/>
      </w:pPr>
      <w:r>
        <w:rPr>
          <w:b/>
        </w:rPr>
        <w:t xml:space="preserve">17. </w:t>
      </w:r>
      <w:r>
        <w:t>“müzik dinlemek” İngilizce hangisidir?</w:t>
      </w:r>
    </w:p>
    <w:tbl>
      <w:tblPr>
        <w:tblW w:type="auto" w:w="0"/>
        <w:tblLayout w:type="autofit"/>
        <w:tblLook w:firstColumn="1" w:firstRow="1" w:lastColumn="0" w:lastRow="0" w:noHBand="0" w:noVBand="1" w:val="04A0"/>
      </w:tblPr>
      <w:tblGrid>
        <w:gridCol w:w="2493"/>
        <w:gridCol w:w="2493"/>
        <w:gridCol w:w="2493"/>
        <w:gridCol w:w="2493"/>
      </w:tblGrid>
      <w:tr>
        <w:tc>
          <w:tcPr>
            <w:tcW w:type="dxa" w:w="2493"/>
          </w:tcPr>
          <w:p>
            <w:pPr>
              <w:spacing w:after="0"/>
            </w:pPr>
            <w:r>
              <w:rPr>
                <w:sz w:val="20"/>
              </w:rPr>
              <w:t>A) come home</w:t>
            </w:r>
          </w:p>
        </w:tc>
        <w:tc>
          <w:tcPr>
            <w:tcW w:type="dxa" w:w="2493"/>
          </w:tcPr>
          <w:p>
            <w:pPr>
              <w:spacing w:after="0"/>
            </w:pPr>
            <w:r>
              <w:rPr>
                <w:sz w:val="20"/>
              </w:rPr>
              <w:t>B) wake up</w:t>
            </w:r>
          </w:p>
        </w:tc>
        <w:tc>
          <w:tcPr>
            <w:tcW w:type="dxa" w:w="2493"/>
          </w:tcPr>
          <w:p>
            <w:pPr>
              <w:spacing w:after="0"/>
            </w:pPr>
            <w:r>
              <w:rPr>
                <w:sz w:val="20"/>
              </w:rPr>
              <w:t>C) listen to music</w:t>
            </w:r>
          </w:p>
        </w:tc>
        <w:tc>
          <w:tcPr>
            <w:tcW w:type="dxa" w:w="2493"/>
          </w:tcPr>
          <w:p>
            <w:pPr>
              <w:spacing w:after="0"/>
            </w:pPr>
            <w:r>
              <w:rPr>
                <w:sz w:val="20"/>
              </w:rPr>
              <w:t>D) watch TV</w:t>
            </w:r>
          </w:p>
        </w:tc>
      </w:tr>
    </w:tbl>
    <w:p>
      <w:pPr>
        <w:spacing w:after="20"/>
      </w:pPr>
    </w:p>
    <w:p>
      <w:pPr>
        <w:spacing w:after="60"/>
      </w:pPr>
      <w:r>
        <w:rPr>
          <w:b/>
        </w:rPr>
        <w:t xml:space="preserve">18. </w:t>
      </w:r>
      <w:r>
        <w:t>“arkadaşlarla oynamak” kalıbının İngilizcesi hangisidir?</w:t>
      </w:r>
    </w:p>
    <w:tbl>
      <w:tblPr>
        <w:tblW w:type="auto" w:w="0"/>
        <w:tblLayout w:type="autofit"/>
        <w:tblLook w:firstColumn="1" w:firstRow="1" w:lastColumn="0" w:lastRow="0" w:noHBand="0" w:noVBand="1" w:val="04A0"/>
      </w:tblPr>
      <w:tblGrid>
        <w:gridCol w:w="2493"/>
        <w:gridCol w:w="2493"/>
        <w:gridCol w:w="2493"/>
        <w:gridCol w:w="2493"/>
      </w:tblGrid>
      <w:tr>
        <w:tc>
          <w:tcPr>
            <w:tcW w:type="dxa" w:w="2493"/>
          </w:tcPr>
          <w:p>
            <w:pPr>
              <w:spacing w:after="0"/>
            </w:pPr>
            <w:r>
              <w:rPr>
                <w:sz w:val="20"/>
              </w:rPr>
              <w:t>A) play with friends</w:t>
            </w:r>
          </w:p>
        </w:tc>
        <w:tc>
          <w:tcPr>
            <w:tcW w:type="dxa" w:w="2493"/>
          </w:tcPr>
          <w:p>
            <w:pPr>
              <w:spacing w:after="0"/>
            </w:pPr>
            <w:r>
              <w:rPr>
                <w:sz w:val="20"/>
              </w:rPr>
              <w:t>B) get dressed</w:t>
            </w:r>
          </w:p>
        </w:tc>
        <w:tc>
          <w:tcPr>
            <w:tcW w:type="dxa" w:w="2493"/>
          </w:tcPr>
          <w:p>
            <w:pPr>
              <w:spacing w:after="0"/>
            </w:pPr>
            <w:r>
              <w:rPr>
                <w:sz w:val="20"/>
              </w:rPr>
              <w:t>C) listen to music</w:t>
            </w:r>
          </w:p>
        </w:tc>
        <w:tc>
          <w:tcPr>
            <w:tcW w:type="dxa" w:w="2493"/>
          </w:tcPr>
          <w:p>
            <w:pPr>
              <w:spacing w:after="0"/>
            </w:pPr>
            <w:r>
              <w:rPr>
                <w:sz w:val="20"/>
              </w:rPr>
              <w:t>D) start school</w:t>
            </w:r>
          </w:p>
        </w:tc>
      </w:tr>
    </w:tbl>
    <w:p>
      <w:pPr>
        <w:spacing w:after="20"/>
      </w:pPr>
    </w:p>
    <w:p>
      <w:pPr>
        <w:spacing w:after="60"/>
      </w:pPr>
      <w:r>
        <w:rPr>
          <w:b/>
        </w:rPr>
        <w:t xml:space="preserve">19. </w:t>
      </w:r>
      <w:r>
        <w:t>“uyumak” İngilizce hangisidir?</w:t>
      </w:r>
    </w:p>
    <w:tbl>
      <w:tblPr>
        <w:tblW w:type="auto" w:w="0"/>
        <w:tblLayout w:type="autofit"/>
        <w:tblLook w:firstColumn="1" w:firstRow="1" w:lastColumn="0" w:lastRow="0" w:noHBand="0" w:noVBand="1" w:val="04A0"/>
      </w:tblPr>
      <w:tblGrid>
        <w:gridCol w:w="2493"/>
        <w:gridCol w:w="2493"/>
        <w:gridCol w:w="2493"/>
        <w:gridCol w:w="2493"/>
      </w:tblGrid>
      <w:tr>
        <w:tc>
          <w:tcPr>
            <w:tcW w:type="dxa" w:w="2493"/>
          </w:tcPr>
          <w:p>
            <w:pPr>
              <w:spacing w:after="0"/>
            </w:pPr>
            <w:r>
              <w:rPr>
                <w:sz w:val="20"/>
              </w:rPr>
              <w:t>A) go to sleep</w:t>
            </w:r>
          </w:p>
        </w:tc>
        <w:tc>
          <w:tcPr>
            <w:tcW w:type="dxa" w:w="2493"/>
          </w:tcPr>
          <w:p>
            <w:pPr>
              <w:spacing w:after="0"/>
            </w:pPr>
            <w:r>
              <w:rPr>
                <w:sz w:val="20"/>
              </w:rPr>
              <w:t>B) wash hands</w:t>
            </w:r>
          </w:p>
        </w:tc>
        <w:tc>
          <w:tcPr>
            <w:tcW w:type="dxa" w:w="2493"/>
          </w:tcPr>
          <w:p>
            <w:pPr>
              <w:spacing w:after="0"/>
            </w:pPr>
            <w:r>
              <w:rPr>
                <w:sz w:val="20"/>
              </w:rPr>
              <w:t>C) go to bed</w:t>
            </w:r>
          </w:p>
        </w:tc>
        <w:tc>
          <w:tcPr>
            <w:tcW w:type="dxa" w:w="2493"/>
          </w:tcPr>
          <w:p>
            <w:pPr>
              <w:spacing w:after="0"/>
            </w:pPr>
            <w:r>
              <w:rPr>
                <w:sz w:val="20"/>
              </w:rPr>
              <w:t>D) watch TV</w:t>
            </w:r>
          </w:p>
        </w:tc>
      </w:tr>
    </w:tbl>
    <w:p>
      <w:pPr>
        <w:spacing w:after="20"/>
      </w:pPr>
    </w:p>
    <w:p>
      <w:pPr>
        <w:spacing w:after="60"/>
      </w:pPr>
      <w:r>
        <w:rPr>
          <w:b/>
        </w:rPr>
        <w:t xml:space="preserve">20. </w:t>
      </w:r>
      <w:r>
        <w:t>“okulun başlaması” kalıbının İngilizcesi hangisidir?</w:t>
      </w:r>
    </w:p>
    <w:tbl>
      <w:tblPr>
        <w:tblW w:type="auto" w:w="0"/>
        <w:tblLayout w:type="autofit"/>
        <w:tblLook w:firstColumn="1" w:firstRow="1" w:lastColumn="0" w:lastRow="0" w:noHBand="0" w:noVBand="1" w:val="04A0"/>
      </w:tblPr>
      <w:tblGrid>
        <w:gridCol w:w="2493"/>
        <w:gridCol w:w="2493"/>
        <w:gridCol w:w="2493"/>
        <w:gridCol w:w="2493"/>
      </w:tblGrid>
      <w:tr>
        <w:tc>
          <w:tcPr>
            <w:tcW w:type="dxa" w:w="2493"/>
          </w:tcPr>
          <w:p>
            <w:pPr>
              <w:spacing w:after="0"/>
            </w:pPr>
            <w:r>
              <w:rPr>
                <w:sz w:val="20"/>
              </w:rPr>
              <w:t>A) do exercise</w:t>
            </w:r>
          </w:p>
        </w:tc>
        <w:tc>
          <w:tcPr>
            <w:tcW w:type="dxa" w:w="2493"/>
          </w:tcPr>
          <w:p>
            <w:pPr>
              <w:spacing w:after="0"/>
            </w:pPr>
            <w:r>
              <w:rPr>
                <w:sz w:val="20"/>
              </w:rPr>
              <w:t>B) start school</w:t>
            </w:r>
          </w:p>
        </w:tc>
        <w:tc>
          <w:tcPr>
            <w:tcW w:type="dxa" w:w="2493"/>
          </w:tcPr>
          <w:p>
            <w:pPr>
              <w:spacing w:after="0"/>
            </w:pPr>
            <w:r>
              <w:rPr>
                <w:sz w:val="20"/>
              </w:rPr>
              <w:t>C) read a book</w:t>
            </w:r>
          </w:p>
        </w:tc>
        <w:tc>
          <w:tcPr>
            <w:tcW w:type="dxa" w:w="2493"/>
          </w:tcPr>
          <w:p>
            <w:pPr>
              <w:spacing w:after="0"/>
            </w:pPr>
            <w:r>
              <w:rPr>
                <w:sz w:val="20"/>
              </w:rPr>
              <w:t>D) finish school</w:t>
            </w:r>
          </w:p>
        </w:tc>
      </w:tr>
    </w:tbl>
    <w:p>
      <w:pPr>
        <w:spacing w:after="20"/>
      </w:pPr>
    </w:p>
    <w:p>
      <w:pPr>
        <w:spacing w:after="60"/>
      </w:pPr>
      <w:r>
        <w:rPr>
          <w:b/>
        </w:rPr>
        <w:t xml:space="preserve">21. </w:t>
      </w:r>
      <w:r>
        <w:t>“okulun bitmesi” İngilizce hangisidir?</w:t>
      </w:r>
    </w:p>
    <w:tbl>
      <w:tblPr>
        <w:tblW w:type="auto" w:w="0"/>
        <w:tblLayout w:type="autofit"/>
        <w:tblLook w:firstColumn="1" w:firstRow="1" w:lastColumn="0" w:lastRow="0" w:noHBand="0" w:noVBand="1" w:val="04A0"/>
      </w:tblPr>
      <w:tblGrid>
        <w:gridCol w:w="2493"/>
        <w:gridCol w:w="2493"/>
        <w:gridCol w:w="2493"/>
        <w:gridCol w:w="2493"/>
      </w:tblGrid>
      <w:tr>
        <w:tc>
          <w:tcPr>
            <w:tcW w:type="dxa" w:w="2493"/>
          </w:tcPr>
          <w:p>
            <w:pPr>
              <w:spacing w:after="0"/>
            </w:pPr>
            <w:r>
              <w:rPr>
                <w:sz w:val="20"/>
              </w:rPr>
              <w:t>A) wash face</w:t>
            </w:r>
          </w:p>
        </w:tc>
        <w:tc>
          <w:tcPr>
            <w:tcW w:type="dxa" w:w="2493"/>
          </w:tcPr>
          <w:p>
            <w:pPr>
              <w:spacing w:after="0"/>
            </w:pPr>
            <w:r>
              <w:rPr>
                <w:sz w:val="20"/>
              </w:rPr>
              <w:t>B) wake up</w:t>
            </w:r>
          </w:p>
        </w:tc>
        <w:tc>
          <w:tcPr>
            <w:tcW w:type="dxa" w:w="2493"/>
          </w:tcPr>
          <w:p>
            <w:pPr>
              <w:spacing w:after="0"/>
            </w:pPr>
            <w:r>
              <w:rPr>
                <w:sz w:val="20"/>
              </w:rPr>
              <w:t>C) brush teeth</w:t>
            </w:r>
          </w:p>
        </w:tc>
        <w:tc>
          <w:tcPr>
            <w:tcW w:type="dxa" w:w="2493"/>
          </w:tcPr>
          <w:p>
            <w:pPr>
              <w:spacing w:after="0"/>
            </w:pPr>
            <w:r>
              <w:rPr>
                <w:sz w:val="20"/>
              </w:rPr>
              <w:t>D) finish school</w:t>
            </w:r>
          </w:p>
        </w:tc>
      </w:tr>
    </w:tbl>
    <w:p>
      <w:pPr>
        <w:spacing w:after="20"/>
      </w:pPr>
    </w:p>
    <w:p>
      <w:pPr>
        <w:spacing w:after="60"/>
      </w:pPr>
      <w:r>
        <w:rPr>
          <w:b/>
        </w:rPr>
        <w:t xml:space="preserve">22. </w:t>
      </w:r>
      <w:r>
        <w:t>“egzersiz yapmak” kalıbının İngilizcesi hangisidir?</w:t>
      </w:r>
    </w:p>
    <w:tbl>
      <w:tblPr>
        <w:tblW w:type="auto" w:w="0"/>
        <w:tblLayout w:type="autofit"/>
        <w:tblLook w:firstColumn="1" w:firstRow="1" w:lastColumn="0" w:lastRow="0" w:noHBand="0" w:noVBand="1" w:val="04A0"/>
      </w:tblPr>
      <w:tblGrid>
        <w:gridCol w:w="2493"/>
        <w:gridCol w:w="2493"/>
        <w:gridCol w:w="2493"/>
        <w:gridCol w:w="2493"/>
      </w:tblGrid>
      <w:tr>
        <w:tc>
          <w:tcPr>
            <w:tcW w:type="dxa" w:w="2493"/>
          </w:tcPr>
          <w:p>
            <w:pPr>
              <w:spacing w:after="0"/>
            </w:pPr>
            <w:r>
              <w:rPr>
                <w:sz w:val="20"/>
              </w:rPr>
              <w:t>A) brush teeth</w:t>
            </w:r>
          </w:p>
        </w:tc>
        <w:tc>
          <w:tcPr>
            <w:tcW w:type="dxa" w:w="2493"/>
          </w:tcPr>
          <w:p>
            <w:pPr>
              <w:spacing w:after="0"/>
            </w:pPr>
            <w:r>
              <w:rPr>
                <w:sz w:val="20"/>
              </w:rPr>
              <w:t>B) do exercise</w:t>
            </w:r>
          </w:p>
        </w:tc>
        <w:tc>
          <w:tcPr>
            <w:tcW w:type="dxa" w:w="2493"/>
          </w:tcPr>
          <w:p>
            <w:pPr>
              <w:spacing w:after="0"/>
            </w:pPr>
            <w:r>
              <w:rPr>
                <w:sz w:val="20"/>
              </w:rPr>
              <w:t>C) have dinner</w:t>
            </w:r>
          </w:p>
        </w:tc>
        <w:tc>
          <w:tcPr>
            <w:tcW w:type="dxa" w:w="2493"/>
          </w:tcPr>
          <w:p>
            <w:pPr>
              <w:spacing w:after="0"/>
            </w:pPr>
            <w:r>
              <w:rPr>
                <w:sz w:val="20"/>
              </w:rPr>
              <w:t>D) go to sleep</w:t>
            </w:r>
          </w:p>
        </w:tc>
      </w:tr>
    </w:tbl>
    <w:p>
      <w:pPr>
        <w:spacing w:after="20"/>
      </w:pPr>
    </w:p>
    <w:p>
      <w:pPr>
        <w:spacing w:after="60"/>
      </w:pPr>
      <w:r>
        <w:rPr>
          <w:b/>
        </w:rPr>
        <w:t xml:space="preserve">23. </w:t>
      </w:r>
      <w:r>
        <w:t>“kafa” İngilizce hangisidir?</w:t>
      </w:r>
    </w:p>
    <w:tbl>
      <w:tblPr>
        <w:tblW w:type="auto" w:w="0"/>
        <w:tblLayout w:type="autofit"/>
        <w:tblLook w:firstColumn="1" w:firstRow="1" w:lastColumn="0" w:lastRow="0" w:noHBand="0" w:noVBand="1" w:val="04A0"/>
      </w:tblPr>
      <w:tblGrid>
        <w:gridCol w:w="2493"/>
        <w:gridCol w:w="2493"/>
        <w:gridCol w:w="2493"/>
        <w:gridCol w:w="2493"/>
      </w:tblGrid>
      <w:tr>
        <w:tc>
          <w:tcPr>
            <w:tcW w:type="dxa" w:w="2493"/>
          </w:tcPr>
          <w:p>
            <w:pPr>
              <w:spacing w:after="0"/>
            </w:pPr>
            <w:r>
              <w:rPr>
                <w:sz w:val="20"/>
              </w:rPr>
              <w:t>A) mouth</w:t>
            </w:r>
          </w:p>
        </w:tc>
        <w:tc>
          <w:tcPr>
            <w:tcW w:type="dxa" w:w="2493"/>
          </w:tcPr>
          <w:p>
            <w:pPr>
              <w:spacing w:after="0"/>
            </w:pPr>
            <w:r>
              <w:rPr>
                <w:sz w:val="20"/>
              </w:rPr>
              <w:t>B) eyes</w:t>
            </w:r>
          </w:p>
        </w:tc>
        <w:tc>
          <w:tcPr>
            <w:tcW w:type="dxa" w:w="2493"/>
          </w:tcPr>
          <w:p>
            <w:pPr>
              <w:spacing w:after="0"/>
            </w:pPr>
            <w:r>
              <w:rPr>
                <w:sz w:val="20"/>
              </w:rPr>
              <w:t>C) face</w:t>
            </w:r>
          </w:p>
        </w:tc>
        <w:tc>
          <w:tcPr>
            <w:tcW w:type="dxa" w:w="2493"/>
          </w:tcPr>
          <w:p>
            <w:pPr>
              <w:spacing w:after="0"/>
            </w:pPr>
            <w:r>
              <w:rPr>
                <w:sz w:val="20"/>
              </w:rPr>
              <w:t>D) head</w:t>
            </w:r>
          </w:p>
        </w:tc>
      </w:tr>
    </w:tbl>
    <w:p>
      <w:pPr>
        <w:spacing w:after="20"/>
      </w:pPr>
    </w:p>
    <w:p>
      <w:pPr>
        <w:spacing w:after="60"/>
      </w:pPr>
      <w:r>
        <w:rPr>
          <w:b/>
        </w:rPr>
        <w:t xml:space="preserve">24. </w:t>
      </w:r>
      <w:r>
        <w:t>“saç” kelimesinin İngilizcesi hangisidir?</w:t>
      </w:r>
    </w:p>
    <w:tbl>
      <w:tblPr>
        <w:tblW w:type="auto" w:w="0"/>
        <w:tblLayout w:type="autofit"/>
        <w:tblLook w:firstColumn="1" w:firstRow="1" w:lastColumn="0" w:lastRow="0" w:noHBand="0" w:noVBand="1" w:val="04A0"/>
      </w:tblPr>
      <w:tblGrid>
        <w:gridCol w:w="2493"/>
        <w:gridCol w:w="2493"/>
        <w:gridCol w:w="2493"/>
        <w:gridCol w:w="2493"/>
      </w:tblGrid>
      <w:tr>
        <w:tc>
          <w:tcPr>
            <w:tcW w:type="dxa" w:w="2493"/>
          </w:tcPr>
          <w:p>
            <w:pPr>
              <w:spacing w:after="0"/>
            </w:pPr>
            <w:r>
              <w:rPr>
                <w:sz w:val="20"/>
              </w:rPr>
              <w:t>A) feet</w:t>
            </w:r>
          </w:p>
        </w:tc>
        <w:tc>
          <w:tcPr>
            <w:tcW w:type="dxa" w:w="2493"/>
          </w:tcPr>
          <w:p>
            <w:pPr>
              <w:spacing w:after="0"/>
            </w:pPr>
            <w:r>
              <w:rPr>
                <w:sz w:val="20"/>
              </w:rPr>
              <w:t>B) hair</w:t>
            </w:r>
          </w:p>
        </w:tc>
        <w:tc>
          <w:tcPr>
            <w:tcW w:type="dxa" w:w="2493"/>
          </w:tcPr>
          <w:p>
            <w:pPr>
              <w:spacing w:after="0"/>
            </w:pPr>
            <w:r>
              <w:rPr>
                <w:sz w:val="20"/>
              </w:rPr>
              <w:t>C) eyes</w:t>
            </w:r>
          </w:p>
        </w:tc>
        <w:tc>
          <w:tcPr>
            <w:tcW w:type="dxa" w:w="2493"/>
          </w:tcPr>
          <w:p>
            <w:pPr>
              <w:spacing w:after="0"/>
            </w:pPr>
            <w:r>
              <w:rPr>
                <w:sz w:val="20"/>
              </w:rPr>
              <w:t>D) head</w:t>
            </w:r>
          </w:p>
        </w:tc>
      </w:tr>
    </w:tbl>
    <w:p>
      <w:pPr>
        <w:spacing w:after="20"/>
      </w:pPr>
    </w:p>
    <w:p>
      <w:pPr>
        <w:spacing w:after="60"/>
      </w:pPr>
      <w:r>
        <w:rPr>
          <w:b/>
        </w:rPr>
        <w:t xml:space="preserve">25. </w:t>
      </w:r>
      <w:r>
        <w:t>“yüz” İngilizce hangisidir?</w:t>
      </w:r>
    </w:p>
    <w:tbl>
      <w:tblPr>
        <w:tblW w:type="auto" w:w="0"/>
        <w:tblLayout w:type="autofit"/>
        <w:tblLook w:firstColumn="1" w:firstRow="1" w:lastColumn="0" w:lastRow="0" w:noHBand="0" w:noVBand="1" w:val="04A0"/>
      </w:tblPr>
      <w:tblGrid>
        <w:gridCol w:w="2493"/>
        <w:gridCol w:w="2493"/>
        <w:gridCol w:w="2493"/>
        <w:gridCol w:w="2493"/>
      </w:tblGrid>
      <w:tr>
        <w:tc>
          <w:tcPr>
            <w:tcW w:type="dxa" w:w="2493"/>
          </w:tcPr>
          <w:p>
            <w:pPr>
              <w:spacing w:after="0"/>
            </w:pPr>
            <w:r>
              <w:rPr>
                <w:sz w:val="20"/>
              </w:rPr>
              <w:t>A) mouth</w:t>
            </w:r>
          </w:p>
        </w:tc>
        <w:tc>
          <w:tcPr>
            <w:tcW w:type="dxa" w:w="2493"/>
          </w:tcPr>
          <w:p>
            <w:pPr>
              <w:spacing w:after="0"/>
            </w:pPr>
            <w:r>
              <w:rPr>
                <w:sz w:val="20"/>
              </w:rPr>
              <w:t>B) shoulders</w:t>
            </w:r>
          </w:p>
        </w:tc>
        <w:tc>
          <w:tcPr>
            <w:tcW w:type="dxa" w:w="2493"/>
          </w:tcPr>
          <w:p>
            <w:pPr>
              <w:spacing w:after="0"/>
            </w:pPr>
            <w:r>
              <w:rPr>
                <w:sz w:val="20"/>
              </w:rPr>
              <w:t>C) back</w:t>
            </w:r>
          </w:p>
        </w:tc>
        <w:tc>
          <w:tcPr>
            <w:tcW w:type="dxa" w:w="2493"/>
          </w:tcPr>
          <w:p>
            <w:pPr>
              <w:spacing w:after="0"/>
            </w:pPr>
            <w:r>
              <w:rPr>
                <w:sz w:val="20"/>
              </w:rPr>
              <w:t>D) face</w:t>
            </w:r>
          </w:p>
        </w:tc>
      </w:tr>
    </w:tbl>
    <w:p>
      <w:pPr>
        <w:spacing w:after="20"/>
      </w:pPr>
    </w:p>
    <w:p>
      <w:pPr>
        <w:spacing w:after="60"/>
      </w:pPr>
      <w:r>
        <w:rPr>
          <w:b/>
        </w:rPr>
        <w:t xml:space="preserve">26. </w:t>
      </w:r>
      <w:r>
        <w:t>“gözler” kelimesinin İngilizcesi hangisidir?</w:t>
      </w:r>
    </w:p>
    <w:tbl>
      <w:tblPr>
        <w:tblW w:type="auto" w:w="0"/>
        <w:tblLayout w:type="autofit"/>
        <w:tblLook w:firstColumn="1" w:firstRow="1" w:lastColumn="0" w:lastRow="0" w:noHBand="0" w:noVBand="1" w:val="04A0"/>
      </w:tblPr>
      <w:tblGrid>
        <w:gridCol w:w="2493"/>
        <w:gridCol w:w="2493"/>
        <w:gridCol w:w="2493"/>
        <w:gridCol w:w="2493"/>
      </w:tblGrid>
      <w:tr>
        <w:tc>
          <w:tcPr>
            <w:tcW w:type="dxa" w:w="2493"/>
          </w:tcPr>
          <w:p>
            <w:pPr>
              <w:spacing w:after="0"/>
            </w:pPr>
            <w:r>
              <w:rPr>
                <w:sz w:val="20"/>
              </w:rPr>
              <w:t>A) neck</w:t>
            </w:r>
          </w:p>
        </w:tc>
        <w:tc>
          <w:tcPr>
            <w:tcW w:type="dxa" w:w="2493"/>
          </w:tcPr>
          <w:p>
            <w:pPr>
              <w:spacing w:after="0"/>
            </w:pPr>
            <w:r>
              <w:rPr>
                <w:sz w:val="20"/>
              </w:rPr>
              <w:t>B) teeth</w:t>
            </w:r>
          </w:p>
        </w:tc>
        <w:tc>
          <w:tcPr>
            <w:tcW w:type="dxa" w:w="2493"/>
          </w:tcPr>
          <w:p>
            <w:pPr>
              <w:spacing w:after="0"/>
            </w:pPr>
            <w:r>
              <w:rPr>
                <w:sz w:val="20"/>
              </w:rPr>
              <w:t>C) face</w:t>
            </w:r>
          </w:p>
        </w:tc>
        <w:tc>
          <w:tcPr>
            <w:tcW w:type="dxa" w:w="2493"/>
          </w:tcPr>
          <w:p>
            <w:pPr>
              <w:spacing w:after="0"/>
            </w:pPr>
            <w:r>
              <w:rPr>
                <w:sz w:val="20"/>
              </w:rPr>
              <w:t>D) eyes</w:t>
            </w:r>
          </w:p>
        </w:tc>
      </w:tr>
    </w:tbl>
    <w:p>
      <w:pPr>
        <w:spacing w:after="20"/>
      </w:pPr>
    </w:p>
    <w:p>
      <w:pPr>
        <w:spacing w:after="60"/>
      </w:pPr>
      <w:r>
        <w:rPr>
          <w:b/>
        </w:rPr>
        <w:t xml:space="preserve">27. </w:t>
      </w:r>
      <w:r>
        <w:t>“kulaklar” İngilizce hangisidir?</w:t>
      </w:r>
    </w:p>
    <w:tbl>
      <w:tblPr>
        <w:tblW w:type="auto" w:w="0"/>
        <w:tblLayout w:type="autofit"/>
        <w:tblLook w:firstColumn="1" w:firstRow="1" w:lastColumn="0" w:lastRow="0" w:noHBand="0" w:noVBand="1" w:val="04A0"/>
      </w:tblPr>
      <w:tblGrid>
        <w:gridCol w:w="2493"/>
        <w:gridCol w:w="2493"/>
        <w:gridCol w:w="2493"/>
        <w:gridCol w:w="2493"/>
      </w:tblGrid>
      <w:tr>
        <w:tc>
          <w:tcPr>
            <w:tcW w:type="dxa" w:w="2493"/>
          </w:tcPr>
          <w:p>
            <w:pPr>
              <w:spacing w:after="0"/>
            </w:pPr>
            <w:r>
              <w:rPr>
                <w:sz w:val="20"/>
              </w:rPr>
              <w:t>A) nose</w:t>
            </w:r>
          </w:p>
        </w:tc>
        <w:tc>
          <w:tcPr>
            <w:tcW w:type="dxa" w:w="2493"/>
          </w:tcPr>
          <w:p>
            <w:pPr>
              <w:spacing w:after="0"/>
            </w:pPr>
            <w:r>
              <w:rPr>
                <w:sz w:val="20"/>
              </w:rPr>
              <w:t>B) ears</w:t>
            </w:r>
          </w:p>
        </w:tc>
        <w:tc>
          <w:tcPr>
            <w:tcW w:type="dxa" w:w="2493"/>
          </w:tcPr>
          <w:p>
            <w:pPr>
              <w:spacing w:after="0"/>
            </w:pPr>
            <w:r>
              <w:rPr>
                <w:sz w:val="20"/>
              </w:rPr>
              <w:t>C) arms</w:t>
            </w:r>
          </w:p>
        </w:tc>
        <w:tc>
          <w:tcPr>
            <w:tcW w:type="dxa" w:w="2493"/>
          </w:tcPr>
          <w:p>
            <w:pPr>
              <w:spacing w:after="0"/>
            </w:pPr>
            <w:r>
              <w:rPr>
                <w:sz w:val="20"/>
              </w:rPr>
              <w:t>D) hands</w:t>
            </w:r>
          </w:p>
        </w:tc>
      </w:tr>
    </w:tbl>
    <w:p>
      <w:pPr>
        <w:spacing w:after="20"/>
      </w:pPr>
    </w:p>
    <w:p>
      <w:pPr>
        <w:spacing w:after="60"/>
      </w:pPr>
      <w:r>
        <w:rPr>
          <w:b/>
        </w:rPr>
        <w:t xml:space="preserve">28. </w:t>
      </w:r>
      <w:r>
        <w:t>“burun” kelimesinin İngilizcesi hangisidir?</w:t>
      </w:r>
    </w:p>
    <w:tbl>
      <w:tblPr>
        <w:tblW w:type="auto" w:w="0"/>
        <w:tblLayout w:type="autofit"/>
        <w:tblLook w:firstColumn="1" w:firstRow="1" w:lastColumn="0" w:lastRow="0" w:noHBand="0" w:noVBand="1" w:val="04A0"/>
      </w:tblPr>
      <w:tblGrid>
        <w:gridCol w:w="2493"/>
        <w:gridCol w:w="2493"/>
        <w:gridCol w:w="2493"/>
        <w:gridCol w:w="2493"/>
      </w:tblGrid>
      <w:tr>
        <w:tc>
          <w:tcPr>
            <w:tcW w:type="dxa" w:w="2493"/>
          </w:tcPr>
          <w:p>
            <w:pPr>
              <w:spacing w:after="0"/>
            </w:pPr>
            <w:r>
              <w:rPr>
                <w:sz w:val="20"/>
              </w:rPr>
              <w:t>A) legs</w:t>
            </w:r>
          </w:p>
        </w:tc>
        <w:tc>
          <w:tcPr>
            <w:tcW w:type="dxa" w:w="2493"/>
          </w:tcPr>
          <w:p>
            <w:pPr>
              <w:spacing w:after="0"/>
            </w:pPr>
            <w:r>
              <w:rPr>
                <w:sz w:val="20"/>
              </w:rPr>
              <w:t>B) arms</w:t>
            </w:r>
          </w:p>
        </w:tc>
        <w:tc>
          <w:tcPr>
            <w:tcW w:type="dxa" w:w="2493"/>
          </w:tcPr>
          <w:p>
            <w:pPr>
              <w:spacing w:after="0"/>
            </w:pPr>
            <w:r>
              <w:rPr>
                <w:sz w:val="20"/>
              </w:rPr>
              <w:t>C) nose</w:t>
            </w:r>
          </w:p>
        </w:tc>
        <w:tc>
          <w:tcPr>
            <w:tcW w:type="dxa" w:w="2493"/>
          </w:tcPr>
          <w:p>
            <w:pPr>
              <w:spacing w:after="0"/>
            </w:pPr>
            <w:r>
              <w:rPr>
                <w:sz w:val="20"/>
              </w:rPr>
              <w:t>D) back</w:t>
            </w:r>
          </w:p>
        </w:tc>
      </w:tr>
    </w:tbl>
    <w:p>
      <w:pPr>
        <w:spacing w:after="20"/>
      </w:pPr>
    </w:p>
    <w:p>
      <w:pPr>
        <w:spacing w:after="60"/>
      </w:pPr>
      <w:r>
        <w:rPr>
          <w:b/>
        </w:rPr>
        <w:t xml:space="preserve">29. </w:t>
      </w:r>
      <w:r>
        <w:t>“ağız” İngilizce hangisidir?</w:t>
      </w:r>
    </w:p>
    <w:tbl>
      <w:tblPr>
        <w:tblW w:type="auto" w:w="0"/>
        <w:tblLayout w:type="autofit"/>
        <w:tblLook w:firstColumn="1" w:firstRow="1" w:lastColumn="0" w:lastRow="0" w:noHBand="0" w:noVBand="1" w:val="04A0"/>
      </w:tblPr>
      <w:tblGrid>
        <w:gridCol w:w="2493"/>
        <w:gridCol w:w="2493"/>
        <w:gridCol w:w="2493"/>
        <w:gridCol w:w="2493"/>
      </w:tblGrid>
      <w:tr>
        <w:tc>
          <w:tcPr>
            <w:tcW w:type="dxa" w:w="2493"/>
          </w:tcPr>
          <w:p>
            <w:pPr>
              <w:spacing w:after="0"/>
            </w:pPr>
            <w:r>
              <w:rPr>
                <w:sz w:val="20"/>
              </w:rPr>
              <w:t>A) mouth</w:t>
            </w:r>
          </w:p>
        </w:tc>
        <w:tc>
          <w:tcPr>
            <w:tcW w:type="dxa" w:w="2493"/>
          </w:tcPr>
          <w:p>
            <w:pPr>
              <w:spacing w:after="0"/>
            </w:pPr>
            <w:r>
              <w:rPr>
                <w:sz w:val="20"/>
              </w:rPr>
              <w:t>B) ears</w:t>
            </w:r>
          </w:p>
        </w:tc>
        <w:tc>
          <w:tcPr>
            <w:tcW w:type="dxa" w:w="2493"/>
          </w:tcPr>
          <w:p>
            <w:pPr>
              <w:spacing w:after="0"/>
            </w:pPr>
            <w:r>
              <w:rPr>
                <w:sz w:val="20"/>
              </w:rPr>
              <w:t>C) head</w:t>
            </w:r>
          </w:p>
        </w:tc>
        <w:tc>
          <w:tcPr>
            <w:tcW w:type="dxa" w:w="2493"/>
          </w:tcPr>
          <w:p>
            <w:pPr>
              <w:spacing w:after="0"/>
            </w:pPr>
            <w:r>
              <w:rPr>
                <w:sz w:val="20"/>
              </w:rPr>
              <w:t>D) hair</w:t>
            </w:r>
          </w:p>
        </w:tc>
      </w:tr>
    </w:tbl>
    <w:p>
      <w:pPr>
        <w:spacing w:after="20"/>
      </w:pPr>
    </w:p>
    <w:p>
      <w:pPr>
        <w:spacing w:after="60"/>
      </w:pPr>
      <w:r>
        <w:rPr>
          <w:b/>
        </w:rPr>
        <w:t xml:space="preserve">30. </w:t>
      </w:r>
      <w:r>
        <w:t>“dişler” kelimesinin İngilizcesi hangisidir?</w:t>
      </w:r>
    </w:p>
    <w:tbl>
      <w:tblPr>
        <w:tblW w:type="auto" w:w="0"/>
        <w:tblLayout w:type="autofit"/>
        <w:tblLook w:firstColumn="1" w:firstRow="1" w:lastColumn="0" w:lastRow="0" w:noHBand="0" w:noVBand="1" w:val="04A0"/>
      </w:tblPr>
      <w:tblGrid>
        <w:gridCol w:w="2493"/>
        <w:gridCol w:w="2493"/>
        <w:gridCol w:w="2493"/>
        <w:gridCol w:w="2493"/>
      </w:tblGrid>
      <w:tr>
        <w:tc>
          <w:tcPr>
            <w:tcW w:type="dxa" w:w="2493"/>
          </w:tcPr>
          <w:p>
            <w:pPr>
              <w:spacing w:after="0"/>
            </w:pPr>
            <w:r>
              <w:rPr>
                <w:sz w:val="20"/>
              </w:rPr>
              <w:t>A) legs</w:t>
            </w:r>
          </w:p>
        </w:tc>
        <w:tc>
          <w:tcPr>
            <w:tcW w:type="dxa" w:w="2493"/>
          </w:tcPr>
          <w:p>
            <w:pPr>
              <w:spacing w:after="0"/>
            </w:pPr>
            <w:r>
              <w:rPr>
                <w:sz w:val="20"/>
              </w:rPr>
              <w:t>B) teeth</w:t>
            </w:r>
          </w:p>
        </w:tc>
        <w:tc>
          <w:tcPr>
            <w:tcW w:type="dxa" w:w="2493"/>
          </w:tcPr>
          <w:p>
            <w:pPr>
              <w:spacing w:after="0"/>
            </w:pPr>
            <w:r>
              <w:rPr>
                <w:sz w:val="20"/>
              </w:rPr>
              <w:t>C) ears</w:t>
            </w:r>
          </w:p>
        </w:tc>
        <w:tc>
          <w:tcPr>
            <w:tcW w:type="dxa" w:w="2493"/>
          </w:tcPr>
          <w:p>
            <w:pPr>
              <w:spacing w:after="0"/>
            </w:pPr>
            <w:r>
              <w:rPr>
                <w:sz w:val="20"/>
              </w:rPr>
              <w:t>D) feet</w:t>
            </w:r>
          </w:p>
        </w:tc>
      </w:tr>
    </w:tbl>
    <w:p>
      <w:pPr>
        <w:spacing w:after="20"/>
      </w:pPr>
    </w:p>
    <w:p>
      <w:pPr>
        <w:spacing w:after="60"/>
      </w:pPr>
      <w:r>
        <w:rPr>
          <w:b/>
        </w:rPr>
        <w:t xml:space="preserve">31. </w:t>
      </w:r>
      <w:r>
        <w:t>“boyun” İngilizce hangisidir?</w:t>
      </w:r>
    </w:p>
    <w:tbl>
      <w:tblPr>
        <w:tblW w:type="auto" w:w="0"/>
        <w:tblLayout w:type="autofit"/>
        <w:tblLook w:firstColumn="1" w:firstRow="1" w:lastColumn="0" w:lastRow="0" w:noHBand="0" w:noVBand="1" w:val="04A0"/>
      </w:tblPr>
      <w:tblGrid>
        <w:gridCol w:w="2493"/>
        <w:gridCol w:w="2493"/>
        <w:gridCol w:w="2493"/>
        <w:gridCol w:w="2493"/>
      </w:tblGrid>
      <w:tr>
        <w:tc>
          <w:tcPr>
            <w:tcW w:type="dxa" w:w="2493"/>
          </w:tcPr>
          <w:p>
            <w:pPr>
              <w:spacing w:after="0"/>
            </w:pPr>
            <w:r>
              <w:rPr>
                <w:sz w:val="20"/>
              </w:rPr>
              <w:t>A) arms</w:t>
            </w:r>
          </w:p>
        </w:tc>
        <w:tc>
          <w:tcPr>
            <w:tcW w:type="dxa" w:w="2493"/>
          </w:tcPr>
          <w:p>
            <w:pPr>
              <w:spacing w:after="0"/>
            </w:pPr>
            <w:r>
              <w:rPr>
                <w:sz w:val="20"/>
              </w:rPr>
              <w:t>B) toes</w:t>
            </w:r>
          </w:p>
        </w:tc>
        <w:tc>
          <w:tcPr>
            <w:tcW w:type="dxa" w:w="2493"/>
          </w:tcPr>
          <w:p>
            <w:pPr>
              <w:spacing w:after="0"/>
            </w:pPr>
            <w:r>
              <w:rPr>
                <w:sz w:val="20"/>
              </w:rPr>
              <w:t>C) neck</w:t>
            </w:r>
          </w:p>
        </w:tc>
        <w:tc>
          <w:tcPr>
            <w:tcW w:type="dxa" w:w="2493"/>
          </w:tcPr>
          <w:p>
            <w:pPr>
              <w:spacing w:after="0"/>
            </w:pPr>
            <w:r>
              <w:rPr>
                <w:sz w:val="20"/>
              </w:rPr>
              <w:t>D) knees</w:t>
            </w:r>
          </w:p>
        </w:tc>
      </w:tr>
    </w:tbl>
    <w:p>
      <w:pPr>
        <w:spacing w:after="20"/>
      </w:pPr>
    </w:p>
    <w:p>
      <w:pPr>
        <w:spacing w:after="60"/>
      </w:pPr>
      <w:r>
        <w:rPr>
          <w:b/>
        </w:rPr>
        <w:t xml:space="preserve">32. </w:t>
      </w:r>
      <w:r>
        <w:t>“omuzlar” kelimesinin İngilizcesi hangisidir?</w:t>
      </w:r>
    </w:p>
    <w:tbl>
      <w:tblPr>
        <w:tblW w:type="auto" w:w="0"/>
        <w:tblLayout w:type="autofit"/>
        <w:tblLook w:firstColumn="1" w:firstRow="1" w:lastColumn="0" w:lastRow="0" w:noHBand="0" w:noVBand="1" w:val="04A0"/>
      </w:tblPr>
      <w:tblGrid>
        <w:gridCol w:w="2493"/>
        <w:gridCol w:w="2493"/>
        <w:gridCol w:w="2493"/>
        <w:gridCol w:w="2493"/>
      </w:tblGrid>
      <w:tr>
        <w:tc>
          <w:tcPr>
            <w:tcW w:type="dxa" w:w="2493"/>
          </w:tcPr>
          <w:p>
            <w:pPr>
              <w:spacing w:after="0"/>
            </w:pPr>
            <w:r>
              <w:rPr>
                <w:sz w:val="20"/>
              </w:rPr>
              <w:t>A) back</w:t>
            </w:r>
          </w:p>
        </w:tc>
        <w:tc>
          <w:tcPr>
            <w:tcW w:type="dxa" w:w="2493"/>
          </w:tcPr>
          <w:p>
            <w:pPr>
              <w:spacing w:after="0"/>
            </w:pPr>
            <w:r>
              <w:rPr>
                <w:sz w:val="20"/>
              </w:rPr>
              <w:t>B) shoulders</w:t>
            </w:r>
          </w:p>
        </w:tc>
        <w:tc>
          <w:tcPr>
            <w:tcW w:type="dxa" w:w="2493"/>
          </w:tcPr>
          <w:p>
            <w:pPr>
              <w:spacing w:after="0"/>
            </w:pPr>
            <w:r>
              <w:rPr>
                <w:sz w:val="20"/>
              </w:rPr>
              <w:t>C) eyes</w:t>
            </w:r>
          </w:p>
        </w:tc>
        <w:tc>
          <w:tcPr>
            <w:tcW w:type="dxa" w:w="2493"/>
          </w:tcPr>
          <w:p>
            <w:pPr>
              <w:spacing w:after="0"/>
            </w:pPr>
            <w:r>
              <w:rPr>
                <w:sz w:val="20"/>
              </w:rPr>
              <w:t>D) arms</w:t>
            </w:r>
          </w:p>
        </w:tc>
      </w:tr>
    </w:tbl>
    <w:p>
      <w:pPr>
        <w:spacing w:after="20"/>
      </w:pPr>
    </w:p>
    <w:p>
      <w:pPr>
        <w:spacing w:after="60"/>
      </w:pPr>
      <w:r>
        <w:rPr>
          <w:b/>
        </w:rPr>
        <w:t xml:space="preserve">33. </w:t>
      </w:r>
      <w:r>
        <w:t>“kollar” İngilizce hangisidir?</w:t>
      </w:r>
    </w:p>
    <w:tbl>
      <w:tblPr>
        <w:tblW w:type="auto" w:w="0"/>
        <w:tblLayout w:type="autofit"/>
        <w:tblLook w:firstColumn="1" w:firstRow="1" w:lastColumn="0" w:lastRow="0" w:noHBand="0" w:noVBand="1" w:val="04A0"/>
      </w:tblPr>
      <w:tblGrid>
        <w:gridCol w:w="2493"/>
        <w:gridCol w:w="2493"/>
        <w:gridCol w:w="2493"/>
        <w:gridCol w:w="2493"/>
      </w:tblGrid>
      <w:tr>
        <w:tc>
          <w:tcPr>
            <w:tcW w:type="dxa" w:w="2493"/>
          </w:tcPr>
          <w:p>
            <w:pPr>
              <w:spacing w:after="0"/>
            </w:pPr>
            <w:r>
              <w:rPr>
                <w:sz w:val="20"/>
              </w:rPr>
              <w:t>A) hair</w:t>
            </w:r>
          </w:p>
        </w:tc>
        <w:tc>
          <w:tcPr>
            <w:tcW w:type="dxa" w:w="2493"/>
          </w:tcPr>
          <w:p>
            <w:pPr>
              <w:spacing w:after="0"/>
            </w:pPr>
            <w:r>
              <w:rPr>
                <w:sz w:val="20"/>
              </w:rPr>
              <w:t>B) ears</w:t>
            </w:r>
          </w:p>
        </w:tc>
        <w:tc>
          <w:tcPr>
            <w:tcW w:type="dxa" w:w="2493"/>
          </w:tcPr>
          <w:p>
            <w:pPr>
              <w:spacing w:after="0"/>
            </w:pPr>
            <w:r>
              <w:rPr>
                <w:sz w:val="20"/>
              </w:rPr>
              <w:t>C) knees</w:t>
            </w:r>
          </w:p>
        </w:tc>
        <w:tc>
          <w:tcPr>
            <w:tcW w:type="dxa" w:w="2493"/>
          </w:tcPr>
          <w:p>
            <w:pPr>
              <w:spacing w:after="0"/>
            </w:pPr>
            <w:r>
              <w:rPr>
                <w:sz w:val="20"/>
              </w:rPr>
              <w:t>D) arms</w:t>
            </w:r>
          </w:p>
        </w:tc>
      </w:tr>
    </w:tbl>
    <w:p>
      <w:pPr>
        <w:spacing w:after="20"/>
      </w:pPr>
    </w:p>
    <w:p>
      <w:pPr>
        <w:spacing w:after="60"/>
      </w:pPr>
      <w:r>
        <w:rPr>
          <w:b/>
        </w:rPr>
        <w:t xml:space="preserve">34. </w:t>
      </w:r>
      <w:r>
        <w:t>“eller” kelimesinin İngilizcesi hangisidir?</w:t>
      </w:r>
    </w:p>
    <w:tbl>
      <w:tblPr>
        <w:tblW w:type="auto" w:w="0"/>
        <w:tblLayout w:type="autofit"/>
        <w:tblLook w:firstColumn="1" w:firstRow="1" w:lastColumn="0" w:lastRow="0" w:noHBand="0" w:noVBand="1" w:val="04A0"/>
      </w:tblPr>
      <w:tblGrid>
        <w:gridCol w:w="2493"/>
        <w:gridCol w:w="2493"/>
        <w:gridCol w:w="2493"/>
        <w:gridCol w:w="2493"/>
      </w:tblGrid>
      <w:tr>
        <w:tc>
          <w:tcPr>
            <w:tcW w:type="dxa" w:w="2493"/>
          </w:tcPr>
          <w:p>
            <w:pPr>
              <w:spacing w:after="0"/>
            </w:pPr>
            <w:r>
              <w:rPr>
                <w:sz w:val="20"/>
              </w:rPr>
              <w:t>A) hair</w:t>
            </w:r>
          </w:p>
        </w:tc>
        <w:tc>
          <w:tcPr>
            <w:tcW w:type="dxa" w:w="2493"/>
          </w:tcPr>
          <w:p>
            <w:pPr>
              <w:spacing w:after="0"/>
            </w:pPr>
            <w:r>
              <w:rPr>
                <w:sz w:val="20"/>
              </w:rPr>
              <w:t>B) neck</w:t>
            </w:r>
          </w:p>
        </w:tc>
        <w:tc>
          <w:tcPr>
            <w:tcW w:type="dxa" w:w="2493"/>
          </w:tcPr>
          <w:p>
            <w:pPr>
              <w:spacing w:after="0"/>
            </w:pPr>
            <w:r>
              <w:rPr>
                <w:sz w:val="20"/>
              </w:rPr>
              <w:t>C) hands</w:t>
            </w:r>
          </w:p>
        </w:tc>
        <w:tc>
          <w:tcPr>
            <w:tcW w:type="dxa" w:w="2493"/>
          </w:tcPr>
          <w:p>
            <w:pPr>
              <w:spacing w:after="0"/>
            </w:pPr>
            <w:r>
              <w:rPr>
                <w:sz w:val="20"/>
              </w:rPr>
              <w:t>D) toes</w:t>
            </w:r>
          </w:p>
        </w:tc>
      </w:tr>
    </w:tbl>
    <w:p>
      <w:pPr>
        <w:spacing w:after="20"/>
      </w:pPr>
    </w:p>
    <w:p>
      <w:pPr>
        <w:spacing w:after="60"/>
      </w:pPr>
      <w:r>
        <w:rPr>
          <w:b/>
        </w:rPr>
        <w:t xml:space="preserve">35. </w:t>
      </w:r>
      <w:r>
        <w:t>“parmaklar” İngilizce hangisidir?</w:t>
      </w:r>
    </w:p>
    <w:tbl>
      <w:tblPr>
        <w:tblW w:type="auto" w:w="0"/>
        <w:tblLayout w:type="autofit"/>
        <w:tblLook w:firstColumn="1" w:firstRow="1" w:lastColumn="0" w:lastRow="0" w:noHBand="0" w:noVBand="1" w:val="04A0"/>
      </w:tblPr>
      <w:tblGrid>
        <w:gridCol w:w="2493"/>
        <w:gridCol w:w="2493"/>
        <w:gridCol w:w="2493"/>
        <w:gridCol w:w="2493"/>
      </w:tblGrid>
      <w:tr>
        <w:tc>
          <w:tcPr>
            <w:tcW w:type="dxa" w:w="2493"/>
          </w:tcPr>
          <w:p>
            <w:pPr>
              <w:spacing w:after="0"/>
            </w:pPr>
            <w:r>
              <w:rPr>
                <w:sz w:val="20"/>
              </w:rPr>
              <w:t>A) fingers</w:t>
            </w:r>
          </w:p>
        </w:tc>
        <w:tc>
          <w:tcPr>
            <w:tcW w:type="dxa" w:w="2493"/>
          </w:tcPr>
          <w:p>
            <w:pPr>
              <w:spacing w:after="0"/>
            </w:pPr>
            <w:r>
              <w:rPr>
                <w:sz w:val="20"/>
              </w:rPr>
              <w:t>B) teeth</w:t>
            </w:r>
          </w:p>
        </w:tc>
        <w:tc>
          <w:tcPr>
            <w:tcW w:type="dxa" w:w="2493"/>
          </w:tcPr>
          <w:p>
            <w:pPr>
              <w:spacing w:after="0"/>
            </w:pPr>
            <w:r>
              <w:rPr>
                <w:sz w:val="20"/>
              </w:rPr>
              <w:t>C) eyes</w:t>
            </w:r>
          </w:p>
        </w:tc>
        <w:tc>
          <w:tcPr>
            <w:tcW w:type="dxa" w:w="2493"/>
          </w:tcPr>
          <w:p>
            <w:pPr>
              <w:spacing w:after="0"/>
            </w:pPr>
            <w:r>
              <w:rPr>
                <w:sz w:val="20"/>
              </w:rPr>
              <w:t>D) hands</w:t>
            </w:r>
          </w:p>
        </w:tc>
      </w:tr>
    </w:tbl>
    <w:p>
      <w:pPr>
        <w:spacing w:after="20"/>
      </w:pPr>
    </w:p>
    <w:p>
      <w:pPr>
        <w:spacing w:after="60"/>
      </w:pPr>
      <w:r>
        <w:rPr>
          <w:b/>
        </w:rPr>
        <w:t xml:space="preserve">36. </w:t>
      </w:r>
      <w:r>
        <w:t>“dizler” kelimesinin İngilizcesi hangisidir?</w:t>
      </w:r>
    </w:p>
    <w:tbl>
      <w:tblPr>
        <w:tblW w:type="auto" w:w="0"/>
        <w:tblLayout w:type="autofit"/>
        <w:tblLook w:firstColumn="1" w:firstRow="1" w:lastColumn="0" w:lastRow="0" w:noHBand="0" w:noVBand="1" w:val="04A0"/>
      </w:tblPr>
      <w:tblGrid>
        <w:gridCol w:w="2493"/>
        <w:gridCol w:w="2493"/>
        <w:gridCol w:w="2493"/>
        <w:gridCol w:w="2493"/>
      </w:tblGrid>
      <w:tr>
        <w:tc>
          <w:tcPr>
            <w:tcW w:type="dxa" w:w="2493"/>
          </w:tcPr>
          <w:p>
            <w:pPr>
              <w:spacing w:after="0"/>
            </w:pPr>
            <w:r>
              <w:rPr>
                <w:sz w:val="20"/>
              </w:rPr>
              <w:t>A) toes</w:t>
            </w:r>
          </w:p>
        </w:tc>
        <w:tc>
          <w:tcPr>
            <w:tcW w:type="dxa" w:w="2493"/>
          </w:tcPr>
          <w:p>
            <w:pPr>
              <w:spacing w:after="0"/>
            </w:pPr>
            <w:r>
              <w:rPr>
                <w:sz w:val="20"/>
              </w:rPr>
              <w:t>B) knees</w:t>
            </w:r>
          </w:p>
        </w:tc>
        <w:tc>
          <w:tcPr>
            <w:tcW w:type="dxa" w:w="2493"/>
          </w:tcPr>
          <w:p>
            <w:pPr>
              <w:spacing w:after="0"/>
            </w:pPr>
            <w:r>
              <w:rPr>
                <w:sz w:val="20"/>
              </w:rPr>
              <w:t>C) neck</w:t>
            </w:r>
          </w:p>
        </w:tc>
        <w:tc>
          <w:tcPr>
            <w:tcW w:type="dxa" w:w="2493"/>
          </w:tcPr>
          <w:p>
            <w:pPr>
              <w:spacing w:after="0"/>
            </w:pPr>
            <w:r>
              <w:rPr>
                <w:sz w:val="20"/>
              </w:rPr>
              <w:t>D) ears</w:t>
            </w:r>
          </w:p>
        </w:tc>
      </w:tr>
    </w:tbl>
    <w:p>
      <w:pPr>
        <w:spacing w:after="20"/>
      </w:pPr>
    </w:p>
    <w:p>
      <w:pPr>
        <w:spacing w:after="60"/>
      </w:pPr>
      <w:r>
        <w:rPr>
          <w:b/>
        </w:rPr>
        <w:t xml:space="preserve">37. </w:t>
      </w:r>
      <w:r>
        <w:t>“bacaklar” İngilizce hangisidir?</w:t>
      </w:r>
    </w:p>
    <w:tbl>
      <w:tblPr>
        <w:tblW w:type="auto" w:w="0"/>
        <w:tblLayout w:type="autofit"/>
        <w:tblLook w:firstColumn="1" w:firstRow="1" w:lastColumn="0" w:lastRow="0" w:noHBand="0" w:noVBand="1" w:val="04A0"/>
      </w:tblPr>
      <w:tblGrid>
        <w:gridCol w:w="2493"/>
        <w:gridCol w:w="2493"/>
        <w:gridCol w:w="2493"/>
        <w:gridCol w:w="2493"/>
      </w:tblGrid>
      <w:tr>
        <w:tc>
          <w:tcPr>
            <w:tcW w:type="dxa" w:w="2493"/>
          </w:tcPr>
          <w:p>
            <w:pPr>
              <w:spacing w:after="0"/>
            </w:pPr>
            <w:r>
              <w:rPr>
                <w:sz w:val="20"/>
              </w:rPr>
              <w:t>A) legs</w:t>
            </w:r>
          </w:p>
        </w:tc>
        <w:tc>
          <w:tcPr>
            <w:tcW w:type="dxa" w:w="2493"/>
          </w:tcPr>
          <w:p>
            <w:pPr>
              <w:spacing w:after="0"/>
            </w:pPr>
            <w:r>
              <w:rPr>
                <w:sz w:val="20"/>
              </w:rPr>
              <w:t>B) knees</w:t>
            </w:r>
          </w:p>
        </w:tc>
        <w:tc>
          <w:tcPr>
            <w:tcW w:type="dxa" w:w="2493"/>
          </w:tcPr>
          <w:p>
            <w:pPr>
              <w:spacing w:after="0"/>
            </w:pPr>
            <w:r>
              <w:rPr>
                <w:sz w:val="20"/>
              </w:rPr>
              <w:t>C) neck</w:t>
            </w:r>
          </w:p>
        </w:tc>
        <w:tc>
          <w:tcPr>
            <w:tcW w:type="dxa" w:w="2493"/>
          </w:tcPr>
          <w:p>
            <w:pPr>
              <w:spacing w:after="0"/>
            </w:pPr>
            <w:r>
              <w:rPr>
                <w:sz w:val="20"/>
              </w:rPr>
              <w:t>D) face</w:t>
            </w:r>
          </w:p>
        </w:tc>
      </w:tr>
    </w:tbl>
    <w:p>
      <w:pPr>
        <w:spacing w:after="20"/>
      </w:pPr>
    </w:p>
    <w:p>
      <w:pPr>
        <w:spacing w:after="60"/>
      </w:pPr>
      <w:r>
        <w:rPr>
          <w:b/>
        </w:rPr>
        <w:t xml:space="preserve">38. </w:t>
      </w:r>
      <w:r>
        <w:t>“ayaklar” kelimesinin İngilizcesi hangisidir?</w:t>
      </w:r>
    </w:p>
    <w:tbl>
      <w:tblPr>
        <w:tblW w:type="auto" w:w="0"/>
        <w:tblLayout w:type="autofit"/>
        <w:tblLook w:firstColumn="1" w:firstRow="1" w:lastColumn="0" w:lastRow="0" w:noHBand="0" w:noVBand="1" w:val="04A0"/>
      </w:tblPr>
      <w:tblGrid>
        <w:gridCol w:w="2493"/>
        <w:gridCol w:w="2493"/>
        <w:gridCol w:w="2493"/>
        <w:gridCol w:w="2493"/>
      </w:tblGrid>
      <w:tr>
        <w:tc>
          <w:tcPr>
            <w:tcW w:type="dxa" w:w="2493"/>
          </w:tcPr>
          <w:p>
            <w:pPr>
              <w:spacing w:after="0"/>
            </w:pPr>
            <w:r>
              <w:rPr>
                <w:sz w:val="20"/>
              </w:rPr>
              <w:t>A) arms</w:t>
            </w:r>
          </w:p>
        </w:tc>
        <w:tc>
          <w:tcPr>
            <w:tcW w:type="dxa" w:w="2493"/>
          </w:tcPr>
          <w:p>
            <w:pPr>
              <w:spacing w:after="0"/>
            </w:pPr>
            <w:r>
              <w:rPr>
                <w:sz w:val="20"/>
              </w:rPr>
              <w:t>B) ears</w:t>
            </w:r>
          </w:p>
        </w:tc>
        <w:tc>
          <w:tcPr>
            <w:tcW w:type="dxa" w:w="2493"/>
          </w:tcPr>
          <w:p>
            <w:pPr>
              <w:spacing w:after="0"/>
            </w:pPr>
            <w:r>
              <w:rPr>
                <w:sz w:val="20"/>
              </w:rPr>
              <w:t>C) feet</w:t>
            </w:r>
          </w:p>
        </w:tc>
        <w:tc>
          <w:tcPr>
            <w:tcW w:type="dxa" w:w="2493"/>
          </w:tcPr>
          <w:p>
            <w:pPr>
              <w:spacing w:after="0"/>
            </w:pPr>
            <w:r>
              <w:rPr>
                <w:sz w:val="20"/>
              </w:rPr>
              <w:t>D) teeth</w:t>
            </w:r>
          </w:p>
        </w:tc>
      </w:tr>
    </w:tbl>
    <w:p>
      <w:pPr>
        <w:spacing w:after="20"/>
      </w:pPr>
    </w:p>
    <w:p>
      <w:pPr>
        <w:spacing w:after="60"/>
      </w:pPr>
      <w:r>
        <w:rPr>
          <w:b/>
        </w:rPr>
        <w:t xml:space="preserve">39. </w:t>
      </w:r>
      <w:r>
        <w:t>“ayak parmakları” İngilizce hangisidir?</w:t>
      </w:r>
    </w:p>
    <w:tbl>
      <w:tblPr>
        <w:tblW w:type="auto" w:w="0"/>
        <w:tblLayout w:type="autofit"/>
        <w:tblLook w:firstColumn="1" w:firstRow="1" w:lastColumn="0" w:lastRow="0" w:noHBand="0" w:noVBand="1" w:val="04A0"/>
      </w:tblPr>
      <w:tblGrid>
        <w:gridCol w:w="2493"/>
        <w:gridCol w:w="2493"/>
        <w:gridCol w:w="2493"/>
        <w:gridCol w:w="2493"/>
      </w:tblGrid>
      <w:tr>
        <w:tc>
          <w:tcPr>
            <w:tcW w:type="dxa" w:w="2493"/>
          </w:tcPr>
          <w:p>
            <w:pPr>
              <w:spacing w:after="0"/>
            </w:pPr>
            <w:r>
              <w:rPr>
                <w:sz w:val="20"/>
              </w:rPr>
              <w:t>A) face</w:t>
            </w:r>
          </w:p>
        </w:tc>
        <w:tc>
          <w:tcPr>
            <w:tcW w:type="dxa" w:w="2493"/>
          </w:tcPr>
          <w:p>
            <w:pPr>
              <w:spacing w:after="0"/>
            </w:pPr>
            <w:r>
              <w:rPr>
                <w:sz w:val="20"/>
              </w:rPr>
              <w:t>B) knees</w:t>
            </w:r>
          </w:p>
        </w:tc>
        <w:tc>
          <w:tcPr>
            <w:tcW w:type="dxa" w:w="2493"/>
          </w:tcPr>
          <w:p>
            <w:pPr>
              <w:spacing w:after="0"/>
            </w:pPr>
            <w:r>
              <w:rPr>
                <w:sz w:val="20"/>
              </w:rPr>
              <w:t>C) fingers</w:t>
            </w:r>
          </w:p>
        </w:tc>
        <w:tc>
          <w:tcPr>
            <w:tcW w:type="dxa" w:w="2493"/>
          </w:tcPr>
          <w:p>
            <w:pPr>
              <w:spacing w:after="0"/>
            </w:pPr>
            <w:r>
              <w:rPr>
                <w:sz w:val="20"/>
              </w:rPr>
              <w:t>D) toes</w:t>
            </w:r>
          </w:p>
        </w:tc>
      </w:tr>
    </w:tbl>
    <w:p>
      <w:pPr>
        <w:spacing w:after="20"/>
      </w:pPr>
    </w:p>
    <w:p>
      <w:pPr>
        <w:spacing w:after="60"/>
      </w:pPr>
      <w:r>
        <w:rPr>
          <w:b/>
        </w:rPr>
        <w:t xml:space="preserve">40. </w:t>
      </w:r>
      <w:r>
        <w:t>“sırt” kelimesinin İngilizcesi hangisidir?</w:t>
      </w:r>
    </w:p>
    <w:tbl>
      <w:tblPr>
        <w:tblW w:type="auto" w:w="0"/>
        <w:tblLayout w:type="autofit"/>
        <w:tblLook w:firstColumn="1" w:firstRow="1" w:lastColumn="0" w:lastRow="0" w:noHBand="0" w:noVBand="1" w:val="04A0"/>
      </w:tblPr>
      <w:tblGrid>
        <w:gridCol w:w="2493"/>
        <w:gridCol w:w="2493"/>
        <w:gridCol w:w="2493"/>
        <w:gridCol w:w="2493"/>
      </w:tblGrid>
      <w:tr>
        <w:tc>
          <w:tcPr>
            <w:tcW w:type="dxa" w:w="2493"/>
          </w:tcPr>
          <w:p>
            <w:pPr>
              <w:spacing w:after="0"/>
            </w:pPr>
            <w:r>
              <w:rPr>
                <w:sz w:val="20"/>
              </w:rPr>
              <w:t>A) face</w:t>
            </w:r>
          </w:p>
        </w:tc>
        <w:tc>
          <w:tcPr>
            <w:tcW w:type="dxa" w:w="2493"/>
          </w:tcPr>
          <w:p>
            <w:pPr>
              <w:spacing w:after="0"/>
            </w:pPr>
            <w:r>
              <w:rPr>
                <w:sz w:val="20"/>
              </w:rPr>
              <w:t>B) toes</w:t>
            </w:r>
          </w:p>
        </w:tc>
        <w:tc>
          <w:tcPr>
            <w:tcW w:type="dxa" w:w="2493"/>
          </w:tcPr>
          <w:p>
            <w:pPr>
              <w:spacing w:after="0"/>
            </w:pPr>
            <w:r>
              <w:rPr>
                <w:sz w:val="20"/>
              </w:rPr>
              <w:t>C) back</w:t>
            </w:r>
          </w:p>
        </w:tc>
        <w:tc>
          <w:tcPr>
            <w:tcW w:type="dxa" w:w="2493"/>
          </w:tcPr>
          <w:p>
            <w:pPr>
              <w:spacing w:after="0"/>
            </w:pPr>
            <w:r>
              <w:rPr>
                <w:sz w:val="20"/>
              </w:rPr>
              <w:t>D) head</w:t>
            </w:r>
          </w:p>
        </w:tc>
      </w:tr>
    </w:tbl>
    <w:p>
      <w:pPr>
        <w:spacing w:after="20"/>
      </w:pPr>
    </w:p>
    <w:p>
      <w:pPr>
        <w:spacing w:after="60"/>
      </w:pPr>
      <w:r>
        <w:rPr>
          <w:b/>
        </w:rPr>
        <w:t xml:space="preserve">41. </w:t>
      </w:r>
      <w:r>
        <w:t>We smell with our ___ .</w:t>
      </w:r>
    </w:p>
    <w:tbl>
      <w:tblPr>
        <w:tblW w:type="auto" w:w="0"/>
        <w:tblLayout w:type="autofit"/>
        <w:tblLook w:firstColumn="1" w:firstRow="1" w:lastColumn="0" w:lastRow="0" w:noHBand="0" w:noVBand="1" w:val="04A0"/>
      </w:tblPr>
      <w:tblGrid>
        <w:gridCol w:w="2493"/>
        <w:gridCol w:w="2493"/>
        <w:gridCol w:w="2493"/>
        <w:gridCol w:w="2493"/>
      </w:tblGrid>
      <w:tr>
        <w:tc>
          <w:tcPr>
            <w:tcW w:type="dxa" w:w="2493"/>
          </w:tcPr>
          <w:p>
            <w:pPr>
              <w:spacing w:after="0"/>
            </w:pPr>
            <w:r>
              <w:rPr>
                <w:sz w:val="20"/>
              </w:rPr>
              <w:t>A) ears</w:t>
            </w:r>
          </w:p>
        </w:tc>
        <w:tc>
          <w:tcPr>
            <w:tcW w:type="dxa" w:w="2493"/>
          </w:tcPr>
          <w:p>
            <w:pPr>
              <w:spacing w:after="0"/>
            </w:pPr>
            <w:r>
              <w:rPr>
                <w:sz w:val="20"/>
              </w:rPr>
              <w:t>B) eyes</w:t>
            </w:r>
          </w:p>
        </w:tc>
        <w:tc>
          <w:tcPr>
            <w:tcW w:type="dxa" w:w="2493"/>
          </w:tcPr>
          <w:p>
            <w:pPr>
              <w:spacing w:after="0"/>
            </w:pPr>
            <w:r>
              <w:rPr>
                <w:sz w:val="20"/>
              </w:rPr>
              <w:t>C) mouth</w:t>
            </w:r>
          </w:p>
        </w:tc>
        <w:tc>
          <w:tcPr>
            <w:tcW w:type="dxa" w:w="2493"/>
          </w:tcPr>
          <w:p>
            <w:pPr>
              <w:spacing w:after="0"/>
            </w:pPr>
            <w:r>
              <w:rPr>
                <w:sz w:val="20"/>
              </w:rPr>
              <w:t>D) nose</w:t>
            </w:r>
          </w:p>
        </w:tc>
      </w:tr>
    </w:tbl>
    <w:p>
      <w:pPr>
        <w:spacing w:after="20"/>
      </w:pPr>
    </w:p>
    <w:p>
      <w:pPr>
        <w:spacing w:after="60"/>
      </w:pPr>
      <w:r>
        <w:rPr>
          <w:b/>
        </w:rPr>
        <w:t xml:space="preserve">42. </w:t>
      </w:r>
      <w:r>
        <w:t>We hear with our ___ .</w:t>
      </w:r>
    </w:p>
    <w:tbl>
      <w:tblPr>
        <w:tblW w:type="auto" w:w="0"/>
        <w:tblLayout w:type="autofit"/>
        <w:tblLook w:firstColumn="1" w:firstRow="1" w:lastColumn="0" w:lastRow="0" w:noHBand="0" w:noVBand="1" w:val="04A0"/>
      </w:tblPr>
      <w:tblGrid>
        <w:gridCol w:w="2493"/>
        <w:gridCol w:w="2493"/>
        <w:gridCol w:w="2493"/>
        <w:gridCol w:w="2493"/>
      </w:tblGrid>
      <w:tr>
        <w:tc>
          <w:tcPr>
            <w:tcW w:type="dxa" w:w="2493"/>
          </w:tcPr>
          <w:p>
            <w:pPr>
              <w:spacing w:after="0"/>
            </w:pPr>
            <w:r>
              <w:rPr>
                <w:sz w:val="20"/>
              </w:rPr>
              <w:t>A) eyes</w:t>
            </w:r>
          </w:p>
        </w:tc>
        <w:tc>
          <w:tcPr>
            <w:tcW w:type="dxa" w:w="2493"/>
          </w:tcPr>
          <w:p>
            <w:pPr>
              <w:spacing w:after="0"/>
            </w:pPr>
            <w:r>
              <w:rPr>
                <w:sz w:val="20"/>
              </w:rPr>
              <w:t>B) ears</w:t>
            </w:r>
          </w:p>
        </w:tc>
        <w:tc>
          <w:tcPr>
            <w:tcW w:type="dxa" w:w="2493"/>
          </w:tcPr>
          <w:p>
            <w:pPr>
              <w:spacing w:after="0"/>
            </w:pPr>
            <w:r>
              <w:rPr>
                <w:sz w:val="20"/>
              </w:rPr>
              <w:t>C) nose</w:t>
            </w:r>
          </w:p>
        </w:tc>
        <w:tc>
          <w:tcPr>
            <w:tcW w:type="dxa" w:w="2493"/>
          </w:tcPr>
          <w:p>
            <w:pPr>
              <w:spacing w:after="0"/>
            </w:pPr>
            <w:r>
              <w:rPr>
                <w:sz w:val="20"/>
              </w:rPr>
              <w:t>D) hands</w:t>
            </w:r>
          </w:p>
        </w:tc>
      </w:tr>
    </w:tbl>
    <w:p>
      <w:pPr>
        <w:spacing w:after="20"/>
      </w:pPr>
    </w:p>
    <w:p>
      <w:pPr>
        <w:spacing w:after="60"/>
      </w:pPr>
      <w:r>
        <w:rPr>
          <w:b/>
        </w:rPr>
        <w:t xml:space="preserve">43. </w:t>
      </w:r>
      <w:r>
        <w:t>We see with our ___ .</w:t>
      </w:r>
    </w:p>
    <w:tbl>
      <w:tblPr>
        <w:tblW w:type="auto" w:w="0"/>
        <w:tblLayout w:type="autofit"/>
        <w:tblLook w:firstColumn="1" w:firstRow="1" w:lastColumn="0" w:lastRow="0" w:noHBand="0" w:noVBand="1" w:val="04A0"/>
      </w:tblPr>
      <w:tblGrid>
        <w:gridCol w:w="2493"/>
        <w:gridCol w:w="2493"/>
        <w:gridCol w:w="2493"/>
        <w:gridCol w:w="2493"/>
      </w:tblGrid>
      <w:tr>
        <w:tc>
          <w:tcPr>
            <w:tcW w:type="dxa" w:w="2493"/>
          </w:tcPr>
          <w:p>
            <w:pPr>
              <w:spacing w:after="0"/>
            </w:pPr>
            <w:r>
              <w:rPr>
                <w:sz w:val="20"/>
              </w:rPr>
              <w:t>A) ears</w:t>
            </w:r>
          </w:p>
        </w:tc>
        <w:tc>
          <w:tcPr>
            <w:tcW w:type="dxa" w:w="2493"/>
          </w:tcPr>
          <w:p>
            <w:pPr>
              <w:spacing w:after="0"/>
            </w:pPr>
            <w:r>
              <w:rPr>
                <w:sz w:val="20"/>
              </w:rPr>
              <w:t>B) eyes</w:t>
            </w:r>
          </w:p>
        </w:tc>
        <w:tc>
          <w:tcPr>
            <w:tcW w:type="dxa" w:w="2493"/>
          </w:tcPr>
          <w:p>
            <w:pPr>
              <w:spacing w:after="0"/>
            </w:pPr>
            <w:r>
              <w:rPr>
                <w:sz w:val="20"/>
              </w:rPr>
              <w:t>C) mouth</w:t>
            </w:r>
          </w:p>
        </w:tc>
        <w:tc>
          <w:tcPr>
            <w:tcW w:type="dxa" w:w="2493"/>
          </w:tcPr>
          <w:p>
            <w:pPr>
              <w:spacing w:after="0"/>
            </w:pPr>
            <w:r>
              <w:rPr>
                <w:sz w:val="20"/>
              </w:rPr>
              <w:t>D) feet</w:t>
            </w:r>
          </w:p>
        </w:tc>
      </w:tr>
    </w:tbl>
    <w:p>
      <w:pPr>
        <w:spacing w:after="20"/>
      </w:pPr>
    </w:p>
    <w:p>
      <w:pPr>
        <w:spacing w:after="60"/>
      </w:pPr>
      <w:r>
        <w:rPr>
          <w:b/>
        </w:rPr>
        <w:t xml:space="preserve">44. </w:t>
      </w:r>
      <w:r>
        <w:t>We walk with our ___ .</w:t>
      </w:r>
    </w:p>
    <w:tbl>
      <w:tblPr>
        <w:tblW w:type="auto" w:w="0"/>
        <w:tblLayout w:type="autofit"/>
        <w:tblLook w:firstColumn="1" w:firstRow="1" w:lastColumn="0" w:lastRow="0" w:noHBand="0" w:noVBand="1" w:val="04A0"/>
      </w:tblPr>
      <w:tblGrid>
        <w:gridCol w:w="2493"/>
        <w:gridCol w:w="2493"/>
        <w:gridCol w:w="2493"/>
        <w:gridCol w:w="2493"/>
      </w:tblGrid>
      <w:tr>
        <w:tc>
          <w:tcPr>
            <w:tcW w:type="dxa" w:w="2493"/>
          </w:tcPr>
          <w:p>
            <w:pPr>
              <w:spacing w:after="0"/>
            </w:pPr>
            <w:r>
              <w:rPr>
                <w:sz w:val="20"/>
              </w:rPr>
              <w:t>A) hands</w:t>
            </w:r>
          </w:p>
        </w:tc>
        <w:tc>
          <w:tcPr>
            <w:tcW w:type="dxa" w:w="2493"/>
          </w:tcPr>
          <w:p>
            <w:pPr>
              <w:spacing w:after="0"/>
            </w:pPr>
            <w:r>
              <w:rPr>
                <w:sz w:val="20"/>
              </w:rPr>
              <w:t>B) legs</w:t>
            </w:r>
          </w:p>
        </w:tc>
        <w:tc>
          <w:tcPr>
            <w:tcW w:type="dxa" w:w="2493"/>
          </w:tcPr>
          <w:p>
            <w:pPr>
              <w:spacing w:after="0"/>
            </w:pPr>
            <w:r>
              <w:rPr>
                <w:sz w:val="20"/>
              </w:rPr>
              <w:t>C) fingers</w:t>
            </w:r>
          </w:p>
        </w:tc>
        <w:tc>
          <w:tcPr>
            <w:tcW w:type="dxa" w:w="2493"/>
          </w:tcPr>
          <w:p>
            <w:pPr>
              <w:spacing w:after="0"/>
            </w:pPr>
            <w:r>
              <w:rPr>
                <w:sz w:val="20"/>
              </w:rPr>
              <w:t>D) hair</w:t>
            </w:r>
          </w:p>
        </w:tc>
      </w:tr>
    </w:tbl>
    <w:p>
      <w:pPr>
        <w:spacing w:after="20"/>
      </w:pPr>
    </w:p>
    <w:p>
      <w:pPr>
        <w:spacing w:after="60"/>
      </w:pPr>
      <w:r>
        <w:rPr>
          <w:b/>
        </w:rPr>
        <w:t xml:space="preserve">45. </w:t>
      </w:r>
      <w:r>
        <w:t>We clap with our ___ .</w:t>
      </w:r>
    </w:p>
    <w:tbl>
      <w:tblPr>
        <w:tblW w:type="auto" w:w="0"/>
        <w:tblLayout w:type="autofit"/>
        <w:tblLook w:firstColumn="1" w:firstRow="1" w:lastColumn="0" w:lastRow="0" w:noHBand="0" w:noVBand="1" w:val="04A0"/>
      </w:tblPr>
      <w:tblGrid>
        <w:gridCol w:w="2493"/>
        <w:gridCol w:w="2493"/>
        <w:gridCol w:w="2493"/>
        <w:gridCol w:w="2493"/>
      </w:tblGrid>
      <w:tr>
        <w:tc>
          <w:tcPr>
            <w:tcW w:type="dxa" w:w="2493"/>
          </w:tcPr>
          <w:p>
            <w:pPr>
              <w:spacing w:after="0"/>
            </w:pPr>
            <w:r>
              <w:rPr>
                <w:sz w:val="20"/>
              </w:rPr>
              <w:t>A) hands</w:t>
            </w:r>
          </w:p>
        </w:tc>
        <w:tc>
          <w:tcPr>
            <w:tcW w:type="dxa" w:w="2493"/>
          </w:tcPr>
          <w:p>
            <w:pPr>
              <w:spacing w:after="0"/>
            </w:pPr>
            <w:r>
              <w:rPr>
                <w:sz w:val="20"/>
              </w:rPr>
              <w:t>B) feet</w:t>
            </w:r>
          </w:p>
        </w:tc>
        <w:tc>
          <w:tcPr>
            <w:tcW w:type="dxa" w:w="2493"/>
          </w:tcPr>
          <w:p>
            <w:pPr>
              <w:spacing w:after="0"/>
            </w:pPr>
            <w:r>
              <w:rPr>
                <w:sz w:val="20"/>
              </w:rPr>
              <w:t>C) knees</w:t>
            </w:r>
          </w:p>
        </w:tc>
        <w:tc>
          <w:tcPr>
            <w:tcW w:type="dxa" w:w="2493"/>
          </w:tcPr>
          <w:p>
            <w:pPr>
              <w:spacing w:after="0"/>
            </w:pPr>
            <w:r>
              <w:rPr>
                <w:sz w:val="20"/>
              </w:rPr>
              <w:t>D) neck</w:t>
            </w:r>
          </w:p>
        </w:tc>
      </w:tr>
    </w:tbl>
    <w:p>
      <w:pPr>
        <w:spacing w:after="20"/>
      </w:pPr>
    </w:p>
    <w:p>
      <w:pPr>
        <w:spacing w:after="60"/>
      </w:pPr>
      <w:r>
        <w:rPr>
          <w:b/>
        </w:rPr>
        <w:t xml:space="preserve">46. </w:t>
      </w:r>
      <w:r>
        <w:t>We write with our ___ .</w:t>
      </w:r>
    </w:p>
    <w:tbl>
      <w:tblPr>
        <w:tblW w:type="auto" w:w="0"/>
        <w:tblLayout w:type="autofit"/>
        <w:tblLook w:firstColumn="1" w:firstRow="1" w:lastColumn="0" w:lastRow="0" w:noHBand="0" w:noVBand="1" w:val="04A0"/>
      </w:tblPr>
      <w:tblGrid>
        <w:gridCol w:w="2493"/>
        <w:gridCol w:w="2493"/>
        <w:gridCol w:w="2493"/>
        <w:gridCol w:w="2493"/>
      </w:tblGrid>
      <w:tr>
        <w:tc>
          <w:tcPr>
            <w:tcW w:type="dxa" w:w="2493"/>
          </w:tcPr>
          <w:p>
            <w:pPr>
              <w:spacing w:after="0"/>
            </w:pPr>
            <w:r>
              <w:rPr>
                <w:sz w:val="20"/>
              </w:rPr>
              <w:t>A) hands</w:t>
            </w:r>
          </w:p>
        </w:tc>
        <w:tc>
          <w:tcPr>
            <w:tcW w:type="dxa" w:w="2493"/>
          </w:tcPr>
          <w:p>
            <w:pPr>
              <w:spacing w:after="0"/>
            </w:pPr>
            <w:r>
              <w:rPr>
                <w:sz w:val="20"/>
              </w:rPr>
              <w:t>B) legs</w:t>
            </w:r>
          </w:p>
        </w:tc>
        <w:tc>
          <w:tcPr>
            <w:tcW w:type="dxa" w:w="2493"/>
          </w:tcPr>
          <w:p>
            <w:pPr>
              <w:spacing w:after="0"/>
            </w:pPr>
            <w:r>
              <w:rPr>
                <w:sz w:val="20"/>
              </w:rPr>
              <w:t>C) toes</w:t>
            </w:r>
          </w:p>
        </w:tc>
        <w:tc>
          <w:tcPr>
            <w:tcW w:type="dxa" w:w="2493"/>
          </w:tcPr>
          <w:p>
            <w:pPr>
              <w:spacing w:after="0"/>
            </w:pPr>
            <w:r>
              <w:rPr>
                <w:sz w:val="20"/>
              </w:rPr>
              <w:t>D) shoulders</w:t>
            </w:r>
          </w:p>
        </w:tc>
      </w:tr>
    </w:tbl>
    <w:p>
      <w:pPr>
        <w:spacing w:after="20"/>
      </w:pPr>
    </w:p>
    <w:p>
      <w:pPr>
        <w:spacing w:after="60"/>
      </w:pPr>
      <w:r>
        <w:rPr>
          <w:b/>
        </w:rPr>
        <w:t xml:space="preserve">47. </w:t>
      </w:r>
      <w:r>
        <w:t>I ___ a student at this school.</w:t>
      </w:r>
    </w:p>
    <w:tbl>
      <w:tblPr>
        <w:tblW w:type="auto" w:w="0"/>
        <w:tblLayout w:type="autofit"/>
        <w:tblLook w:firstColumn="1" w:firstRow="1" w:lastColumn="0" w:lastRow="0" w:noHBand="0" w:noVBand="1" w:val="04A0"/>
      </w:tblPr>
      <w:tblGrid>
        <w:gridCol w:w="2493"/>
        <w:gridCol w:w="2493"/>
        <w:gridCol w:w="2493"/>
        <w:gridCol w:w="2493"/>
      </w:tblGrid>
      <w:tr>
        <w:tc>
          <w:tcPr>
            <w:tcW w:type="dxa" w:w="2493"/>
          </w:tcPr>
          <w:p>
            <w:pPr>
              <w:spacing w:after="0"/>
            </w:pPr>
            <w:r>
              <w:rPr>
                <w:sz w:val="20"/>
              </w:rPr>
              <w:t>A) is</w:t>
            </w:r>
          </w:p>
        </w:tc>
        <w:tc>
          <w:tcPr>
            <w:tcW w:type="dxa" w:w="2493"/>
          </w:tcPr>
          <w:p>
            <w:pPr>
              <w:spacing w:after="0"/>
            </w:pPr>
            <w:r>
              <w:rPr>
                <w:sz w:val="20"/>
              </w:rPr>
              <w:t>B) am</w:t>
            </w:r>
          </w:p>
        </w:tc>
        <w:tc>
          <w:tcPr>
            <w:tcW w:type="dxa" w:w="2493"/>
          </w:tcPr>
          <w:p>
            <w:pPr>
              <w:spacing w:after="0"/>
            </w:pPr>
            <w:r>
              <w:rPr>
                <w:sz w:val="20"/>
              </w:rPr>
              <w:t>C) are</w:t>
            </w:r>
          </w:p>
        </w:tc>
        <w:tc>
          <w:tcPr>
            <w:tcW w:type="dxa" w:w="2493"/>
          </w:tcPr>
          <w:p>
            <w:pPr>
              <w:spacing w:after="0"/>
            </w:pPr>
            <w:r>
              <w:rPr>
                <w:sz w:val="20"/>
              </w:rPr>
              <w:t>D) be</w:t>
            </w:r>
          </w:p>
        </w:tc>
      </w:tr>
    </w:tbl>
    <w:p>
      <w:pPr>
        <w:spacing w:after="20"/>
      </w:pPr>
    </w:p>
    <w:p>
      <w:pPr>
        <w:spacing w:after="60"/>
      </w:pPr>
      <w:r>
        <w:rPr>
          <w:b/>
        </w:rPr>
        <w:t xml:space="preserve">48. </w:t>
      </w:r>
      <w:r>
        <w:t>My sister ___ ten years old.</w:t>
      </w:r>
    </w:p>
    <w:tbl>
      <w:tblPr>
        <w:tblW w:type="auto" w:w="0"/>
        <w:tblLayout w:type="autofit"/>
        <w:tblLook w:firstColumn="1" w:firstRow="1" w:lastColumn="0" w:lastRow="0" w:noHBand="0" w:noVBand="1" w:val="04A0"/>
      </w:tblPr>
      <w:tblGrid>
        <w:gridCol w:w="2493"/>
        <w:gridCol w:w="2493"/>
        <w:gridCol w:w="2493"/>
        <w:gridCol w:w="2493"/>
      </w:tblGrid>
      <w:tr>
        <w:tc>
          <w:tcPr>
            <w:tcW w:type="dxa" w:w="2493"/>
          </w:tcPr>
          <w:p>
            <w:pPr>
              <w:spacing w:after="0"/>
            </w:pPr>
            <w:r>
              <w:rPr>
                <w:sz w:val="20"/>
              </w:rPr>
              <w:t>A) am</w:t>
            </w:r>
          </w:p>
        </w:tc>
        <w:tc>
          <w:tcPr>
            <w:tcW w:type="dxa" w:w="2493"/>
          </w:tcPr>
          <w:p>
            <w:pPr>
              <w:spacing w:after="0"/>
            </w:pPr>
            <w:r>
              <w:rPr>
                <w:sz w:val="20"/>
              </w:rPr>
              <w:t>B) are</w:t>
            </w:r>
          </w:p>
        </w:tc>
        <w:tc>
          <w:tcPr>
            <w:tcW w:type="dxa" w:w="2493"/>
          </w:tcPr>
          <w:p>
            <w:pPr>
              <w:spacing w:after="0"/>
            </w:pPr>
            <w:r>
              <w:rPr>
                <w:sz w:val="20"/>
              </w:rPr>
              <w:t>C) is</w:t>
            </w:r>
          </w:p>
        </w:tc>
        <w:tc>
          <w:tcPr>
            <w:tcW w:type="dxa" w:w="2493"/>
          </w:tcPr>
          <w:p>
            <w:pPr>
              <w:spacing w:after="0"/>
            </w:pPr>
            <w:r>
              <w:rPr>
                <w:sz w:val="20"/>
              </w:rPr>
              <w:t>D) be</w:t>
            </w:r>
          </w:p>
        </w:tc>
      </w:tr>
    </w:tbl>
    <w:p>
      <w:pPr>
        <w:spacing w:after="20"/>
      </w:pPr>
    </w:p>
    <w:p>
      <w:pPr>
        <w:spacing w:after="60"/>
      </w:pPr>
      <w:r>
        <w:rPr>
          <w:b/>
        </w:rPr>
        <w:t xml:space="preserve">49. </w:t>
      </w:r>
      <w:r>
        <w:t>We ___ in the same class.</w:t>
      </w:r>
    </w:p>
    <w:tbl>
      <w:tblPr>
        <w:tblW w:type="auto" w:w="0"/>
        <w:tblLayout w:type="autofit"/>
        <w:tblLook w:firstColumn="1" w:firstRow="1" w:lastColumn="0" w:lastRow="0" w:noHBand="0" w:noVBand="1" w:val="04A0"/>
      </w:tblPr>
      <w:tblGrid>
        <w:gridCol w:w="2493"/>
        <w:gridCol w:w="2493"/>
        <w:gridCol w:w="2493"/>
        <w:gridCol w:w="2493"/>
      </w:tblGrid>
      <w:tr>
        <w:tc>
          <w:tcPr>
            <w:tcW w:type="dxa" w:w="2493"/>
          </w:tcPr>
          <w:p>
            <w:pPr>
              <w:spacing w:after="0"/>
            </w:pPr>
            <w:r>
              <w:rPr>
                <w:sz w:val="20"/>
              </w:rPr>
              <w:t>A) am</w:t>
            </w:r>
          </w:p>
        </w:tc>
        <w:tc>
          <w:tcPr>
            <w:tcW w:type="dxa" w:w="2493"/>
          </w:tcPr>
          <w:p>
            <w:pPr>
              <w:spacing w:after="0"/>
            </w:pPr>
            <w:r>
              <w:rPr>
                <w:sz w:val="20"/>
              </w:rPr>
              <w:t>B) is</w:t>
            </w:r>
          </w:p>
        </w:tc>
        <w:tc>
          <w:tcPr>
            <w:tcW w:type="dxa" w:w="2493"/>
          </w:tcPr>
          <w:p>
            <w:pPr>
              <w:spacing w:after="0"/>
            </w:pPr>
            <w:r>
              <w:rPr>
                <w:sz w:val="20"/>
              </w:rPr>
              <w:t>C) are</w:t>
            </w:r>
          </w:p>
        </w:tc>
        <w:tc>
          <w:tcPr>
            <w:tcW w:type="dxa" w:w="2493"/>
          </w:tcPr>
          <w:p>
            <w:pPr>
              <w:spacing w:after="0"/>
            </w:pPr>
            <w:r>
              <w:rPr>
                <w:sz w:val="20"/>
              </w:rPr>
              <w:t>D) be</w:t>
            </w:r>
          </w:p>
        </w:tc>
      </w:tr>
    </w:tbl>
    <w:p>
      <w:pPr>
        <w:spacing w:after="20"/>
      </w:pPr>
    </w:p>
    <w:p>
      <w:pPr>
        <w:spacing w:after="60"/>
      </w:pPr>
      <w:r>
        <w:rPr>
          <w:b/>
        </w:rPr>
        <w:t xml:space="preserve">50. </w:t>
      </w:r>
      <w:r>
        <w:t>Look at Murat. Can you see ___ ?</w:t>
      </w:r>
    </w:p>
    <w:tbl>
      <w:tblPr>
        <w:tblW w:type="auto" w:w="0"/>
        <w:tblLayout w:type="autofit"/>
        <w:tblLook w:firstColumn="1" w:firstRow="1" w:lastColumn="0" w:lastRow="0" w:noHBand="0" w:noVBand="1" w:val="04A0"/>
      </w:tblPr>
      <w:tblGrid>
        <w:gridCol w:w="2493"/>
        <w:gridCol w:w="2493"/>
        <w:gridCol w:w="2493"/>
        <w:gridCol w:w="2493"/>
      </w:tblGrid>
      <w:tr>
        <w:tc>
          <w:tcPr>
            <w:tcW w:type="dxa" w:w="2493"/>
          </w:tcPr>
          <w:p>
            <w:pPr>
              <w:spacing w:after="0"/>
            </w:pPr>
            <w:r>
              <w:rPr>
                <w:sz w:val="20"/>
              </w:rPr>
              <w:t>A) he</w:t>
            </w:r>
          </w:p>
        </w:tc>
        <w:tc>
          <w:tcPr>
            <w:tcW w:type="dxa" w:w="2493"/>
          </w:tcPr>
          <w:p>
            <w:pPr>
              <w:spacing w:after="0"/>
            </w:pPr>
            <w:r>
              <w:rPr>
                <w:sz w:val="20"/>
              </w:rPr>
              <w:t>B) his</w:t>
            </w:r>
          </w:p>
        </w:tc>
        <w:tc>
          <w:tcPr>
            <w:tcW w:type="dxa" w:w="2493"/>
          </w:tcPr>
          <w:p>
            <w:pPr>
              <w:spacing w:after="0"/>
            </w:pPr>
            <w:r>
              <w:rPr>
                <w:sz w:val="20"/>
              </w:rPr>
              <w:t>C) him</w:t>
            </w:r>
          </w:p>
        </w:tc>
        <w:tc>
          <w:tcPr>
            <w:tcW w:type="dxa" w:w="2493"/>
          </w:tcPr>
          <w:p>
            <w:pPr>
              <w:spacing w:after="0"/>
            </w:pPr>
            <w:r>
              <w:rPr>
                <w:sz w:val="20"/>
              </w:rPr>
              <w:t>D) he's</w:t>
            </w:r>
          </w:p>
        </w:tc>
      </w:tr>
    </w:tbl>
    <w:p>
      <w:pPr>
        <w:spacing w:after="20"/>
      </w:pPr>
    </w:p>
    <w:p>
      <w:pPr>
        <w:spacing w:after="60"/>
      </w:pPr>
      <w:r>
        <w:rPr>
          <w:b/>
        </w:rPr>
        <w:t xml:space="preserve">51. </w:t>
      </w:r>
      <w:r>
        <w:t>My mother is in the kitchen. ___ is cooking.</w:t>
      </w:r>
    </w:p>
    <w:tbl>
      <w:tblPr>
        <w:tblW w:type="auto" w:w="0"/>
        <w:tblLayout w:type="autofit"/>
        <w:tblLook w:firstColumn="1" w:firstRow="1" w:lastColumn="0" w:lastRow="0" w:noHBand="0" w:noVBand="1" w:val="04A0"/>
      </w:tblPr>
      <w:tblGrid>
        <w:gridCol w:w="2493"/>
        <w:gridCol w:w="2493"/>
        <w:gridCol w:w="2493"/>
        <w:gridCol w:w="2493"/>
      </w:tblGrid>
      <w:tr>
        <w:tc>
          <w:tcPr>
            <w:tcW w:type="dxa" w:w="2493"/>
          </w:tcPr>
          <w:p>
            <w:pPr>
              <w:spacing w:after="0"/>
            </w:pPr>
            <w:r>
              <w:rPr>
                <w:sz w:val="20"/>
              </w:rPr>
              <w:t>A) She</w:t>
            </w:r>
          </w:p>
        </w:tc>
        <w:tc>
          <w:tcPr>
            <w:tcW w:type="dxa" w:w="2493"/>
          </w:tcPr>
          <w:p>
            <w:pPr>
              <w:spacing w:after="0"/>
            </w:pPr>
            <w:r>
              <w:rPr>
                <w:sz w:val="20"/>
              </w:rPr>
              <w:t>B) Her</w:t>
            </w:r>
          </w:p>
        </w:tc>
        <w:tc>
          <w:tcPr>
            <w:tcW w:type="dxa" w:w="2493"/>
          </w:tcPr>
          <w:p>
            <w:pPr>
              <w:spacing w:after="0"/>
            </w:pPr>
            <w:r>
              <w:rPr>
                <w:sz w:val="20"/>
              </w:rPr>
              <w:t>C) Hers</w:t>
            </w:r>
          </w:p>
        </w:tc>
        <w:tc>
          <w:tcPr>
            <w:tcW w:type="dxa" w:w="2493"/>
          </w:tcPr>
          <w:p>
            <w:pPr>
              <w:spacing w:after="0"/>
            </w:pPr>
            <w:r>
              <w:rPr>
                <w:sz w:val="20"/>
              </w:rPr>
              <w:t>D) She's</w:t>
            </w:r>
          </w:p>
        </w:tc>
      </w:tr>
    </w:tbl>
    <w:p>
      <w:pPr>
        <w:spacing w:after="20"/>
      </w:pPr>
    </w:p>
    <w:p>
      <w:pPr>
        <w:spacing w:after="60"/>
      </w:pPr>
      <w:r>
        <w:rPr>
          <w:b/>
        </w:rPr>
        <w:t xml:space="preserve">52. </w:t>
      </w:r>
      <w:r>
        <w:t>I like my teacher. ___ is very kind.</w:t>
      </w:r>
    </w:p>
    <w:tbl>
      <w:tblPr>
        <w:tblW w:type="auto" w:w="0"/>
        <w:tblLayout w:type="autofit"/>
        <w:tblLook w:firstColumn="1" w:firstRow="1" w:lastColumn="0" w:lastRow="0" w:noHBand="0" w:noVBand="1" w:val="04A0"/>
      </w:tblPr>
      <w:tblGrid>
        <w:gridCol w:w="2493"/>
        <w:gridCol w:w="2493"/>
        <w:gridCol w:w="2493"/>
        <w:gridCol w:w="2493"/>
      </w:tblGrid>
      <w:tr>
        <w:tc>
          <w:tcPr>
            <w:tcW w:type="dxa" w:w="2493"/>
          </w:tcPr>
          <w:p>
            <w:pPr>
              <w:spacing w:after="0"/>
            </w:pPr>
            <w:r>
              <w:rPr>
                <w:sz w:val="20"/>
              </w:rPr>
              <w:t>A) Him</w:t>
            </w:r>
          </w:p>
        </w:tc>
        <w:tc>
          <w:tcPr>
            <w:tcW w:type="dxa" w:w="2493"/>
          </w:tcPr>
          <w:p>
            <w:pPr>
              <w:spacing w:after="0"/>
            </w:pPr>
            <w:r>
              <w:rPr>
                <w:sz w:val="20"/>
              </w:rPr>
              <w:t>B) His</w:t>
            </w:r>
          </w:p>
        </w:tc>
        <w:tc>
          <w:tcPr>
            <w:tcW w:type="dxa" w:w="2493"/>
          </w:tcPr>
          <w:p>
            <w:pPr>
              <w:spacing w:after="0"/>
            </w:pPr>
            <w:r>
              <w:rPr>
                <w:sz w:val="20"/>
              </w:rPr>
              <w:t>C) He</w:t>
            </w:r>
          </w:p>
        </w:tc>
        <w:tc>
          <w:tcPr>
            <w:tcW w:type="dxa" w:w="2493"/>
          </w:tcPr>
          <w:p>
            <w:pPr>
              <w:spacing w:after="0"/>
            </w:pPr>
            <w:r>
              <w:rPr>
                <w:sz w:val="20"/>
              </w:rPr>
              <w:t>D) He's</w:t>
            </w:r>
          </w:p>
        </w:tc>
      </w:tr>
    </w:tbl>
    <w:p>
      <w:pPr>
        <w:spacing w:after="20"/>
      </w:pPr>
    </w:p>
    <w:p>
      <w:pPr>
        <w:spacing w:after="60"/>
      </w:pPr>
      <w:r>
        <w:rPr>
          <w:b/>
        </w:rPr>
        <w:t xml:space="preserve">53. </w:t>
      </w:r>
      <w:r>
        <w:t>This is my friend Ali. I play football with ___ .</w:t>
      </w:r>
    </w:p>
    <w:tbl>
      <w:tblPr>
        <w:tblW w:type="auto" w:w="0"/>
        <w:tblLayout w:type="autofit"/>
        <w:tblLook w:firstColumn="1" w:firstRow="1" w:lastColumn="0" w:lastRow="0" w:noHBand="0" w:noVBand="1" w:val="04A0"/>
      </w:tblPr>
      <w:tblGrid>
        <w:gridCol w:w="2493"/>
        <w:gridCol w:w="2493"/>
        <w:gridCol w:w="2493"/>
        <w:gridCol w:w="2493"/>
      </w:tblGrid>
      <w:tr>
        <w:tc>
          <w:tcPr>
            <w:tcW w:type="dxa" w:w="2493"/>
          </w:tcPr>
          <w:p>
            <w:pPr>
              <w:spacing w:after="0"/>
            </w:pPr>
            <w:r>
              <w:rPr>
                <w:sz w:val="20"/>
              </w:rPr>
              <w:t>A) he</w:t>
            </w:r>
          </w:p>
        </w:tc>
        <w:tc>
          <w:tcPr>
            <w:tcW w:type="dxa" w:w="2493"/>
          </w:tcPr>
          <w:p>
            <w:pPr>
              <w:spacing w:after="0"/>
            </w:pPr>
            <w:r>
              <w:rPr>
                <w:sz w:val="20"/>
              </w:rPr>
              <w:t>B) his</w:t>
            </w:r>
          </w:p>
        </w:tc>
        <w:tc>
          <w:tcPr>
            <w:tcW w:type="dxa" w:w="2493"/>
          </w:tcPr>
          <w:p>
            <w:pPr>
              <w:spacing w:after="0"/>
            </w:pPr>
            <w:r>
              <w:rPr>
                <w:sz w:val="20"/>
              </w:rPr>
              <w:t>C) he's</w:t>
            </w:r>
          </w:p>
        </w:tc>
        <w:tc>
          <w:tcPr>
            <w:tcW w:type="dxa" w:w="2493"/>
          </w:tcPr>
          <w:p>
            <w:pPr>
              <w:spacing w:after="0"/>
            </w:pPr>
            <w:r>
              <w:rPr>
                <w:sz w:val="20"/>
              </w:rPr>
              <w:t>D) him</w:t>
            </w:r>
          </w:p>
        </w:tc>
      </w:tr>
    </w:tbl>
    <w:p>
      <w:pPr>
        <w:spacing w:after="20"/>
      </w:pPr>
    </w:p>
    <w:p>
      <w:pPr>
        <w:spacing w:after="60"/>
      </w:pPr>
      <w:r>
        <w:rPr>
          <w:b/>
        </w:rPr>
        <w:t xml:space="preserve">54. </w:t>
      </w:r>
      <w:r>
        <w:t>My father has a new car. ___ is blue.</w:t>
      </w:r>
    </w:p>
    <w:tbl>
      <w:tblPr>
        <w:tblW w:type="auto" w:w="0"/>
        <w:tblLayout w:type="autofit"/>
        <w:tblLook w:firstColumn="1" w:firstRow="1" w:lastColumn="0" w:lastRow="0" w:noHBand="0" w:noVBand="1" w:val="04A0"/>
      </w:tblPr>
      <w:tblGrid>
        <w:gridCol w:w="2493"/>
        <w:gridCol w:w="2493"/>
        <w:gridCol w:w="2493"/>
        <w:gridCol w:w="2493"/>
      </w:tblGrid>
      <w:tr>
        <w:tc>
          <w:tcPr>
            <w:tcW w:type="dxa" w:w="2493"/>
          </w:tcPr>
          <w:p>
            <w:pPr>
              <w:spacing w:after="0"/>
            </w:pPr>
            <w:r>
              <w:rPr>
                <w:sz w:val="20"/>
              </w:rPr>
              <w:t>A) Its</w:t>
            </w:r>
          </w:p>
        </w:tc>
        <w:tc>
          <w:tcPr>
            <w:tcW w:type="dxa" w:w="2493"/>
          </w:tcPr>
          <w:p>
            <w:pPr>
              <w:spacing w:after="0"/>
            </w:pPr>
            <w:r>
              <w:rPr>
                <w:sz w:val="20"/>
              </w:rPr>
              <w:t>B) Him</w:t>
            </w:r>
          </w:p>
        </w:tc>
        <w:tc>
          <w:tcPr>
            <w:tcW w:type="dxa" w:w="2493"/>
          </w:tcPr>
          <w:p>
            <w:pPr>
              <w:spacing w:after="0"/>
            </w:pPr>
            <w:r>
              <w:rPr>
                <w:sz w:val="20"/>
              </w:rPr>
              <w:t>C) It</w:t>
            </w:r>
          </w:p>
        </w:tc>
        <w:tc>
          <w:tcPr>
            <w:tcW w:type="dxa" w:w="2493"/>
          </w:tcPr>
          <w:p>
            <w:pPr>
              <w:spacing w:after="0"/>
            </w:pPr>
            <w:r>
              <w:rPr>
                <w:sz w:val="20"/>
              </w:rPr>
              <w:t>D) They</w:t>
            </w:r>
          </w:p>
        </w:tc>
      </w:tr>
    </w:tbl>
    <w:p>
      <w:pPr>
        <w:spacing w:after="20"/>
      </w:pPr>
    </w:p>
    <w:p>
      <w:pPr>
        <w:spacing w:after="60"/>
      </w:pPr>
      <w:r>
        <w:rPr>
          <w:b/>
        </w:rPr>
        <w:t xml:space="preserve">55. </w:t>
      </w:r>
      <w:r>
        <w:t>We are at home. Please come and see ___ .</w:t>
      </w:r>
    </w:p>
    <w:tbl>
      <w:tblPr>
        <w:tblW w:type="auto" w:w="0"/>
        <w:tblLayout w:type="autofit"/>
        <w:tblLook w:firstColumn="1" w:firstRow="1" w:lastColumn="0" w:lastRow="0" w:noHBand="0" w:noVBand="1" w:val="04A0"/>
      </w:tblPr>
      <w:tblGrid>
        <w:gridCol w:w="2493"/>
        <w:gridCol w:w="2493"/>
        <w:gridCol w:w="2493"/>
        <w:gridCol w:w="2493"/>
      </w:tblGrid>
      <w:tr>
        <w:tc>
          <w:tcPr>
            <w:tcW w:type="dxa" w:w="2493"/>
          </w:tcPr>
          <w:p>
            <w:pPr>
              <w:spacing w:after="0"/>
            </w:pPr>
            <w:r>
              <w:rPr>
                <w:sz w:val="20"/>
              </w:rPr>
              <w:t>A) us</w:t>
            </w:r>
          </w:p>
        </w:tc>
        <w:tc>
          <w:tcPr>
            <w:tcW w:type="dxa" w:w="2493"/>
          </w:tcPr>
          <w:p>
            <w:pPr>
              <w:spacing w:after="0"/>
            </w:pPr>
            <w:r>
              <w:rPr>
                <w:sz w:val="20"/>
              </w:rPr>
              <w:t>B) we</w:t>
            </w:r>
          </w:p>
        </w:tc>
        <w:tc>
          <w:tcPr>
            <w:tcW w:type="dxa" w:w="2493"/>
          </w:tcPr>
          <w:p>
            <w:pPr>
              <w:spacing w:after="0"/>
            </w:pPr>
            <w:r>
              <w:rPr>
                <w:sz w:val="20"/>
              </w:rPr>
              <w:t>C) our</w:t>
            </w:r>
          </w:p>
        </w:tc>
        <w:tc>
          <w:tcPr>
            <w:tcW w:type="dxa" w:w="2493"/>
          </w:tcPr>
          <w:p>
            <w:pPr>
              <w:spacing w:after="0"/>
            </w:pPr>
            <w:r>
              <w:rPr>
                <w:sz w:val="20"/>
              </w:rPr>
              <w:t>D) ours</w:t>
            </w:r>
          </w:p>
        </w:tc>
      </w:tr>
    </w:tbl>
    <w:p>
      <w:pPr>
        <w:spacing w:after="20"/>
      </w:pPr>
    </w:p>
    <w:p>
      <w:pPr>
        <w:spacing w:after="60"/>
      </w:pPr>
      <w:r>
        <w:rPr>
          <w:b/>
        </w:rPr>
        <w:t xml:space="preserve">56. </w:t>
      </w:r>
      <w:r>
        <w:t>Ayşe is my cousin. I sit next to ___ in class.</w:t>
      </w:r>
    </w:p>
    <w:tbl>
      <w:tblPr>
        <w:tblW w:type="auto" w:w="0"/>
        <w:tblLayout w:type="autofit"/>
        <w:tblLook w:firstColumn="1" w:firstRow="1" w:lastColumn="0" w:lastRow="0" w:noHBand="0" w:noVBand="1" w:val="04A0"/>
      </w:tblPr>
      <w:tblGrid>
        <w:gridCol w:w="2493"/>
        <w:gridCol w:w="2493"/>
        <w:gridCol w:w="2493"/>
        <w:gridCol w:w="2493"/>
      </w:tblGrid>
      <w:tr>
        <w:tc>
          <w:tcPr>
            <w:tcW w:type="dxa" w:w="2493"/>
          </w:tcPr>
          <w:p>
            <w:pPr>
              <w:spacing w:after="0"/>
            </w:pPr>
            <w:r>
              <w:rPr>
                <w:sz w:val="20"/>
              </w:rPr>
              <w:t>A) she</w:t>
            </w:r>
          </w:p>
        </w:tc>
        <w:tc>
          <w:tcPr>
            <w:tcW w:type="dxa" w:w="2493"/>
          </w:tcPr>
          <w:p>
            <w:pPr>
              <w:spacing w:after="0"/>
            </w:pPr>
            <w:r>
              <w:rPr>
                <w:sz w:val="20"/>
              </w:rPr>
              <w:t>B) hers</w:t>
            </w:r>
          </w:p>
        </w:tc>
        <w:tc>
          <w:tcPr>
            <w:tcW w:type="dxa" w:w="2493"/>
          </w:tcPr>
          <w:p>
            <w:pPr>
              <w:spacing w:after="0"/>
            </w:pPr>
            <w:r>
              <w:rPr>
                <w:sz w:val="20"/>
              </w:rPr>
              <w:t>C) she's</w:t>
            </w:r>
          </w:p>
        </w:tc>
        <w:tc>
          <w:tcPr>
            <w:tcW w:type="dxa" w:w="2493"/>
          </w:tcPr>
          <w:p>
            <w:pPr>
              <w:spacing w:after="0"/>
            </w:pPr>
            <w:r>
              <w:rPr>
                <w:sz w:val="20"/>
              </w:rPr>
              <w:t>D) her</w:t>
            </w:r>
          </w:p>
        </w:tc>
      </w:tr>
    </w:tbl>
    <w:p>
      <w:pPr>
        <w:spacing w:after="20"/>
      </w:pPr>
    </w:p>
    <w:p>
      <w:pPr>
        <w:spacing w:after="60"/>
      </w:pPr>
      <w:r>
        <w:rPr>
          <w:b/>
        </w:rPr>
        <w:t xml:space="preserve">57. </w:t>
      </w:r>
      <w:r>
        <w:t>My shoes are old. I want to change ___ .</w:t>
      </w:r>
    </w:p>
    <w:tbl>
      <w:tblPr>
        <w:tblW w:type="auto" w:w="0"/>
        <w:tblLayout w:type="autofit"/>
        <w:tblLook w:firstColumn="1" w:firstRow="1" w:lastColumn="0" w:lastRow="0" w:noHBand="0" w:noVBand="1" w:val="04A0"/>
      </w:tblPr>
      <w:tblGrid>
        <w:gridCol w:w="2493"/>
        <w:gridCol w:w="2493"/>
        <w:gridCol w:w="2493"/>
        <w:gridCol w:w="2493"/>
      </w:tblGrid>
      <w:tr>
        <w:tc>
          <w:tcPr>
            <w:tcW w:type="dxa" w:w="2493"/>
          </w:tcPr>
          <w:p>
            <w:pPr>
              <w:spacing w:after="0"/>
            </w:pPr>
            <w:r>
              <w:rPr>
                <w:sz w:val="20"/>
              </w:rPr>
              <w:t>A) they</w:t>
            </w:r>
          </w:p>
        </w:tc>
        <w:tc>
          <w:tcPr>
            <w:tcW w:type="dxa" w:w="2493"/>
          </w:tcPr>
          <w:p>
            <w:pPr>
              <w:spacing w:after="0"/>
            </w:pPr>
            <w:r>
              <w:rPr>
                <w:sz w:val="20"/>
              </w:rPr>
              <w:t>B) their</w:t>
            </w:r>
          </w:p>
        </w:tc>
        <w:tc>
          <w:tcPr>
            <w:tcW w:type="dxa" w:w="2493"/>
          </w:tcPr>
          <w:p>
            <w:pPr>
              <w:spacing w:after="0"/>
            </w:pPr>
            <w:r>
              <w:rPr>
                <w:sz w:val="20"/>
              </w:rPr>
              <w:t>C) them</w:t>
            </w:r>
          </w:p>
        </w:tc>
        <w:tc>
          <w:tcPr>
            <w:tcW w:type="dxa" w:w="2493"/>
          </w:tcPr>
          <w:p>
            <w:pPr>
              <w:spacing w:after="0"/>
            </w:pPr>
            <w:r>
              <w:rPr>
                <w:sz w:val="20"/>
              </w:rPr>
              <w:t>D) theirs</w:t>
            </w:r>
          </w:p>
        </w:tc>
      </w:tr>
    </w:tbl>
    <w:p>
      <w:pPr>
        <w:spacing w:after="20"/>
      </w:pPr>
    </w:p>
    <w:p>
      <w:pPr>
        <w:spacing w:after="60"/>
      </w:pPr>
      <w:r>
        <w:rPr>
          <w:b/>
        </w:rPr>
        <w:t xml:space="preserve">58. </w:t>
      </w:r>
      <w:r>
        <w:t>Tom and I are friends. ___ play together every day.</w:t>
      </w:r>
    </w:p>
    <w:tbl>
      <w:tblPr>
        <w:tblW w:type="auto" w:w="0"/>
        <w:tblLayout w:type="autofit"/>
        <w:tblLook w:firstColumn="1" w:firstRow="1" w:lastColumn="0" w:lastRow="0" w:noHBand="0" w:noVBand="1" w:val="04A0"/>
      </w:tblPr>
      <w:tblGrid>
        <w:gridCol w:w="2493"/>
        <w:gridCol w:w="2493"/>
        <w:gridCol w:w="2493"/>
        <w:gridCol w:w="2493"/>
      </w:tblGrid>
      <w:tr>
        <w:tc>
          <w:tcPr>
            <w:tcW w:type="dxa" w:w="2493"/>
          </w:tcPr>
          <w:p>
            <w:pPr>
              <w:spacing w:after="0"/>
            </w:pPr>
            <w:r>
              <w:rPr>
                <w:sz w:val="20"/>
              </w:rPr>
              <w:t>A) Us</w:t>
            </w:r>
          </w:p>
        </w:tc>
        <w:tc>
          <w:tcPr>
            <w:tcW w:type="dxa" w:w="2493"/>
          </w:tcPr>
          <w:p>
            <w:pPr>
              <w:spacing w:after="0"/>
            </w:pPr>
            <w:r>
              <w:rPr>
                <w:sz w:val="20"/>
              </w:rPr>
              <w:t>B) We</w:t>
            </w:r>
          </w:p>
        </w:tc>
        <w:tc>
          <w:tcPr>
            <w:tcW w:type="dxa" w:w="2493"/>
          </w:tcPr>
          <w:p>
            <w:pPr>
              <w:spacing w:after="0"/>
            </w:pPr>
            <w:r>
              <w:rPr>
                <w:sz w:val="20"/>
              </w:rPr>
              <w:t>C) Our</w:t>
            </w:r>
          </w:p>
        </w:tc>
        <w:tc>
          <w:tcPr>
            <w:tcW w:type="dxa" w:w="2493"/>
          </w:tcPr>
          <w:p>
            <w:pPr>
              <w:spacing w:after="0"/>
            </w:pPr>
            <w:r>
              <w:rPr>
                <w:sz w:val="20"/>
              </w:rPr>
              <w:t>D) Ours</w:t>
            </w:r>
          </w:p>
        </w:tc>
      </w:tr>
    </w:tbl>
    <w:p>
      <w:pPr>
        <w:spacing w:after="20"/>
      </w:pPr>
    </w:p>
    <w:p>
      <w:pPr>
        <w:spacing w:after="60"/>
      </w:pPr>
      <w:r>
        <w:rPr>
          <w:b/>
        </w:rPr>
        <w:t xml:space="preserve">59. </w:t>
      </w:r>
      <w:r>
        <w:t>This is a good book. ___ is very interesting.</w:t>
      </w:r>
    </w:p>
    <w:tbl>
      <w:tblPr>
        <w:tblW w:type="auto" w:w="0"/>
        <w:tblLayout w:type="autofit"/>
        <w:tblLook w:firstColumn="1" w:firstRow="1" w:lastColumn="0" w:lastRow="0" w:noHBand="0" w:noVBand="1" w:val="04A0"/>
      </w:tblPr>
      <w:tblGrid>
        <w:gridCol w:w="2493"/>
        <w:gridCol w:w="2493"/>
        <w:gridCol w:w="2493"/>
        <w:gridCol w:w="2493"/>
      </w:tblGrid>
      <w:tr>
        <w:tc>
          <w:tcPr>
            <w:tcW w:type="dxa" w:w="2493"/>
          </w:tcPr>
          <w:p>
            <w:pPr>
              <w:spacing w:after="0"/>
            </w:pPr>
            <w:r>
              <w:rPr>
                <w:sz w:val="20"/>
              </w:rPr>
              <w:t>A) It</w:t>
            </w:r>
          </w:p>
        </w:tc>
        <w:tc>
          <w:tcPr>
            <w:tcW w:type="dxa" w:w="2493"/>
          </w:tcPr>
          <w:p>
            <w:pPr>
              <w:spacing w:after="0"/>
            </w:pPr>
            <w:r>
              <w:rPr>
                <w:sz w:val="20"/>
              </w:rPr>
              <w:t>B) Its</w:t>
            </w:r>
          </w:p>
        </w:tc>
        <w:tc>
          <w:tcPr>
            <w:tcW w:type="dxa" w:w="2493"/>
          </w:tcPr>
          <w:p>
            <w:pPr>
              <w:spacing w:after="0"/>
            </w:pPr>
            <w:r>
              <w:rPr>
                <w:sz w:val="20"/>
              </w:rPr>
              <w:t>C) Him</w:t>
            </w:r>
          </w:p>
        </w:tc>
        <w:tc>
          <w:tcPr>
            <w:tcW w:type="dxa" w:w="2493"/>
          </w:tcPr>
          <w:p>
            <w:pPr>
              <w:spacing w:after="0"/>
            </w:pPr>
            <w:r>
              <w:rPr>
                <w:sz w:val="20"/>
              </w:rPr>
              <w:t>D) Them</w:t>
            </w:r>
          </w:p>
        </w:tc>
      </w:tr>
    </w:tbl>
    <w:p>
      <w:pPr>
        <w:spacing w:after="20"/>
      </w:pPr>
    </w:p>
    <w:p>
      <w:pPr>
        <w:spacing w:after="60"/>
      </w:pPr>
      <w:r>
        <w:rPr>
          <w:b/>
        </w:rPr>
        <w:t xml:space="preserve">60. </w:t>
      </w:r>
      <w:r>
        <w:t>Can you help ___ , please?</w:t>
      </w:r>
    </w:p>
    <w:tbl>
      <w:tblPr>
        <w:tblW w:type="auto" w:w="0"/>
        <w:tblLayout w:type="autofit"/>
        <w:tblLook w:firstColumn="1" w:firstRow="1" w:lastColumn="0" w:lastRow="0" w:noHBand="0" w:noVBand="1" w:val="04A0"/>
      </w:tblPr>
      <w:tblGrid>
        <w:gridCol w:w="2493"/>
        <w:gridCol w:w="2493"/>
        <w:gridCol w:w="2493"/>
        <w:gridCol w:w="2493"/>
      </w:tblGrid>
      <w:tr>
        <w:tc>
          <w:tcPr>
            <w:tcW w:type="dxa" w:w="2493"/>
          </w:tcPr>
          <w:p>
            <w:pPr>
              <w:spacing w:after="0"/>
            </w:pPr>
            <w:r>
              <w:rPr>
                <w:sz w:val="20"/>
              </w:rPr>
              <w:t>A) me</w:t>
            </w:r>
          </w:p>
        </w:tc>
        <w:tc>
          <w:tcPr>
            <w:tcW w:type="dxa" w:w="2493"/>
          </w:tcPr>
          <w:p>
            <w:pPr>
              <w:spacing w:after="0"/>
            </w:pPr>
            <w:r>
              <w:rPr>
                <w:sz w:val="20"/>
              </w:rPr>
              <w:t>B) I</w:t>
            </w:r>
          </w:p>
        </w:tc>
        <w:tc>
          <w:tcPr>
            <w:tcW w:type="dxa" w:w="2493"/>
          </w:tcPr>
          <w:p>
            <w:pPr>
              <w:spacing w:after="0"/>
            </w:pPr>
            <w:r>
              <w:rPr>
                <w:sz w:val="20"/>
              </w:rPr>
              <w:t>C) my</w:t>
            </w:r>
          </w:p>
        </w:tc>
        <w:tc>
          <w:tcPr>
            <w:tcW w:type="dxa" w:w="2493"/>
          </w:tcPr>
          <w:p>
            <w:pPr>
              <w:spacing w:after="0"/>
            </w:pPr>
            <w:r>
              <w:rPr>
                <w:sz w:val="20"/>
              </w:rPr>
              <w:t>D) mine</w:t>
            </w:r>
          </w:p>
        </w:tc>
      </w:tr>
    </w:tbl>
    <w:p>
      <w:pPr>
        <w:spacing w:after="20"/>
      </w:pPr>
    </w:p>
    <w:p>
      <w:pPr>
        <w:spacing w:after="60"/>
      </w:pPr>
      <w:r>
        <w:rPr>
          <w:b/>
        </w:rPr>
        <w:t xml:space="preserve">61. </w:t>
      </w:r>
      <w:r>
        <w:t>My grandparents are old. I visit ___ every weekend.</w:t>
      </w:r>
    </w:p>
    <w:tbl>
      <w:tblPr>
        <w:tblW w:type="auto" w:w="0"/>
        <w:tblLayout w:type="autofit"/>
        <w:tblLook w:firstColumn="1" w:firstRow="1" w:lastColumn="0" w:lastRow="0" w:noHBand="0" w:noVBand="1" w:val="04A0"/>
      </w:tblPr>
      <w:tblGrid>
        <w:gridCol w:w="2493"/>
        <w:gridCol w:w="2493"/>
        <w:gridCol w:w="2493"/>
        <w:gridCol w:w="2493"/>
      </w:tblGrid>
      <w:tr>
        <w:tc>
          <w:tcPr>
            <w:tcW w:type="dxa" w:w="2493"/>
          </w:tcPr>
          <w:p>
            <w:pPr>
              <w:spacing w:after="0"/>
            </w:pPr>
            <w:r>
              <w:rPr>
                <w:sz w:val="20"/>
              </w:rPr>
              <w:t>A) they</w:t>
            </w:r>
          </w:p>
        </w:tc>
        <w:tc>
          <w:tcPr>
            <w:tcW w:type="dxa" w:w="2493"/>
          </w:tcPr>
          <w:p>
            <w:pPr>
              <w:spacing w:after="0"/>
            </w:pPr>
            <w:r>
              <w:rPr>
                <w:sz w:val="20"/>
              </w:rPr>
              <w:t>B) their</w:t>
            </w:r>
          </w:p>
        </w:tc>
        <w:tc>
          <w:tcPr>
            <w:tcW w:type="dxa" w:w="2493"/>
          </w:tcPr>
          <w:p>
            <w:pPr>
              <w:spacing w:after="0"/>
            </w:pPr>
            <w:r>
              <w:rPr>
                <w:sz w:val="20"/>
              </w:rPr>
              <w:t>C) them</w:t>
            </w:r>
          </w:p>
        </w:tc>
        <w:tc>
          <w:tcPr>
            <w:tcW w:type="dxa" w:w="2493"/>
          </w:tcPr>
          <w:p>
            <w:pPr>
              <w:spacing w:after="0"/>
            </w:pPr>
            <w:r>
              <w:rPr>
                <w:sz w:val="20"/>
              </w:rPr>
              <w:t>D) theirs</w:t>
            </w:r>
          </w:p>
        </w:tc>
      </w:tr>
    </w:tbl>
    <w:p>
      <w:pPr>
        <w:spacing w:after="20"/>
      </w:pPr>
    </w:p>
    <w:p>
      <w:pPr>
        <w:spacing w:after="60"/>
      </w:pPr>
      <w:r>
        <w:rPr>
          <w:b/>
        </w:rPr>
        <w:t xml:space="preserve">62. </w:t>
      </w:r>
      <w:r>
        <w:t>Selin and Deniz are students. ___ study at my school.</w:t>
      </w:r>
    </w:p>
    <w:tbl>
      <w:tblPr>
        <w:tblW w:type="auto" w:w="0"/>
        <w:tblLayout w:type="autofit"/>
        <w:tblLook w:firstColumn="1" w:firstRow="1" w:lastColumn="0" w:lastRow="0" w:noHBand="0" w:noVBand="1" w:val="04A0"/>
      </w:tblPr>
      <w:tblGrid>
        <w:gridCol w:w="2493"/>
        <w:gridCol w:w="2493"/>
        <w:gridCol w:w="2493"/>
        <w:gridCol w:w="2493"/>
      </w:tblGrid>
      <w:tr>
        <w:tc>
          <w:tcPr>
            <w:tcW w:type="dxa" w:w="2493"/>
          </w:tcPr>
          <w:p>
            <w:pPr>
              <w:spacing w:after="0"/>
            </w:pPr>
            <w:r>
              <w:rPr>
                <w:sz w:val="20"/>
              </w:rPr>
              <w:t>A) Them</w:t>
            </w:r>
          </w:p>
        </w:tc>
        <w:tc>
          <w:tcPr>
            <w:tcW w:type="dxa" w:w="2493"/>
          </w:tcPr>
          <w:p>
            <w:pPr>
              <w:spacing w:after="0"/>
            </w:pPr>
            <w:r>
              <w:rPr>
                <w:sz w:val="20"/>
              </w:rPr>
              <w:t>B) Their</w:t>
            </w:r>
          </w:p>
        </w:tc>
        <w:tc>
          <w:tcPr>
            <w:tcW w:type="dxa" w:w="2493"/>
          </w:tcPr>
          <w:p>
            <w:pPr>
              <w:spacing w:after="0"/>
            </w:pPr>
            <w:r>
              <w:rPr>
                <w:sz w:val="20"/>
              </w:rPr>
              <w:t>C) Theirs</w:t>
            </w:r>
          </w:p>
        </w:tc>
        <w:tc>
          <w:tcPr>
            <w:tcW w:type="dxa" w:w="2493"/>
          </w:tcPr>
          <w:p>
            <w:pPr>
              <w:spacing w:after="0"/>
            </w:pPr>
            <w:r>
              <w:rPr>
                <w:sz w:val="20"/>
              </w:rPr>
              <w:t>D) They</w:t>
            </w:r>
          </w:p>
        </w:tc>
      </w:tr>
    </w:tbl>
    <w:p>
      <w:pPr>
        <w:spacing w:after="20"/>
      </w:pPr>
    </w:p>
    <w:p>
      <w:pPr>
        <w:spacing w:after="60"/>
      </w:pPr>
      <w:r>
        <w:rPr>
          <w:b/>
        </w:rPr>
        <w:t xml:space="preserve">63. </w:t>
      </w:r>
      <w:r>
        <w:t>My brother and I ___ at school now.</w:t>
      </w:r>
    </w:p>
    <w:tbl>
      <w:tblPr>
        <w:tblW w:type="auto" w:w="0"/>
        <w:tblLayout w:type="autofit"/>
        <w:tblLook w:firstColumn="1" w:firstRow="1" w:lastColumn="0" w:lastRow="0" w:noHBand="0" w:noVBand="1" w:val="04A0"/>
      </w:tblPr>
      <w:tblGrid>
        <w:gridCol w:w="2493"/>
        <w:gridCol w:w="2493"/>
        <w:gridCol w:w="2493"/>
        <w:gridCol w:w="2493"/>
      </w:tblGrid>
      <w:tr>
        <w:tc>
          <w:tcPr>
            <w:tcW w:type="dxa" w:w="2493"/>
          </w:tcPr>
          <w:p>
            <w:pPr>
              <w:spacing w:after="0"/>
            </w:pPr>
            <w:r>
              <w:rPr>
                <w:sz w:val="20"/>
              </w:rPr>
              <w:t>A) am</w:t>
            </w:r>
          </w:p>
        </w:tc>
        <w:tc>
          <w:tcPr>
            <w:tcW w:type="dxa" w:w="2493"/>
          </w:tcPr>
          <w:p>
            <w:pPr>
              <w:spacing w:after="0"/>
            </w:pPr>
            <w:r>
              <w:rPr>
                <w:sz w:val="20"/>
              </w:rPr>
              <w:t>B) are</w:t>
            </w:r>
          </w:p>
        </w:tc>
        <w:tc>
          <w:tcPr>
            <w:tcW w:type="dxa" w:w="2493"/>
          </w:tcPr>
          <w:p>
            <w:pPr>
              <w:spacing w:after="0"/>
            </w:pPr>
            <w:r>
              <w:rPr>
                <w:sz w:val="20"/>
              </w:rPr>
              <w:t>C) is</w:t>
            </w:r>
          </w:p>
        </w:tc>
        <w:tc>
          <w:tcPr>
            <w:tcW w:type="dxa" w:w="2493"/>
          </w:tcPr>
          <w:p>
            <w:pPr>
              <w:spacing w:after="0"/>
            </w:pPr>
            <w:r>
              <w:rPr>
                <w:sz w:val="20"/>
              </w:rPr>
              <w:t>D) be</w:t>
            </w:r>
          </w:p>
        </w:tc>
      </w:tr>
    </w:tbl>
    <w:p>
      <w:pPr>
        <w:spacing w:after="20"/>
      </w:pPr>
    </w:p>
    <w:p>
      <w:pPr>
        <w:spacing w:after="60"/>
      </w:pPr>
      <w:r>
        <w:rPr>
          <w:b/>
        </w:rPr>
        <w:t xml:space="preserve">64. </w:t>
      </w:r>
      <w:r>
        <w:t>The teacher gives ___ a book every week.</w:t>
      </w:r>
    </w:p>
    <w:tbl>
      <w:tblPr>
        <w:tblW w:type="auto" w:w="0"/>
        <w:tblLayout w:type="autofit"/>
        <w:tblLook w:firstColumn="1" w:firstRow="1" w:lastColumn="0" w:lastRow="0" w:noHBand="0" w:noVBand="1" w:val="04A0"/>
      </w:tblPr>
      <w:tblGrid>
        <w:gridCol w:w="2493"/>
        <w:gridCol w:w="2493"/>
        <w:gridCol w:w="2493"/>
        <w:gridCol w:w="2493"/>
      </w:tblGrid>
      <w:tr>
        <w:tc>
          <w:tcPr>
            <w:tcW w:type="dxa" w:w="2493"/>
          </w:tcPr>
          <w:p>
            <w:pPr>
              <w:spacing w:after="0"/>
            </w:pPr>
            <w:r>
              <w:rPr>
                <w:sz w:val="20"/>
              </w:rPr>
              <w:t>A) we</w:t>
            </w:r>
          </w:p>
        </w:tc>
        <w:tc>
          <w:tcPr>
            <w:tcW w:type="dxa" w:w="2493"/>
          </w:tcPr>
          <w:p>
            <w:pPr>
              <w:spacing w:after="0"/>
            </w:pPr>
            <w:r>
              <w:rPr>
                <w:sz w:val="20"/>
              </w:rPr>
              <w:t>B) our</w:t>
            </w:r>
          </w:p>
        </w:tc>
        <w:tc>
          <w:tcPr>
            <w:tcW w:type="dxa" w:w="2493"/>
          </w:tcPr>
          <w:p>
            <w:pPr>
              <w:spacing w:after="0"/>
            </w:pPr>
            <w:r>
              <w:rPr>
                <w:sz w:val="20"/>
              </w:rPr>
              <w:t>C) ours</w:t>
            </w:r>
          </w:p>
        </w:tc>
        <w:tc>
          <w:tcPr>
            <w:tcW w:type="dxa" w:w="2493"/>
          </w:tcPr>
          <w:p>
            <w:pPr>
              <w:spacing w:after="0"/>
            </w:pPr>
            <w:r>
              <w:rPr>
                <w:sz w:val="20"/>
              </w:rPr>
              <w:t>D) us</w:t>
            </w:r>
          </w:p>
        </w:tc>
      </w:tr>
    </w:tbl>
    <w:p>
      <w:pPr>
        <w:spacing w:after="20"/>
      </w:pPr>
    </w:p>
    <w:sectPr w:rsidR="00FC693F" w:rsidRPr="0006063C" w:rsidSect="00034616">
      <w:pgSz w:w="12240" w:h="15840"/>
      <w:pgMar w:top="1020" w:right="1134" w:bottom="907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