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Cevap Anahtarı — 5. Sınıf İngilizce — Ünite 1 My Day · Birleşik Test (Daily routines · Body parts · Subject/Object pronouns)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21"/>
              </w:rPr>
              <w:t>1.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6.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7.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8.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9.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10.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11.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12.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13.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15.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18.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19.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20.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21.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22.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23.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25.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27.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28.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29.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30.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31.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32.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33.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34.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36.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37.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38.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39.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40.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41.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42.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43.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46.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47.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48.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49.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50.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51.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52.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53.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54.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56.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58.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59.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60.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61.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62.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63.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64. D</w:t>
            </w:r>
          </w:p>
        </w:tc>
        <w:tc>
          <w:tcPr>
            <w:tcW w:type="dxa" w:w="1994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Daily routines, Body parts, Present Simple (to be), Subject vs object pronouns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