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Present Simple (to be) · Birleşik Test</w:t>
      </w:r>
    </w:p>
    <w:p>
      <w:pPr>
        <w:jc w:val="center"/>
      </w:pPr>
      <w:r>
        <w:rPr>
          <w:color w:val="6E6860"/>
          <w:sz w:val="19"/>
        </w:rPr>
        <w:t>Kapsam: Present Simple (to be) · to be — negative · to be — question / short answer · WH question + to be · Subject vs object pronouns (karışık) · Contraction vs possessive (he's / his)</w:t>
      </w:r>
    </w:p>
    <w:p>
      <w:pPr>
        <w:jc w:val="center"/>
      </w:pPr>
      <w:r>
        <w:rPr>
          <w:color w:val="6E6860"/>
          <w:sz w:val="19"/>
        </w:rPr>
        <w:t>56 soru · 4 seçenekli · 5. Sınıf · Ünite 1 · Seviye: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brother and I ___ at school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Ali and Tom ___ good friends.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My sister and my mother ___ at home.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The books on the table ___ new.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The cat under the table ___ black.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My friends ___ in the classroom.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I ___ twelve years old.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You ___ a good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It ___ a big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We ___ in the classroom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My favourite subjects ___ English and Maths.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The weather ___ nice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I ___ tired today.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My father ___ at home now.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isn't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The students ___ in the library.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aren't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Sara ___ from Turkey. She is from Cyprus.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isn't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We ___ ready for the test.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 ___ a teacher. I am a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doesn't</w:t>
      </w:r>
      <w:r>
        <w:tab/>
      </w:r>
      <w:r>
        <w:rPr>
          <w:sz w:val="24"/>
        </w:rPr>
        <w:t>D) am not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Ali ___ at school today. He is ill.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My parents ___ old. They are young.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It ___ a cat. It is a dog.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aren't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doesn't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___ your brother a student?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___ they at home now?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Am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I late for the class?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___ your mother a doctor?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Is your mother a doctor? Yes, she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Are Ali and Tom brothers? No, they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aren't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Is it cold today? No, it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aren't</w:t>
      </w:r>
      <w:r>
        <w:tab/>
      </w:r>
      <w:r>
        <w:rPr>
          <w:sz w:val="24"/>
        </w:rPr>
        <w:t>B) isn't</w:t>
      </w:r>
      <w:r>
        <w:tab/>
      </w:r>
      <w:r>
        <w:rPr>
          <w:sz w:val="24"/>
        </w:rPr>
        <w:t>C) am not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Are you happy? Yes, I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Are you and Ali in the classroom now? Yes, we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Is your father at work? Yes, he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___ is your name?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What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___ old is your sister?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___ are my books?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___ is your favourite colour?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What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___ is that boy?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___ is your birthday?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What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Who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Where ___ your books?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are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How old ___ your brother?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What colour ___ your bag?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Who ___ your English teacher?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is</w:t>
      </w:r>
      <w:r>
        <w:tab/>
      </w:r>
      <w:r>
        <w:rPr>
          <w:sz w:val="24"/>
        </w:rPr>
        <w:t>C) are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Why ___ you sad today?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are</w:t>
      </w:r>
      <w:r>
        <w:tab/>
      </w:r>
      <w:r>
        <w:rPr>
          <w:sz w:val="24"/>
        </w:rPr>
        <w:t>B) am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When ___ your birthday?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be</w:t>
      </w:r>
      <w:r>
        <w:tab/>
      </w:r>
      <w:r>
        <w:rPr>
          <w:sz w:val="24"/>
        </w:rPr>
        <w:t>D) is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How ___ your parents?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am</w:t>
      </w:r>
      <w:r>
        <w:tab/>
      </w:r>
      <w:r>
        <w:rPr>
          <w:sz w:val="24"/>
        </w:rPr>
        <w:t>B) are</w:t>
      </w:r>
      <w:r>
        <w:tab/>
      </w:r>
      <w:r>
        <w:rPr>
          <w:sz w:val="24"/>
        </w:rPr>
        <w:t>C) is</w:t>
      </w:r>
      <w:r>
        <w:tab/>
      </w:r>
      <w:r>
        <w:rPr>
          <w:sz w:val="24"/>
        </w:rPr>
        <w:t>D) be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My mother is at home. ___ is in the kitchen.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Her</w:t>
      </w:r>
      <w:r>
        <w:tab/>
      </w:r>
      <w:r>
        <w:rPr>
          <w:sz w:val="24"/>
        </w:rPr>
        <w:t>B) Hers</w:t>
      </w:r>
      <w:r>
        <w:tab/>
      </w:r>
      <w:r>
        <w:rPr>
          <w:sz w:val="24"/>
        </w:rPr>
        <w:t>C) She</w:t>
      </w:r>
      <w:r>
        <w:tab/>
      </w:r>
      <w:r>
        <w:rPr>
          <w:sz w:val="24"/>
        </w:rPr>
        <w:t>D) She's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Look at Ali. Can you see ___ ?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he's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This present is for my sister. It is for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hers</w:t>
      </w:r>
      <w:r>
        <w:tab/>
      </w:r>
      <w:r>
        <w:rPr>
          <w:sz w:val="24"/>
        </w:rPr>
        <w:t>D) she's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We are at home. Please come and see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</w:t>
      </w:r>
      <w:r>
        <w:tab/>
      </w:r>
      <w:r>
        <w:rPr>
          <w:sz w:val="24"/>
        </w:rPr>
        <w:t>B) we</w:t>
      </w:r>
      <w:r>
        <w:tab/>
      </w:r>
      <w:r>
        <w:rPr>
          <w:sz w:val="24"/>
        </w:rPr>
        <w:t>C) our</w:t>
      </w:r>
      <w:r>
        <w:tab/>
      </w:r>
      <w:r>
        <w:rPr>
          <w:sz w:val="24"/>
        </w:rPr>
        <w:t>D) ours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My shoes are old. I can wash ___ 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they</w:t>
      </w:r>
      <w:r>
        <w:tab/>
      </w:r>
      <w:r>
        <w:rPr>
          <w:sz w:val="24"/>
        </w:rPr>
        <w:t>B) them</w:t>
      </w:r>
      <w:r>
        <w:tab/>
      </w:r>
      <w:r>
        <w:rPr>
          <w:sz w:val="24"/>
        </w:rPr>
        <w:t>C) their</w:t>
      </w:r>
      <w:r>
        <w:tab/>
      </w:r>
      <w:r>
        <w:rPr>
          <w:sz w:val="24"/>
        </w:rPr>
        <w:t>D) theirs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This is a good book. ___ is very interesting.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Its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It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51. </w:t>
      </w:r>
      <w:r>
        <w:rPr>
          <w:sz w:val="24"/>
        </w:rPr>
        <w:t>Tom and I are friends. ___ play football.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Us</w:t>
      </w:r>
      <w:r>
        <w:tab/>
      </w:r>
      <w:r>
        <w:rPr>
          <w:sz w:val="24"/>
        </w:rPr>
        <w:t>B) Our</w:t>
      </w:r>
      <w:r>
        <w:tab/>
      </w:r>
      <w:r>
        <w:rPr>
          <w:sz w:val="24"/>
        </w:rPr>
        <w:t>C) Ours</w:t>
      </w:r>
      <w:r>
        <w:tab/>
      </w:r>
      <w:r>
        <w:rPr>
          <w:sz w:val="24"/>
        </w:rPr>
        <w:t>D) We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52. </w:t>
      </w:r>
      <w:r>
        <w:rPr>
          <w:sz w:val="24"/>
        </w:rPr>
        <w:t>___ name is Ali.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He's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His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53. </w:t>
      </w:r>
      <w:r>
        <w:rPr>
          <w:sz w:val="24"/>
        </w:rPr>
        <w:t>___ a good student.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His</w:t>
      </w:r>
      <w:r>
        <w:tab/>
      </w:r>
      <w:r>
        <w:rPr>
          <w:sz w:val="24"/>
        </w:rPr>
        <w:t>B) Him</w:t>
      </w:r>
      <w:r>
        <w:tab/>
      </w:r>
      <w:r>
        <w:rPr>
          <w:sz w:val="24"/>
        </w:rPr>
        <w:t>C) He's</w:t>
      </w:r>
      <w:r>
        <w:tab/>
      </w:r>
      <w:r>
        <w:rPr>
          <w:sz w:val="24"/>
        </w:rPr>
        <w:t>D) 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54. </w:t>
      </w:r>
      <w:r>
        <w:rPr>
          <w:sz w:val="24"/>
        </w:rPr>
        <w:t>This is Sara. ___ my cousin.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She's</w:t>
      </w:r>
      <w:r>
        <w:tab/>
      </w:r>
      <w:r>
        <w:rPr>
          <w:sz w:val="24"/>
        </w:rPr>
        <w:t>B) Her</w:t>
      </w:r>
      <w:r>
        <w:tab/>
      </w:r>
      <w:r>
        <w:rPr>
          <w:sz w:val="24"/>
        </w:rPr>
        <w:t>C) Hers</w:t>
      </w:r>
      <w:r>
        <w:tab/>
      </w:r>
      <w:r>
        <w:rPr>
          <w:sz w:val="24"/>
        </w:rPr>
        <w:t>D) She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55. </w:t>
      </w:r>
      <w:r>
        <w:rPr>
          <w:sz w:val="24"/>
        </w:rPr>
        <w:t>___ are my friends.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Their</w:t>
      </w:r>
      <w:r>
        <w:tab/>
      </w:r>
      <w:r>
        <w:rPr>
          <w:sz w:val="24"/>
        </w:rPr>
        <w:t>B) They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They're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56. </w:t>
      </w:r>
      <w:r>
        <w:rPr>
          <w:sz w:val="24"/>
        </w:rPr>
        <w:t>___ my parents.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Their</w:t>
      </w:r>
      <w:r>
        <w:tab/>
      </w:r>
      <w:r>
        <w:rPr>
          <w:sz w:val="24"/>
        </w:rPr>
        <w:t>B) They're</w:t>
      </w:r>
      <w:r>
        <w:tab/>
      </w:r>
      <w:r>
        <w:rPr>
          <w:sz w:val="24"/>
        </w:rPr>
        <w:t>C) Them</w:t>
      </w:r>
      <w:r>
        <w:tab/>
      </w:r>
      <w:r>
        <w:rPr>
          <w:sz w:val="24"/>
        </w:rPr>
        <w:t>D) They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