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Present Simple (to be)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B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(to be), to be — negative, to be — question / short answer, WH question + to be, Subject vs object pronouns (karışık), Contraction vs possessive (he's / his)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