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jc w:val="center"/>
      </w:pPr>
      <w:r>
        <w:rPr>
          <w:b/>
          <w:sz w:val="30"/>
        </w:rPr>
        <w:t>5. Sınıf İngilizce - Ünite 1 My Day · Zor / Çok Zor / Ultra Zor Test</w:t>
      </w:r>
    </w:p>
    <w:p>
      <w:pPr>
        <w:jc w:val="center"/>
      </w:pPr>
      <w:r>
        <w:rPr>
          <w:color w:val="6E6860"/>
          <w:sz w:val="19"/>
        </w:rPr>
        <w:t>Kapsam: Present Simple tum formlar (3. tekil -s, do/does soru, olumsuz, kisa cevap, belirtec ayrimi) · Daily Routines (ogun, gunluk eylem, cikarim) · Body Parts (organ + semptom -&gt; agri adi) · Unit 1 fiilleri + verb to be (olus cümlesi, soru, kisa cevap) · before / after (tek yonlu, karsit kutup) · in / on / at (saat, gun, gun+bolum, tarih, ozel gun, ay, mevsim, the weekend, night, midnight) · Saat soyleme (o'clock, half past, quarter past / to, What time)</w:t>
      </w:r>
    </w:p>
    <w:p>
      <w:pPr>
        <w:jc w:val="center"/>
      </w:pPr>
      <w:r>
        <w:rPr>
          <w:color w:val="6E6860"/>
          <w:sz w:val="19"/>
        </w:rPr>
        <w:t>50 soru · 4 seçenekli · 5. Sınıf · Ünite 1 · Seviye: Zor + Çok Zor + Ultra Zor</w:t>
      </w:r>
    </w:p>
    <w:p>
      <w:r>
        <w:rPr>
          <w:sz w:val="21"/>
        </w:rPr>
        <w:t>Ad Soyad: .............................................        Puan: ............</w:t>
      </w:r>
    </w:p>
    <w:p>
      <w:r>
        <w:rPr>
          <w:i/>
          <w:color w:val="6E6860"/>
          <w:sz w:val="21"/>
        </w:rPr>
        <w:t>Aşağıdaki sorularda doğru seçeneği işaretleyin.</w:t>
      </w:r>
    </w:p>
    <w:p/>
    <w:p>
      <w:pPr>
        <w:keepNext/>
        <w:keepLines/>
        <w:spacing w:after="40"/>
      </w:pPr>
      <w:r>
        <w:rPr>
          <w:b/>
          <w:sz w:val="24"/>
        </w:rPr>
        <w:t xml:space="preserve">1. </w:t>
      </w:r>
      <w:r>
        <w:rPr>
          <w:sz w:val="24"/>
        </w:rPr>
        <w:t>My brother ___ to music every night, but he ___ TV in the morning.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listens / watches</w:t>
      </w:r>
      <w:r>
        <w:tab/>
      </w:r>
      <w:r>
        <w:rPr>
          <w:sz w:val="24"/>
        </w:rPr>
        <w:t>B) listen / watch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listens / watch</w:t>
      </w:r>
      <w:r>
        <w:tab/>
      </w:r>
      <w:r>
        <w:rPr>
          <w:sz w:val="24"/>
        </w:rPr>
        <w:t>D) listening / watching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2. </w:t>
      </w:r>
      <w:r>
        <w:rPr>
          <w:sz w:val="24"/>
        </w:rPr>
        <w:t>___ your father ___ at a bank?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work</w:t>
      </w:r>
      <w:r>
        <w:tab/>
      </w:r>
      <w:r>
        <w:rPr>
          <w:sz w:val="24"/>
        </w:rPr>
        <w:t>B) Does / works</w:t>
      </w:r>
      <w:r>
        <w:tab/>
      </w:r>
      <w:r>
        <w:rPr>
          <w:sz w:val="24"/>
        </w:rPr>
        <w:t>C) Does / work</w:t>
      </w:r>
      <w:r>
        <w:tab/>
      </w:r>
      <w:r>
        <w:rPr>
          <w:sz w:val="24"/>
        </w:rPr>
        <w:t>D) Is / work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3. </w:t>
      </w:r>
      <w:r>
        <w:rPr>
          <w:sz w:val="24"/>
        </w:rPr>
        <w:t>My mother ___ coffee, but my father ___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like / like</w:t>
      </w:r>
      <w:r>
        <w:tab/>
      </w:r>
      <w:r>
        <w:rPr>
          <w:sz w:val="24"/>
        </w:rPr>
        <w:t>B) don't like / likes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doesn't like / likes</w:t>
      </w:r>
      <w:r>
        <w:tab/>
      </w:r>
      <w:r>
        <w:rPr>
          <w:sz w:val="24"/>
        </w:rPr>
        <w:t>D) doesn't likes / likes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4. </w:t>
      </w:r>
      <w:r>
        <w:rPr>
          <w:sz w:val="24"/>
        </w:rPr>
        <w:t>Ali ___ his homework before dinner and he ___ to bed after dinner.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 / go</w:t>
      </w:r>
      <w:r>
        <w:tab/>
      </w:r>
      <w:r>
        <w:rPr>
          <w:sz w:val="24"/>
        </w:rPr>
        <w:t>B) does / go</w:t>
      </w:r>
      <w:r>
        <w:tab/>
      </w:r>
      <w:r>
        <w:rPr>
          <w:sz w:val="24"/>
        </w:rPr>
        <w:t>C) doing / goes</w:t>
      </w:r>
      <w:r>
        <w:tab/>
      </w:r>
      <w:r>
        <w:rPr>
          <w:sz w:val="24"/>
        </w:rPr>
        <w:t>D) does / goes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5. </w:t>
      </w:r>
      <w:r>
        <w:rPr>
          <w:sz w:val="24"/>
        </w:rPr>
        <w:t>Look! The baby ___ . She always ___ at this time.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sleeps / is sleeping</w:t>
      </w:r>
      <w:r>
        <w:tab/>
      </w:r>
      <w:r>
        <w:rPr>
          <w:sz w:val="24"/>
        </w:rPr>
        <w:t>B) is sleeping / sleeps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sleeps / sleeps</w:t>
      </w:r>
      <w:r>
        <w:tab/>
      </w:r>
      <w:r>
        <w:rPr>
          <w:sz w:val="24"/>
        </w:rPr>
        <w:t>D) is sleeping / is sleeping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6. </w:t>
      </w:r>
      <w:r>
        <w:rPr>
          <w:sz w:val="24"/>
        </w:rPr>
        <w:t>My sister ___ her teeth every night and she ___ her face every morning.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brush / wash</w:t>
      </w:r>
      <w:r>
        <w:tab/>
      </w:r>
      <w:r>
        <w:rPr>
          <w:sz w:val="24"/>
        </w:rPr>
        <w:t>B) brushes / wash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brushing / washing</w:t>
      </w:r>
      <w:r>
        <w:tab/>
      </w:r>
      <w:r>
        <w:rPr>
          <w:sz w:val="24"/>
        </w:rPr>
        <w:t>D) brushes / washes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7. </w:t>
      </w:r>
      <w:r>
        <w:rPr>
          <w:sz w:val="24"/>
        </w:rPr>
        <w:t>Sara ___ from Turkey. She ___ from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 / is</w:t>
      </w:r>
      <w:r>
        <w:tab/>
      </w:r>
      <w:r>
        <w:rPr>
          <w:sz w:val="24"/>
        </w:rPr>
        <w:t>B) isn't / is</w:t>
      </w:r>
      <w:r>
        <w:tab/>
      </w:r>
      <w:r>
        <w:rPr>
          <w:sz w:val="24"/>
        </w:rPr>
        <w:t>C) isn't / does</w:t>
      </w:r>
      <w:r>
        <w:tab/>
      </w:r>
      <w:r>
        <w:rPr>
          <w:sz w:val="24"/>
        </w:rPr>
        <w:t>D) doesn't / does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8. </w:t>
      </w:r>
      <w:r>
        <w:rPr>
          <w:sz w:val="24"/>
        </w:rPr>
        <w:t>___ she play the piano? Yes,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Is / is</w:t>
      </w:r>
      <w:r>
        <w:tab/>
      </w:r>
      <w:r>
        <w:rPr>
          <w:sz w:val="24"/>
        </w:rPr>
        <w:t>D) Does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9. </w:t>
      </w:r>
      <w:r>
        <w:rPr>
          <w:sz w:val="24"/>
        </w:rPr>
        <w:t>We ___ to school at eight o'clock, but my sister ___ at nine.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goes / go</w:t>
      </w:r>
      <w:r>
        <w:tab/>
      </w:r>
      <w:r>
        <w:rPr>
          <w:sz w:val="24"/>
        </w:rPr>
        <w:t>B) go / go</w:t>
      </w:r>
      <w:r>
        <w:tab/>
      </w:r>
      <w:r>
        <w:rPr>
          <w:sz w:val="24"/>
        </w:rPr>
        <w:t>C) goes / goes</w:t>
      </w:r>
      <w:r>
        <w:tab/>
      </w:r>
      <w:r>
        <w:rPr>
          <w:sz w:val="24"/>
        </w:rPr>
        <w:t>D) go / goes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10. </w:t>
      </w:r>
      <w:r>
        <w:rPr>
          <w:sz w:val="24"/>
        </w:rPr>
        <w:t>My father ___ at a bank and he ___ home at six o'clock.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work / comes</w:t>
      </w:r>
      <w:r>
        <w:tab/>
      </w:r>
      <w:r>
        <w:rPr>
          <w:sz w:val="24"/>
        </w:rPr>
        <w:t>B) works / come</w:t>
      </w:r>
      <w:r>
        <w:tab/>
      </w:r>
      <w:r>
        <w:rPr>
          <w:sz w:val="24"/>
        </w:rPr>
        <w:t>C) works / comes</w:t>
      </w:r>
      <w:r>
        <w:tab/>
      </w:r>
      <w:r>
        <w:rPr>
          <w:sz w:val="24"/>
        </w:rPr>
        <w:t>D) work / come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11. </w:t>
      </w:r>
      <w:r>
        <w:rPr>
          <w:sz w:val="24"/>
        </w:rPr>
        <w:t>Tom ___ milk. He ___ tea.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doesn't drink / drink</w:t>
      </w:r>
      <w:r>
        <w:tab/>
      </w:r>
      <w:r>
        <w:rPr>
          <w:sz w:val="24"/>
        </w:rPr>
        <w:t>B) doesn't drink / drinks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don't drink / drinks</w:t>
      </w:r>
      <w:r>
        <w:tab/>
      </w:r>
      <w:r>
        <w:rPr>
          <w:sz w:val="24"/>
        </w:rPr>
        <w:t>D) doesn't drinks / drinks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12. </w:t>
      </w:r>
      <w:r>
        <w:rPr>
          <w:sz w:val="24"/>
        </w:rPr>
        <w:t>I ___ my homework after school and my brother ___ his homework after dinner.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does / do</w:t>
      </w:r>
      <w:r>
        <w:tab/>
      </w:r>
      <w:r>
        <w:rPr>
          <w:sz w:val="24"/>
        </w:rPr>
        <w:t>B) do / does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do / do</w:t>
      </w:r>
      <w:r>
        <w:tab/>
      </w:r>
      <w:r>
        <w:rPr>
          <w:sz w:val="24"/>
        </w:rPr>
        <w:t>D) am doing / does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13. </w:t>
      </w:r>
      <w:r>
        <w:rPr>
          <w:sz w:val="24"/>
        </w:rPr>
        <w:t>___ Ali and Tom ___ to school every day?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go</w:t>
      </w:r>
      <w:r>
        <w:tab/>
      </w:r>
      <w:r>
        <w:rPr>
          <w:sz w:val="24"/>
        </w:rPr>
        <w:t>B) Do / goes</w:t>
      </w:r>
      <w:r>
        <w:tab/>
      </w:r>
      <w:r>
        <w:rPr>
          <w:sz w:val="24"/>
        </w:rPr>
        <w:t>C) Does / goes</w:t>
      </w:r>
      <w:r>
        <w:tab/>
      </w:r>
      <w:r>
        <w:rPr>
          <w:sz w:val="24"/>
        </w:rPr>
        <w:t>D) Do / go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14. </w:t>
      </w:r>
      <w:r>
        <w:rPr>
          <w:sz w:val="24"/>
        </w:rPr>
        <w:t>The teacher ___ English very well, but the students ___ slowly.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speaks / read</w:t>
      </w:r>
      <w:r>
        <w:tab/>
      </w:r>
      <w:r>
        <w:rPr>
          <w:sz w:val="24"/>
        </w:rPr>
        <w:t>B) speak / reads</w:t>
      </w:r>
      <w:r>
        <w:tab/>
      </w:r>
      <w:r>
        <w:rPr>
          <w:sz w:val="24"/>
        </w:rPr>
        <w:t>C) speaks / reads</w:t>
      </w:r>
      <w:r>
        <w:tab/>
      </w:r>
      <w:r>
        <w:rPr>
          <w:sz w:val="24"/>
        </w:rPr>
        <w:t>D) speak / read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15. </w:t>
      </w:r>
      <w:r>
        <w:rPr>
          <w:sz w:val="24"/>
        </w:rPr>
        <w:t>Do you drink milk? No, I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doesn't</w:t>
      </w:r>
      <w:r>
        <w:tab/>
      </w:r>
      <w:r>
        <w:rPr>
          <w:sz w:val="24"/>
        </w:rPr>
        <w:t>B) am not</w:t>
      </w:r>
      <w:r>
        <w:tab/>
      </w:r>
      <w:r>
        <w:rPr>
          <w:sz w:val="24"/>
        </w:rPr>
        <w:t>C) not</w:t>
      </w:r>
      <w:r>
        <w:tab/>
      </w:r>
      <w:r>
        <w:rPr>
          <w:sz w:val="24"/>
        </w:rPr>
        <w:t>D) don't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16. </w:t>
      </w:r>
      <w:r>
        <w:rPr>
          <w:sz w:val="24"/>
        </w:rPr>
        <w:t>___ your sister like apples? Yes, she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</w:t>
      </w:r>
      <w:r>
        <w:tab/>
      </w:r>
      <w:r>
        <w:rPr>
          <w:sz w:val="24"/>
        </w:rPr>
        <w:t>B) Do / do</w:t>
      </w:r>
      <w:r>
        <w:tab/>
      </w:r>
      <w:r>
        <w:rPr>
          <w:sz w:val="24"/>
        </w:rPr>
        <w:t>C) Does / do</w:t>
      </w:r>
      <w:r>
        <w:tab/>
      </w:r>
      <w:r>
        <w:rPr>
          <w:sz w:val="24"/>
        </w:rPr>
        <w:t>D) Is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17. </w:t>
      </w:r>
      <w:r>
        <w:rPr>
          <w:sz w:val="24"/>
        </w:rPr>
        <w:t>Ali ___ up at seven o'clock and ___ breakfast. Then he goes to school.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get / has</w:t>
      </w:r>
      <w:r>
        <w:tab/>
      </w:r>
      <w:r>
        <w:rPr>
          <w:sz w:val="24"/>
        </w:rPr>
        <w:t>B) gets / has</w:t>
      </w:r>
      <w:r>
        <w:tab/>
      </w:r>
      <w:r>
        <w:rPr>
          <w:sz w:val="24"/>
        </w:rPr>
        <w:t>C) gets / have</w:t>
      </w:r>
      <w:r>
        <w:tab/>
      </w:r>
      <w:r>
        <w:rPr>
          <w:sz w:val="24"/>
        </w:rPr>
        <w:t>D) getting / has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18. </w:t>
      </w:r>
      <w:r>
        <w:rPr>
          <w:sz w:val="24"/>
        </w:rPr>
        <w:t>It is one o'clock. I am hungry. I have ___ now.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breakfast</w:t>
      </w:r>
      <w:r>
        <w:tab/>
      </w:r>
      <w:r>
        <w:rPr>
          <w:sz w:val="24"/>
        </w:rPr>
        <w:t>B) dinner</w:t>
      </w:r>
      <w:r>
        <w:tab/>
      </w:r>
      <w:r>
        <w:rPr>
          <w:sz w:val="24"/>
        </w:rPr>
        <w:t>C) lunch</w:t>
      </w:r>
      <w:r>
        <w:tab/>
      </w:r>
      <w:r>
        <w:rPr>
          <w:sz w:val="24"/>
        </w:rPr>
        <w:t>D) bed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19. </w:t>
      </w:r>
      <w:r>
        <w:rPr>
          <w:sz w:val="24"/>
        </w:rPr>
        <w:t>I go to school in the morning and I go to bed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in the morning</w:t>
      </w:r>
      <w:r>
        <w:tab/>
      </w:r>
      <w:r>
        <w:rPr>
          <w:sz w:val="24"/>
        </w:rPr>
        <w:t>B) in the afternoon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at night</w:t>
      </w:r>
      <w:r>
        <w:tab/>
      </w:r>
      <w:r>
        <w:rPr>
          <w:sz w:val="24"/>
        </w:rPr>
        <w:t>D) at midday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20. </w:t>
      </w:r>
      <w:r>
        <w:rPr>
          <w:sz w:val="24"/>
        </w:rPr>
        <w:t>We come home at four o'clock and I ___ my homework.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</w:t>
      </w:r>
      <w:r>
        <w:tab/>
      </w:r>
      <w:r>
        <w:rPr>
          <w:sz w:val="24"/>
        </w:rPr>
        <w:t>B) make</w:t>
      </w:r>
      <w:r>
        <w:tab/>
      </w:r>
      <w:r>
        <w:rPr>
          <w:sz w:val="24"/>
        </w:rPr>
        <w:t>C) play</w:t>
      </w:r>
      <w:r>
        <w:tab/>
      </w:r>
      <w:r>
        <w:rPr>
          <w:sz w:val="24"/>
        </w:rPr>
        <w:t>D) watch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21. </w:t>
      </w:r>
      <w:r>
        <w:rPr>
          <w:sz w:val="24"/>
        </w:rPr>
        <w:t>My tooth hurts. I have a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toothache</w:t>
      </w:r>
      <w:r>
        <w:tab/>
      </w:r>
      <w:r>
        <w:rPr>
          <w:sz w:val="24"/>
        </w:rPr>
        <w:t>B) headache</w:t>
      </w:r>
      <w:r>
        <w:tab/>
      </w:r>
      <w:r>
        <w:rPr>
          <w:sz w:val="24"/>
        </w:rPr>
        <w:t>C) earache</w:t>
      </w:r>
      <w:r>
        <w:tab/>
      </w:r>
      <w:r>
        <w:rPr>
          <w:sz w:val="24"/>
        </w:rPr>
        <w:t>D) backache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22. </w:t>
      </w:r>
      <w:r>
        <w:rPr>
          <w:sz w:val="24"/>
        </w:rPr>
        <w:t>My ear hurts. I have an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toothache</w:t>
      </w:r>
      <w:r>
        <w:tab/>
      </w:r>
      <w:r>
        <w:rPr>
          <w:sz w:val="24"/>
        </w:rPr>
        <w:t>B) headache</w:t>
      </w:r>
      <w:r>
        <w:tab/>
      </w:r>
      <w:r>
        <w:rPr>
          <w:sz w:val="24"/>
        </w:rPr>
        <w:t>C) backache</w:t>
      </w:r>
      <w:r>
        <w:tab/>
      </w:r>
      <w:r>
        <w:rPr>
          <w:sz w:val="24"/>
        </w:rPr>
        <w:t>D) earache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23. </w:t>
      </w:r>
      <w:r>
        <w:rPr>
          <w:sz w:val="24"/>
        </w:rPr>
        <w:t>I have ten fingers and ten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feet</w:t>
      </w:r>
      <w:r>
        <w:tab/>
      </w:r>
      <w:r>
        <w:rPr>
          <w:sz w:val="24"/>
        </w:rPr>
        <w:t>B) teeth</w:t>
      </w:r>
      <w:r>
        <w:tab/>
      </w:r>
      <w:r>
        <w:rPr>
          <w:sz w:val="24"/>
        </w:rPr>
        <w:t>C) hands</w:t>
      </w:r>
      <w:r>
        <w:tab/>
      </w:r>
      <w:r>
        <w:rPr>
          <w:sz w:val="24"/>
        </w:rPr>
        <w:t>D) toes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24. </w:t>
      </w:r>
      <w:r>
        <w:rPr>
          <w:sz w:val="24"/>
        </w:rPr>
        <w:t>I see with my ___ and I hear with my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ears / eyes</w:t>
      </w:r>
      <w:r>
        <w:tab/>
      </w:r>
      <w:r>
        <w:rPr>
          <w:sz w:val="24"/>
        </w:rPr>
        <w:t>B) eyes / eyes</w:t>
      </w:r>
      <w:r>
        <w:tab/>
      </w:r>
      <w:r>
        <w:rPr>
          <w:sz w:val="24"/>
        </w:rPr>
        <w:t>C) eyes / ears</w:t>
      </w:r>
      <w:r>
        <w:tab/>
      </w:r>
      <w:r>
        <w:rPr>
          <w:sz w:val="24"/>
        </w:rPr>
        <w:t>D) ears / ears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25. </w:t>
      </w:r>
      <w:r>
        <w:rPr>
          <w:sz w:val="24"/>
        </w:rPr>
        <w:t>My ___ hurts. I eat a lot of sweets.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tooth</w:t>
      </w:r>
      <w:r>
        <w:tab/>
      </w:r>
      <w:r>
        <w:rPr>
          <w:sz w:val="24"/>
        </w:rPr>
        <w:t>B) head</w:t>
      </w:r>
      <w:r>
        <w:tab/>
      </w:r>
      <w:r>
        <w:rPr>
          <w:sz w:val="24"/>
        </w:rPr>
        <w:t>C) hand</w:t>
      </w:r>
      <w:r>
        <w:tab/>
      </w:r>
      <w:r>
        <w:rPr>
          <w:sz w:val="24"/>
        </w:rPr>
        <w:t>D) foot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26. </w:t>
      </w:r>
      <w:r>
        <w:rPr>
          <w:sz w:val="24"/>
        </w:rPr>
        <w:t>My friends ___ in London, but I ___ in Cyprus.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am</w:t>
      </w:r>
      <w:r>
        <w:tab/>
      </w:r>
      <w:r>
        <w:rPr>
          <w:sz w:val="24"/>
        </w:rPr>
        <w:t>B) are / is</w:t>
      </w:r>
      <w:r>
        <w:tab/>
      </w:r>
      <w:r>
        <w:rPr>
          <w:sz w:val="24"/>
        </w:rPr>
        <w:t>C) are / am</w:t>
      </w:r>
      <w:r>
        <w:tab/>
      </w:r>
      <w:r>
        <w:rPr>
          <w:sz w:val="24"/>
        </w:rPr>
        <w:t>D) be / am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27. </w:t>
      </w:r>
      <w:r>
        <w:rPr>
          <w:sz w:val="24"/>
        </w:rPr>
        <w:t>___ he a doctor? No, he ___ . He is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Does / doesn't</w:t>
      </w:r>
      <w:r>
        <w:tab/>
      </w:r>
      <w:r>
        <w:rPr>
          <w:sz w:val="24"/>
        </w:rPr>
        <w:t>B) Is / doesn't</w:t>
      </w:r>
      <w:r>
        <w:tab/>
      </w:r>
      <w:r>
        <w:rPr>
          <w:sz w:val="24"/>
        </w:rPr>
        <w:t>C) Does / isn't</w:t>
      </w:r>
      <w:r>
        <w:tab/>
      </w:r>
      <w:r>
        <w:rPr>
          <w:sz w:val="24"/>
        </w:rPr>
        <w:t>D) Is / isn't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28. </w:t>
      </w:r>
      <w:r>
        <w:rPr>
          <w:sz w:val="24"/>
        </w:rPr>
        <w:t>I ___ a student and my sister ___ a teacher.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is / am</w:t>
      </w:r>
      <w:r>
        <w:tab/>
      </w:r>
      <w:r>
        <w:rPr>
          <w:sz w:val="24"/>
        </w:rPr>
        <w:t>B) am / is</w:t>
      </w:r>
      <w:r>
        <w:tab/>
      </w:r>
      <w:r>
        <w:rPr>
          <w:sz w:val="24"/>
        </w:rPr>
        <w:t>C) am / are</w:t>
      </w:r>
      <w:r>
        <w:tab/>
      </w:r>
      <w:r>
        <w:rPr>
          <w:sz w:val="24"/>
        </w:rPr>
        <w:t>D) are / is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29. </w:t>
      </w:r>
      <w:r>
        <w:rPr>
          <w:sz w:val="24"/>
        </w:rPr>
        <w:t>I brush my teeth ___ I go to bed. I never go to bed before I brush them.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before</w:t>
      </w:r>
      <w:r>
        <w:tab/>
      </w:r>
      <w:r>
        <w:rPr>
          <w:sz w:val="24"/>
        </w:rPr>
        <w:t>B) after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30. </w:t>
      </w:r>
      <w:r>
        <w:rPr>
          <w:sz w:val="24"/>
        </w:rPr>
        <w:t>We do our homework ___ dinner and go to bed ___ dinner.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after / before</w:t>
      </w:r>
      <w:r>
        <w:tab/>
      </w:r>
      <w:r>
        <w:rPr>
          <w:sz w:val="24"/>
        </w:rPr>
        <w:t>B) after / after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before / after</w:t>
      </w:r>
      <w:r>
        <w:tab/>
      </w:r>
      <w:r>
        <w:rPr>
          <w:sz w:val="24"/>
        </w:rPr>
        <w:t>D) before / before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31. </w:t>
      </w:r>
      <w:r>
        <w:rPr>
          <w:sz w:val="24"/>
        </w:rPr>
        <w:t>I wake up ___ I get up. I never get up before I wake up.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32. </w:t>
      </w:r>
      <w:r>
        <w:rPr>
          <w:sz w:val="24"/>
        </w:rPr>
        <w:t>We play football ___ school. We never play football before school.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before</w:t>
      </w:r>
      <w:r>
        <w:tab/>
      </w:r>
      <w:r>
        <w:rPr>
          <w:sz w:val="24"/>
        </w:rPr>
        <w:t>C) then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33. </w:t>
      </w:r>
      <w:r>
        <w:rPr>
          <w:sz w:val="24"/>
        </w:rPr>
        <w:t>___ I go to school, I have breakfast and brush my teeth.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After</w:t>
      </w:r>
      <w:r>
        <w:tab/>
      </w:r>
      <w:r>
        <w:rPr>
          <w:sz w:val="24"/>
        </w:rPr>
        <w:t>B) Then</w:t>
      </w:r>
      <w:r>
        <w:tab/>
      </w:r>
      <w:r>
        <w:rPr>
          <w:sz w:val="24"/>
        </w:rPr>
        <w:t>C) Before</w:t>
      </w:r>
      <w:r>
        <w:tab/>
      </w:r>
      <w:r>
        <w:rPr>
          <w:sz w:val="24"/>
        </w:rPr>
        <w:t>D) When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34. </w:t>
      </w:r>
      <w:r>
        <w:rPr>
          <w:sz w:val="24"/>
        </w:rPr>
        <w:t>My birthday is ___ 5 May. We have a party ___ the weekend.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at / at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35. </w:t>
      </w:r>
      <w:r>
        <w:rPr>
          <w:sz w:val="24"/>
        </w:rPr>
        <w:t>The film starts ___ midnight and finishes ___ the morning.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at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on / in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36. </w:t>
      </w:r>
      <w:r>
        <w:rPr>
          <w:sz w:val="24"/>
        </w:rPr>
        <w:t>We have a lesson ___ Monday morning, but we stay at home ___ the weekend.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on / in</w:t>
      </w:r>
      <w:r>
        <w:tab/>
      </w:r>
      <w:r>
        <w:rPr>
          <w:sz w:val="24"/>
        </w:rPr>
        <w:t>D) at / on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37. </w:t>
      </w:r>
      <w:r>
        <w:rPr>
          <w:sz w:val="24"/>
        </w:rPr>
        <w:t>I get up ___ seven o'clock ___ Monday.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in / on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at / on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38. </w:t>
      </w:r>
      <w:r>
        <w:rPr>
          <w:sz w:val="24"/>
        </w:rPr>
        <w:t>It is cold ___ winter and hot ___ summer.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in</w:t>
      </w:r>
      <w:r>
        <w:tab/>
      </w:r>
      <w:r>
        <w:rPr>
          <w:sz w:val="24"/>
        </w:rPr>
        <w:t>B) on / on</w:t>
      </w:r>
      <w:r>
        <w:tab/>
      </w:r>
      <w:r>
        <w:rPr>
          <w:sz w:val="24"/>
        </w:rPr>
        <w:t>C) in / on</w:t>
      </w:r>
      <w:r>
        <w:tab/>
      </w:r>
      <w:r>
        <w:rPr>
          <w:sz w:val="24"/>
        </w:rPr>
        <w:t>D) at / in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39. </w:t>
      </w:r>
      <w:r>
        <w:rPr>
          <w:sz w:val="24"/>
        </w:rPr>
        <w:t>The shop is open ___ the morning and closed ___ night.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in / at</w:t>
      </w:r>
      <w:r>
        <w:tab/>
      </w:r>
      <w:r>
        <w:rPr>
          <w:sz w:val="24"/>
        </w:rPr>
        <w:t>B) at / in</w:t>
      </w:r>
      <w:r>
        <w:tab/>
      </w:r>
      <w:r>
        <w:rPr>
          <w:sz w:val="24"/>
        </w:rPr>
        <w:t>C) in / in</w:t>
      </w:r>
      <w:r>
        <w:tab/>
      </w:r>
      <w:r>
        <w:rPr>
          <w:sz w:val="24"/>
        </w:rPr>
        <w:t>D) on / at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40. </w:t>
      </w:r>
      <w:r>
        <w:rPr>
          <w:sz w:val="24"/>
        </w:rPr>
        <w:t>We visit my grandma ___ Sunday and have a party ___ my birthday.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at / on</w:t>
      </w:r>
      <w:r>
        <w:tab/>
      </w:r>
      <w:r>
        <w:rPr>
          <w:sz w:val="24"/>
        </w:rPr>
        <w:t>B) on / at</w:t>
      </w:r>
      <w:r>
        <w:tab/>
      </w:r>
      <w:r>
        <w:rPr>
          <w:sz w:val="24"/>
        </w:rPr>
        <w:t>C) in / on</w:t>
      </w:r>
      <w:r>
        <w:tab/>
      </w:r>
      <w:r>
        <w:rPr>
          <w:sz w:val="24"/>
        </w:rPr>
        <w:t>D) on / on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41. </w:t>
      </w:r>
      <w:r>
        <w:rPr>
          <w:sz w:val="24"/>
        </w:rPr>
        <w:t>My father goes to work ___ eight o'clock, but ___ Friday he stays at home.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on / at</w:t>
      </w:r>
      <w:r>
        <w:tab/>
      </w:r>
      <w:r>
        <w:rPr>
          <w:sz w:val="24"/>
        </w:rPr>
        <w:t>B) at / on</w:t>
      </w:r>
      <w:r>
        <w:tab/>
      </w:r>
      <w:r>
        <w:rPr>
          <w:sz w:val="24"/>
        </w:rPr>
        <w:t>C) at / in</w:t>
      </w:r>
      <w:r>
        <w:tab/>
      </w:r>
      <w:r>
        <w:rPr>
          <w:sz w:val="24"/>
        </w:rPr>
        <w:t>D) in / on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42. </w:t>
      </w:r>
      <w:r>
        <w:rPr>
          <w:sz w:val="24"/>
        </w:rPr>
        <w:t>It is 9:45. It is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quarter past nine</w:t>
      </w:r>
      <w:r>
        <w:tab/>
      </w:r>
      <w:r>
        <w:rPr>
          <w:sz w:val="24"/>
        </w:rPr>
        <w:t>B) half past nine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to ten</w:t>
      </w:r>
      <w:r>
        <w:tab/>
      </w:r>
      <w:r>
        <w:rPr>
          <w:sz w:val="24"/>
        </w:rPr>
        <w:t>D) nine o'clock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43. </w:t>
      </w:r>
      <w:r>
        <w:rPr>
          <w:sz w:val="24"/>
        </w:rPr>
        <w:t>It is 2:50. It is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ten to three</w:t>
      </w:r>
      <w:r>
        <w:tab/>
      </w:r>
      <w:r>
        <w:rPr>
          <w:sz w:val="24"/>
        </w:rPr>
        <w:t>B) ten past two</w:t>
      </w:r>
      <w:r>
        <w:tab/>
      </w:r>
      <w:r>
        <w:rPr>
          <w:sz w:val="24"/>
        </w:rPr>
        <w:t>C) half past two</w:t>
      </w:r>
      <w:r>
        <w:tab/>
      </w:r>
      <w:r>
        <w:rPr>
          <w:sz w:val="24"/>
        </w:rPr>
        <w:t>D) two o'clock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44. </w:t>
      </w:r>
      <w:r>
        <w:rPr>
          <w:sz w:val="24"/>
        </w:rPr>
        <w:t>It is 5:15. It is ___ 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quarter to five</w:t>
      </w:r>
      <w:r>
        <w:tab/>
      </w:r>
      <w:r>
        <w:rPr>
          <w:sz w:val="24"/>
        </w:rPr>
        <w:t>B) quarter past five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half past five</w:t>
      </w:r>
      <w:r>
        <w:tab/>
      </w:r>
      <w:r>
        <w:rPr>
          <w:sz w:val="24"/>
        </w:rPr>
        <w:t>D) quarter to six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45. </w:t>
      </w:r>
      <w:r>
        <w:rPr>
          <w:sz w:val="24"/>
        </w:rPr>
        <w:t>Boslugu tamamlayan dogru secenek hangisidir?</w:t>
      </w:r>
    </w:p>
    <w:p>
      <w:pPr>
        <w:keepNext/>
        <w:keepLines/>
        <w:spacing w:before="0" w:after="20"/>
        <w:ind w:left="720"/>
      </w:pPr>
      <w:r>
        <w:rPr>
          <w:b/>
          <w:sz w:val="24"/>
        </w:rPr>
        <w:t>Sara:</w:t>
      </w:r>
      <w:r>
        <w:rPr>
          <w:sz w:val="24"/>
        </w:rPr>
        <w:t xml:space="preserve"> </w:t>
      </w:r>
      <w:r>
        <w:rPr>
          <w:sz w:val="24"/>
        </w:rPr>
        <w:t>What time is it?</w:t>
      </w:r>
    </w:p>
    <w:p>
      <w:pPr>
        <w:keepNext/>
        <w:keepLines/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It is ___ . It is nine thirty.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nine o'clock</w:t>
      </w:r>
      <w:r>
        <w:tab/>
      </w:r>
      <w:r>
        <w:rPr>
          <w:sz w:val="24"/>
        </w:rPr>
        <w:t>B) quarter past nine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quarter to nine</w:t>
      </w:r>
      <w:r>
        <w:tab/>
      </w:r>
      <w:r>
        <w:rPr>
          <w:sz w:val="24"/>
        </w:rPr>
        <w:t>D) half past nine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46. </w:t>
      </w:r>
      <w:r>
        <w:rPr>
          <w:sz w:val="24"/>
        </w:rPr>
        <w:t>Boslugu tamamlayan dogru secenek hangisidir?</w:t>
      </w:r>
    </w:p>
    <w:p>
      <w:pPr>
        <w:keepNext/>
        <w:keepLines/>
        <w:spacing w:before="0" w:after="20"/>
        <w:ind w:left="720"/>
      </w:pPr>
      <w:r>
        <w:rPr>
          <w:b/>
          <w:sz w:val="24"/>
        </w:rPr>
        <w:t>Mum:</w:t>
      </w:r>
      <w:r>
        <w:rPr>
          <w:sz w:val="24"/>
        </w:rPr>
        <w:t xml:space="preserve"> </w:t>
      </w:r>
      <w:r>
        <w:rPr>
          <w:sz w:val="24"/>
        </w:rPr>
        <w:t>What time do you get up?</w:t>
      </w:r>
    </w:p>
    <w:p>
      <w:pPr>
        <w:keepNext/>
        <w:keepLines/>
        <w:spacing w:before="0" w:after="20"/>
        <w:ind w:left="720"/>
      </w:pPr>
      <w:r>
        <w:rPr>
          <w:b/>
          <w:sz w:val="24"/>
        </w:rPr>
        <w:t>Ali:</w:t>
      </w:r>
      <w:r>
        <w:rPr>
          <w:sz w:val="24"/>
        </w:rPr>
        <w:t xml:space="preserve"> </w:t>
      </w:r>
      <w:r>
        <w:rPr>
          <w:sz w:val="24"/>
        </w:rPr>
        <w:t>I get up at seven ___ .</w:t>
      </w:r>
    </w:p>
    <w:p>
      <w:pPr>
        <w:keepNext/>
        <w:keepLines/>
        <w:tabs>
          <w:tab w:pos="720" w:val="left"/>
          <w:tab w:pos="3129" w:val="left"/>
          <w:tab w:pos="5539" w:val="left"/>
          <w:tab w:pos="7948" w:val="left"/>
        </w:tabs>
        <w:spacing w:before="20" w:after="40"/>
      </w:pPr>
      <w:r>
        <w:tab/>
      </w:r>
      <w:r>
        <w:rPr>
          <w:sz w:val="24"/>
        </w:rPr>
        <w:t>A) o'clock</w:t>
      </w:r>
      <w:r>
        <w:tab/>
      </w:r>
      <w:r>
        <w:rPr>
          <w:sz w:val="24"/>
        </w:rPr>
        <w:t>B) clock</w:t>
      </w:r>
      <w:r>
        <w:tab/>
      </w:r>
      <w:r>
        <w:rPr>
          <w:sz w:val="24"/>
        </w:rPr>
        <w:t>C) time</w:t>
      </w:r>
      <w:r>
        <w:tab/>
      </w:r>
      <w:r>
        <w:rPr>
          <w:sz w:val="24"/>
        </w:rPr>
        <w:t>D) day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47. </w:t>
      </w:r>
      <w:r>
        <w:rPr>
          <w:sz w:val="24"/>
        </w:rPr>
        <w:t>My father ___ up at six o'clock. He ___ breakfast and ___ to work.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get / has / go</w:t>
      </w:r>
      <w:r>
        <w:tab/>
      </w:r>
      <w:r>
        <w:rPr>
          <w:sz w:val="24"/>
        </w:rPr>
        <w:t>B) gets / has / goes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gets / have / goes</w:t>
      </w:r>
      <w:r>
        <w:tab/>
      </w:r>
      <w:r>
        <w:rPr>
          <w:sz w:val="24"/>
        </w:rPr>
        <w:t>D) get / have / go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48. </w:t>
      </w:r>
      <w:r>
        <w:rPr>
          <w:sz w:val="24"/>
        </w:rPr>
        <w:t>Which sentence is correct?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A) My brother go to school at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B) My brother is go to school at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C) My brother goes to school in eight o'clock.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D) My brother goes to school at eight o'clock.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49. </w:t>
      </w:r>
      <w:r>
        <w:rPr>
          <w:sz w:val="24"/>
        </w:rPr>
        <w:t>Choose the correct sentence.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A) She doesn't likes milk.</w:t>
      </w:r>
      <w:r>
        <w:tab/>
      </w:r>
      <w:r>
        <w:rPr>
          <w:sz w:val="24"/>
        </w:rPr>
        <w:t>B) She don't like milk.</w:t>
      </w:r>
    </w:p>
    <w:p>
      <w:pPr>
        <w:keepNext/>
        <w:keepLines/>
        <w:tabs>
          <w:tab w:pos="720" w:val="left"/>
          <w:tab w:pos="5179" w:val="left"/>
        </w:tabs>
        <w:spacing w:before="20" w:after="40"/>
      </w:pPr>
      <w:r>
        <w:tab/>
      </w:r>
      <w:r>
        <w:rPr>
          <w:sz w:val="24"/>
        </w:rPr>
        <w:t>C) She doesn't like milk.</w:t>
      </w:r>
      <w:r>
        <w:tab/>
      </w:r>
      <w:r>
        <w:rPr>
          <w:sz w:val="24"/>
        </w:rPr>
        <w:t>D) She not like milk.</w:t>
      </w:r>
    </w:p>
    <w:p>
      <w:pPr>
        <w:spacing w:after="40"/>
      </w:pPr>
    </w:p>
    <w:p>
      <w:pPr>
        <w:keepNext/>
        <w:keepLines/>
        <w:spacing w:after="40"/>
      </w:pPr>
      <w:r>
        <w:rPr>
          <w:b/>
          <w:sz w:val="24"/>
        </w:rPr>
        <w:t xml:space="preserve">50. </w:t>
      </w:r>
      <w:r>
        <w:rPr>
          <w:sz w:val="24"/>
        </w:rPr>
        <w:t>Ali is a student. He gets up at seven o'clock on Monday. At the weekend, he gets up late. Which sentence is FALSE?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A) Ali gets up at seven o'clock on Monday.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B) Ali is a student.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C) Ali gets up early at the weekend.</w:t>
      </w:r>
    </w:p>
    <w:p>
      <w:pPr>
        <w:keepNext/>
        <w:keepLines/>
        <w:tabs>
          <w:tab w:pos="720" w:val="left"/>
        </w:tabs>
        <w:spacing w:before="20" w:after="40"/>
      </w:pPr>
      <w:r>
        <w:tab/>
      </w:r>
      <w:r>
        <w:rPr>
          <w:sz w:val="24"/>
        </w:rPr>
        <w:t>D) Ali gets up late at the weekend.</w:t>
      </w:r>
    </w:p>
    <w:p>
      <w:pPr>
        <w:spacing w:after="40"/>
      </w:pP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amit" w:hAnsi="Niramit" w:eastAsia="Niramit" w:cs="Niramit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