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- Ünite 1 My Day · Zor / Çok Zor / Ultra Zor Test</w:t>
      </w:r>
    </w:p>
    <w:p/>
    <w:p>
      <w:pPr>
        <w:spacing w:after="40"/>
      </w:pPr>
      <w:r>
        <w:rPr>
          <w:b/>
          <w:sz w:val="22"/>
        </w:rPr>
        <w:t>1. A</w:t>
      </w:r>
      <w:r>
        <w:rPr>
          <w:color w:val="787068"/>
          <w:sz w:val="18"/>
        </w:rPr>
        <w:t xml:space="preserve">  [Present Simple - 3. tekil (-s) + baglac]</w:t>
      </w:r>
      <w:r>
        <w:rPr>
          <w:sz w:val="19"/>
        </w:rPr>
        <w:t xml:space="preserve">  ⚡ Baglactan sonra her cümle KENDI öznesine çekilir: brother=he -&gt; listens; he -&gt; watches. 'but' görünce fiili yalın sanma.</w:t>
      </w:r>
    </w:p>
    <w:p>
      <w:pPr>
        <w:spacing w:after="40"/>
      </w:pPr>
      <w:r>
        <w:rPr>
          <w:b/>
          <w:sz w:val="22"/>
        </w:rPr>
        <w:t>2. C</w:t>
      </w:r>
      <w:r>
        <w:rPr>
          <w:color w:val="787068"/>
          <w:sz w:val="18"/>
        </w:rPr>
        <w:t xml:space="preserve">  [Present Simple - soru (do/does)]</w:t>
      </w:r>
      <w:r>
        <w:rPr>
          <w:sz w:val="19"/>
        </w:rPr>
        <w:t xml:space="preserve">  ⚡ father=he -&gt; Does. Does'tan sonra fiil YALIN: work (works YANLIS). 'Is work' diye soru olmaz (eylem fiili var).</w:t>
      </w:r>
    </w:p>
    <w:p>
      <w:pPr>
        <w:spacing w:after="40"/>
      </w:pPr>
      <w:r>
        <w:rPr>
          <w:b/>
          <w:sz w:val="22"/>
        </w:rPr>
        <w:t>3. C</w:t>
      </w:r>
      <w:r>
        <w:rPr>
          <w:color w:val="787068"/>
          <w:sz w:val="18"/>
        </w:rPr>
        <w:t xml:space="preserve">  [Present Simple - olumsuz + karsit kutup]</w:t>
      </w:r>
      <w:r>
        <w:rPr>
          <w:sz w:val="19"/>
        </w:rPr>
        <w:t xml:space="preserve">  ⚡ Olumsuzda doesn't + V1 (doesn't likes YANLIS); 2. cümlede father=he -&gt; likes. 'but' iki cümleyi ayirir, her biri kendi çekimini alir.</w:t>
      </w:r>
    </w:p>
    <w:p>
      <w:pPr>
        <w:spacing w:after="40"/>
      </w:pPr>
      <w:r>
        <w:rPr>
          <w:b/>
          <w:sz w:val="22"/>
        </w:rPr>
        <w:t>4. D</w:t>
      </w:r>
      <w:r>
        <w:rPr>
          <w:color w:val="787068"/>
          <w:sz w:val="18"/>
        </w:rPr>
        <w:t xml:space="preserve">  [Present Simple - 3. tekil (-s) x2]</w:t>
      </w:r>
      <w:r>
        <w:rPr>
          <w:sz w:val="19"/>
        </w:rPr>
        <w:t xml:space="preserve">  ⚡ Ali=he -&gt; does + goes. Her iki boşluk da 3. tekil; baglaç sasirtmasin.</w:t>
      </w:r>
    </w:p>
    <w:p>
      <w:pPr>
        <w:spacing w:after="40"/>
      </w:pPr>
      <w:r>
        <w:rPr>
          <w:b/>
          <w:sz w:val="22"/>
        </w:rPr>
        <w:t>5. B</w:t>
      </w:r>
      <w:r>
        <w:rPr>
          <w:color w:val="787068"/>
          <w:sz w:val="18"/>
        </w:rPr>
        <w:t xml:space="preserve">  [Present Simple vs Present Continuous - belirtec]</w:t>
      </w:r>
      <w:r>
        <w:rPr>
          <w:sz w:val="19"/>
        </w:rPr>
        <w:t xml:space="preserve">  ⚡ 'Look!' -&gt; simdi olan = Present Continuous (is sleeping); 'always' -&gt; aliskanlik = Present Simple (sleeps). Belirteç zamani seçtirir.</w:t>
      </w:r>
    </w:p>
    <w:p>
      <w:pPr>
        <w:spacing w:after="40"/>
      </w:pPr>
      <w:r>
        <w:rPr>
          <w:b/>
          <w:sz w:val="22"/>
        </w:rPr>
        <w:t>6. D</w:t>
      </w:r>
      <w:r>
        <w:rPr>
          <w:color w:val="787068"/>
          <w:sz w:val="18"/>
        </w:rPr>
        <w:t xml:space="preserve">  [Present Simple - 3. tekil (-s) x2]</w:t>
      </w:r>
      <w:r>
        <w:rPr>
          <w:sz w:val="19"/>
        </w:rPr>
        <w:t xml:space="preserve">  ⚡ sister=she -&gt; brushes + washes (her ikisi de -es alir: brush-&gt;brushes, wash-&gt;washes).</w:t>
      </w:r>
    </w:p>
    <w:p>
      <w:pPr>
        <w:spacing w:after="40"/>
      </w:pPr>
      <w:r>
        <w:rPr>
          <w:b/>
          <w:sz w:val="22"/>
        </w:rPr>
        <w:t>7. B</w:t>
      </w:r>
      <w:r>
        <w:rPr>
          <w:color w:val="787068"/>
          <w:sz w:val="18"/>
        </w:rPr>
        <w:t xml:space="preserve">  [verb to be - olumsuz + karsit kutup]</w:t>
      </w:r>
      <w:r>
        <w:rPr>
          <w:sz w:val="19"/>
        </w:rPr>
        <w:t xml:space="preserve">  ⚡ 'from ...' isim/yer bildirir -&gt; OLUS cümlesi -&gt; to be (is/isn't). do/does YANLIS. 2. cümle dogruyu 'is' yapar.</w:t>
      </w:r>
    </w:p>
    <w:p>
      <w:pPr>
        <w:spacing w:after="40"/>
      </w:pPr>
      <w:r>
        <w:rPr>
          <w:b/>
          <w:sz w:val="22"/>
        </w:rPr>
        <w:t>8. A</w:t>
      </w:r>
      <w:r>
        <w:rPr>
          <w:color w:val="787068"/>
          <w:sz w:val="18"/>
        </w:rPr>
        <w:t xml:space="preserve">  [Present Simple - soru + kisa cevap]</w:t>
      </w:r>
      <w:r>
        <w:rPr>
          <w:sz w:val="19"/>
        </w:rPr>
        <w:t xml:space="preserve">  ⚡ Eylem fiili 'play' var -&gt; IS cümlesi -&gt; Does. Kisa cevap da ayni yardimciyla: Yes, she does (Yes, she is YANLIS).</w:t>
      </w:r>
    </w:p>
    <w:p>
      <w:pPr>
        <w:spacing w:after="40"/>
      </w:pPr>
      <w:r>
        <w:rPr>
          <w:b/>
          <w:sz w:val="22"/>
        </w:rPr>
        <w:t>9. D</w:t>
      </w:r>
      <w:r>
        <w:rPr>
          <w:color w:val="787068"/>
          <w:sz w:val="18"/>
        </w:rPr>
        <w:t xml:space="preserve">  [Present Simple - cogul vs 3. tekil]</w:t>
      </w:r>
      <w:r>
        <w:rPr>
          <w:sz w:val="19"/>
        </w:rPr>
        <w:t xml:space="preserve">  ⚡ we -&gt; yalin 'go'; sister=she -&gt; 'goes'. Özneyi baglactan sonra tekrar kontrol et.</w:t>
      </w:r>
    </w:p>
    <w:p>
      <w:pPr>
        <w:spacing w:after="40"/>
      </w:pPr>
      <w:r>
        <w:rPr>
          <w:b/>
          <w:sz w:val="22"/>
        </w:rPr>
        <w:t>10. C</w:t>
      </w:r>
      <w:r>
        <w:rPr>
          <w:color w:val="787068"/>
          <w:sz w:val="18"/>
        </w:rPr>
        <w:t xml:space="preserve">  [Present Simple - 3. tekil (-s) x2]</w:t>
      </w:r>
      <w:r>
        <w:rPr>
          <w:sz w:val="19"/>
        </w:rPr>
        <w:t xml:space="preserve">  ⚡ father=he -&gt; works + comes. 'and' iki cümle; ikisi de -s alir.</w:t>
      </w:r>
    </w:p>
    <w:p>
      <w:pPr>
        <w:spacing w:after="40"/>
      </w:pPr>
      <w:r>
        <w:rPr>
          <w:b/>
          <w:sz w:val="22"/>
        </w:rPr>
        <w:t>11. B</w:t>
      </w:r>
      <w:r>
        <w:rPr>
          <w:color w:val="787068"/>
          <w:sz w:val="18"/>
        </w:rPr>
        <w:t xml:space="preserve">  [Present Simple - olumsuz + karsit kutup]</w:t>
      </w:r>
      <w:r>
        <w:rPr>
          <w:sz w:val="19"/>
        </w:rPr>
        <w:t xml:space="preserve">  ⚡ doesn't + V1 (doesn't drinks YANLIS); 2. cümlede Tom=he -&gt; drinks. Iki cümle zit anlam, çekim degismez.</w:t>
      </w:r>
    </w:p>
    <w:p>
      <w:pPr>
        <w:spacing w:after="40"/>
      </w:pPr>
      <w:r>
        <w:rPr>
          <w:b/>
          <w:sz w:val="22"/>
        </w:rPr>
        <w:t>12. B</w:t>
      </w:r>
      <w:r>
        <w:rPr>
          <w:color w:val="787068"/>
          <w:sz w:val="18"/>
        </w:rPr>
        <w:t xml:space="preserve">  [Present Simple - I vs 3. tekil]</w:t>
      </w:r>
      <w:r>
        <w:rPr>
          <w:sz w:val="19"/>
        </w:rPr>
        <w:t xml:space="preserve">  ⚡ I -&gt; yalin 'do'; brother=he -&gt; 'does'. Ayni fiil, farkli özne -&gt; farkli çekim.</w:t>
      </w:r>
    </w:p>
    <w:p>
      <w:pPr>
        <w:spacing w:after="40"/>
      </w:pPr>
      <w:r>
        <w:rPr>
          <w:b/>
          <w:sz w:val="22"/>
        </w:rPr>
        <w:t>13. D</w:t>
      </w:r>
      <w:r>
        <w:rPr>
          <w:color w:val="787068"/>
          <w:sz w:val="18"/>
        </w:rPr>
        <w:t xml:space="preserve">  [Present Simple - soru (do/does) cogul]</w:t>
      </w:r>
      <w:r>
        <w:rPr>
          <w:sz w:val="19"/>
        </w:rPr>
        <w:t xml:space="preserve">  ⚡ 'Ali and Tom' = iki kisi = they -&gt; Do. Do'dan sonra fiil YALIN: go (goes YANLIS).</w:t>
      </w:r>
    </w:p>
    <w:p>
      <w:pPr>
        <w:spacing w:after="40"/>
      </w:pPr>
      <w:r>
        <w:rPr>
          <w:b/>
          <w:sz w:val="22"/>
        </w:rPr>
        <w:t>14. A</w:t>
      </w:r>
      <w:r>
        <w:rPr>
          <w:color w:val="787068"/>
          <w:sz w:val="18"/>
        </w:rPr>
        <w:t xml:space="preserve">  [Present Simple - 3. tekil vs cogul]</w:t>
      </w:r>
      <w:r>
        <w:rPr>
          <w:sz w:val="19"/>
        </w:rPr>
        <w:t xml:space="preserve">  ⚡ teacher=he/she -&gt; speaks; students=cogul -&gt; yalin read. 'but' sonrasi özne degisir, çekim de degisir.</w:t>
      </w:r>
    </w:p>
    <w:p>
      <w:pPr>
        <w:spacing w:after="40"/>
      </w:pPr>
      <w:r>
        <w:rPr>
          <w:b/>
          <w:sz w:val="22"/>
        </w:rPr>
        <w:t>15. D</w:t>
      </w:r>
      <w:r>
        <w:rPr>
          <w:color w:val="787068"/>
          <w:sz w:val="18"/>
        </w:rPr>
        <w:t xml:space="preserve">  [Present Simple - kisa cevap]</w:t>
      </w:r>
      <w:r>
        <w:rPr>
          <w:sz w:val="19"/>
        </w:rPr>
        <w:t xml:space="preserve">  ⚡ Kisa cevap sorunun yardimcisiyla: Do ... -&gt; No, I don't. I öznesi -&gt; don't (doesn't YANLIS).</w:t>
      </w:r>
    </w:p>
    <w:p>
      <w:pPr>
        <w:spacing w:after="40"/>
      </w:pPr>
      <w:r>
        <w:rPr>
          <w:b/>
          <w:sz w:val="22"/>
        </w:rPr>
        <w:t>16. A</w:t>
      </w:r>
      <w:r>
        <w:rPr>
          <w:color w:val="787068"/>
          <w:sz w:val="18"/>
        </w:rPr>
        <w:t xml:space="preserve">  [Present Simple - soru + kisa cevap]</w:t>
      </w:r>
      <w:r>
        <w:rPr>
          <w:sz w:val="19"/>
        </w:rPr>
        <w:t xml:space="preserve">  ⚡ sister=she -&gt; Does; kisa cevap Yes, she does. Eylem fiili 'like' -&gt; to be degil do/does.</w:t>
      </w:r>
    </w:p>
    <w:p>
      <w:pPr>
        <w:spacing w:after="40"/>
      </w:pPr>
      <w:r>
        <w:rPr>
          <w:b/>
          <w:sz w:val="22"/>
        </w:rPr>
        <w:t>17. B</w:t>
      </w:r>
      <w:r>
        <w:rPr>
          <w:color w:val="787068"/>
          <w:sz w:val="18"/>
        </w:rPr>
        <w:t xml:space="preserve">  [Daily routines - cloze]</w:t>
      </w:r>
      <w:r>
        <w:rPr>
          <w:sz w:val="19"/>
        </w:rPr>
        <w:t xml:space="preserve">  ⚡ Ali=he -&gt; gets + has. 'has' 3. tekil (have YANLIS); cloze'de her boşluk özneye göre çekilir.</w:t>
      </w:r>
    </w:p>
    <w:p>
      <w:pPr>
        <w:spacing w:after="40"/>
      </w:pPr>
      <w:r>
        <w:rPr>
          <w:b/>
          <w:sz w:val="22"/>
        </w:rPr>
        <w:t>18. C</w:t>
      </w:r>
      <w:r>
        <w:rPr>
          <w:color w:val="787068"/>
          <w:sz w:val="18"/>
        </w:rPr>
        <w:t xml:space="preserve">  [Daily routines - ogun (cikarim)]</w:t>
      </w:r>
      <w:r>
        <w:rPr>
          <w:sz w:val="19"/>
        </w:rPr>
        <w:t xml:space="preserve">  ⚡ Saat 13:00 -&gt; ogle yemegi = lunch. breakfast sabah, dinner aksam. Baglamdan çikar.</w:t>
      </w:r>
    </w:p>
    <w:p>
      <w:pPr>
        <w:spacing w:after="40"/>
      </w:pPr>
      <w:r>
        <w:rPr>
          <w:b/>
          <w:sz w:val="22"/>
        </w:rPr>
        <w:t>19. C</w:t>
      </w:r>
      <w:r>
        <w:rPr>
          <w:color w:val="787068"/>
          <w:sz w:val="18"/>
        </w:rPr>
        <w:t xml:space="preserve">  [Daily routines + zaman ifadesi]</w:t>
      </w:r>
      <w:r>
        <w:rPr>
          <w:sz w:val="19"/>
        </w:rPr>
        <w:t xml:space="preserve">  ⚡ Yatma zamani gece = at night (in the night YANLIS). 'in the morning/afternoon' okul, 'at midday' ogle.</w:t>
      </w:r>
    </w:p>
    <w:p>
      <w:pPr>
        <w:spacing w:after="40"/>
      </w:pPr>
      <w:r>
        <w:rPr>
          <w:b/>
          <w:sz w:val="22"/>
        </w:rPr>
        <w:t>20. A</w:t>
      </w:r>
      <w:r>
        <w:rPr>
          <w:color w:val="787068"/>
          <w:sz w:val="18"/>
        </w:rPr>
        <w:t xml:space="preserve">  [Daily routines - eylem (do homework)]</w:t>
      </w:r>
      <w:r>
        <w:rPr>
          <w:sz w:val="19"/>
        </w:rPr>
        <w:t xml:space="preserve">  ⚡ Ingilizce'de ödev 'do homework' (make homework YANLIS).</w:t>
      </w:r>
    </w:p>
    <w:p>
      <w:pPr>
        <w:spacing w:after="40"/>
      </w:pPr>
      <w:r>
        <w:rPr>
          <w:b/>
          <w:sz w:val="22"/>
        </w:rPr>
        <w:t>21. A</w:t>
      </w:r>
      <w:r>
        <w:rPr>
          <w:color w:val="787068"/>
          <w:sz w:val="18"/>
        </w:rPr>
        <w:t xml:space="preserve">  [Body parts - semptom -&gt; agri adi]</w:t>
      </w:r>
      <w:r>
        <w:rPr>
          <w:sz w:val="19"/>
        </w:rPr>
        <w:t xml:space="preserve">  ⚡ Dis agrisi = toothache. '-ache' ekli adlar ilgili organla: tooth+ache, head+ache, ear+ache.</w:t>
      </w:r>
    </w:p>
    <w:p>
      <w:pPr>
        <w:spacing w:after="40"/>
      </w:pPr>
      <w:r>
        <w:rPr>
          <w:b/>
          <w:sz w:val="22"/>
        </w:rPr>
        <w:t>22. D</w:t>
      </w:r>
      <w:r>
        <w:rPr>
          <w:color w:val="787068"/>
          <w:sz w:val="18"/>
        </w:rPr>
        <w:t xml:space="preserve">  [Body parts - semptom -&gt; agri adi]</w:t>
      </w:r>
      <w:r>
        <w:rPr>
          <w:sz w:val="19"/>
        </w:rPr>
        <w:t xml:space="preserve">  ⚡ Kulak agrisi = earache (ear + ache). Diger organa ait -ache YANLIS. Ayrica 'an earache' (sesli harf).</w:t>
      </w:r>
    </w:p>
    <w:p>
      <w:pPr>
        <w:spacing w:after="40"/>
      </w:pPr>
      <w:r>
        <w:rPr>
          <w:b/>
          <w:sz w:val="22"/>
        </w:rPr>
        <w:t>23. D</w:t>
      </w:r>
      <w:r>
        <w:rPr>
          <w:color w:val="787068"/>
          <w:sz w:val="18"/>
        </w:rPr>
        <w:t xml:space="preserve">  [Body parts - sayi eslemesi]</w:t>
      </w:r>
      <w:r>
        <w:rPr>
          <w:sz w:val="19"/>
        </w:rPr>
        <w:t xml:space="preserve">  ⚡ Ayak parmaklari = toes (on tane). 'ten feet' yanlis (iki ayak); teeth agiz, hands el.</w:t>
      </w:r>
    </w:p>
    <w:p>
      <w:pPr>
        <w:spacing w:after="40"/>
      </w:pPr>
      <w:r>
        <w:rPr>
          <w:b/>
          <w:sz w:val="22"/>
        </w:rPr>
        <w:t>24. C</w:t>
      </w:r>
      <w:r>
        <w:rPr>
          <w:color w:val="787068"/>
          <w:sz w:val="18"/>
        </w:rPr>
        <w:t xml:space="preserve">  [Body parts - cift esleme]</w:t>
      </w:r>
      <w:r>
        <w:rPr>
          <w:sz w:val="19"/>
        </w:rPr>
        <w:t xml:space="preserve">  ⚡ Gormek = eyes; duymak = ears. Sirayi karistirmayin: ilk boşluk see, ikinci hear.</w:t>
      </w:r>
    </w:p>
    <w:p>
      <w:pPr>
        <w:spacing w:after="40"/>
      </w:pPr>
      <w:r>
        <w:rPr>
          <w:b/>
          <w:sz w:val="22"/>
        </w:rPr>
        <w:t>25. A</w:t>
      </w:r>
      <w:r>
        <w:rPr>
          <w:color w:val="787068"/>
          <w:sz w:val="18"/>
        </w:rPr>
        <w:t xml:space="preserve">  [Body parts - baglamdan cikarim]</w:t>
      </w:r>
      <w:r>
        <w:rPr>
          <w:sz w:val="19"/>
        </w:rPr>
        <w:t xml:space="preserve">  ⚡ Çok seker yiyen çocukta dis agrir -&gt; tooth. Baglam semptomu verir (sweets).</w:t>
      </w:r>
    </w:p>
    <w:p>
      <w:pPr>
        <w:spacing w:after="40"/>
      </w:pPr>
      <w:r>
        <w:rPr>
          <w:b/>
          <w:sz w:val="22"/>
        </w:rPr>
        <w:t>26. C</w:t>
      </w:r>
      <w:r>
        <w:rPr>
          <w:color w:val="787068"/>
          <w:sz w:val="18"/>
        </w:rPr>
        <w:t xml:space="preserve">  [verb to be - çogul vs I]</w:t>
      </w:r>
      <w:r>
        <w:rPr>
          <w:sz w:val="19"/>
        </w:rPr>
        <w:t xml:space="preserve">  ⚡ friends=cogul -&gt; are; I -&gt; am. Kural: I-&gt;am, he/she/it-&gt;is, we/you/they-&gt;are. 'be' çekimsiz, kullanilmaz.</w:t>
      </w:r>
    </w:p>
    <w:p>
      <w:pPr>
        <w:spacing w:after="40"/>
      </w:pPr>
      <w:r>
        <w:rPr>
          <w:b/>
          <w:sz w:val="22"/>
        </w:rPr>
        <w:t>27. D</w:t>
      </w:r>
      <w:r>
        <w:rPr>
          <w:color w:val="787068"/>
          <w:sz w:val="18"/>
        </w:rPr>
        <w:t xml:space="preserve">  [verb to be - soru + kisa cevap]</w:t>
      </w:r>
      <w:r>
        <w:rPr>
          <w:sz w:val="19"/>
        </w:rPr>
        <w:t xml:space="preserve">  ⚡ 'a doctor' isim -&gt; OLUS cümlesi -&gt; to be: Is ... / No, he isn't. do/does YANLIS; kisa cevap da to be ile.</w:t>
      </w:r>
    </w:p>
    <w:p>
      <w:pPr>
        <w:spacing w:after="40"/>
      </w:pPr>
      <w:r>
        <w:rPr>
          <w:b/>
          <w:sz w:val="22"/>
        </w:rPr>
        <w:t>28. B</w:t>
      </w:r>
      <w:r>
        <w:rPr>
          <w:color w:val="787068"/>
          <w:sz w:val="18"/>
        </w:rPr>
        <w:t xml:space="preserve">  [verb to be - I vs 3. tekil]</w:t>
      </w:r>
      <w:r>
        <w:rPr>
          <w:sz w:val="19"/>
        </w:rPr>
        <w:t xml:space="preserve">  ⚡ I -&gt; am; sister=she -&gt; is. Kimlik/meslek bildiren OLUS cümlesi -&gt; to be.</w:t>
      </w:r>
    </w:p>
    <w:p>
      <w:pPr>
        <w:spacing w:after="40"/>
      </w:pPr>
      <w:r>
        <w:rPr>
          <w:b/>
          <w:sz w:val="22"/>
        </w:rPr>
        <w:t>29. A</w:t>
      </w:r>
      <w:r>
        <w:rPr>
          <w:color w:val="787068"/>
          <w:sz w:val="18"/>
        </w:rPr>
        <w:t xml:space="preserve">  [before / after - karsit kutup]</w:t>
      </w:r>
      <w:r>
        <w:rPr>
          <w:sz w:val="19"/>
        </w:rPr>
        <w:t xml:space="preserve">  ⚡ 2. cümle 'yataktan önce fırçalarim' diyor -&gt; before kesin. 2. cümleyi okumayan 'after'a atlar.</w:t>
      </w:r>
    </w:p>
    <w:p>
      <w:pPr>
        <w:spacing w:after="40"/>
      </w:pPr>
      <w:r>
        <w:rPr>
          <w:b/>
          <w:sz w:val="22"/>
        </w:rPr>
        <w:t>30. C</w:t>
      </w:r>
      <w:r>
        <w:rPr>
          <w:color w:val="787068"/>
          <w:sz w:val="18"/>
        </w:rPr>
        <w:t xml:space="preserve">  [before / after - iki boşluk (çift karar)]</w:t>
      </w:r>
      <w:r>
        <w:rPr>
          <w:sz w:val="19"/>
        </w:rPr>
        <w:t xml:space="preserve">  ⚡ Ödev yemekten ÖNCE (before), yatak yemekten SONRA (after). Iki bosluk ayri karar.</w:t>
      </w:r>
    </w:p>
    <w:p>
      <w:pPr>
        <w:spacing w:after="40"/>
      </w:pPr>
      <w:r>
        <w:rPr>
          <w:b/>
          <w:sz w:val="22"/>
        </w:rPr>
        <w:t>31. B</w:t>
      </w:r>
      <w:r>
        <w:rPr>
          <w:color w:val="787068"/>
          <w:sz w:val="18"/>
        </w:rPr>
        <w:t xml:space="preserve">  [before / after - karsit kutup]</w:t>
      </w:r>
      <w:r>
        <w:rPr>
          <w:sz w:val="19"/>
        </w:rPr>
        <w:t xml:space="preserve">  ⚡ Önce uyaniriz, sonra kalkariz; 2. cümle de 'before' diyor. Mantik tek yönlü.</w:t>
      </w:r>
    </w:p>
    <w:p>
      <w:pPr>
        <w:spacing w:after="40"/>
      </w:pPr>
      <w:r>
        <w:rPr>
          <w:b/>
          <w:sz w:val="22"/>
        </w:rPr>
        <w:t>32. A</w:t>
      </w:r>
      <w:r>
        <w:rPr>
          <w:color w:val="787068"/>
          <w:sz w:val="18"/>
        </w:rPr>
        <w:t xml:space="preserve">  [before / after - karsit kutup]</w:t>
      </w:r>
      <w:r>
        <w:rPr>
          <w:sz w:val="19"/>
        </w:rPr>
        <w:t xml:space="preserve">  ⚡ 2. cümle 'okuldan önce oynamayiz' diyor -&gt; after. 2. cümleyi okumayan 'before' seçer.</w:t>
      </w:r>
    </w:p>
    <w:p>
      <w:pPr>
        <w:spacing w:after="40"/>
      </w:pPr>
      <w:r>
        <w:rPr>
          <w:b/>
          <w:sz w:val="22"/>
        </w:rPr>
        <w:t>33. C</w:t>
      </w:r>
      <w:r>
        <w:rPr>
          <w:color w:val="787068"/>
          <w:sz w:val="18"/>
        </w:rPr>
        <w:t xml:space="preserve">  [before / after - cümle basi]</w:t>
      </w:r>
      <w:r>
        <w:rPr>
          <w:sz w:val="19"/>
        </w:rPr>
        <w:t xml:space="preserve">  ⚡ Okuldan önce kahvalti + dis fircalama -&gt; Before (cümle basi buyuk harf). 'After school' olsaydi okuldan sonra olurdu.</w:t>
      </w:r>
    </w:p>
    <w:p>
      <w:pPr>
        <w:spacing w:after="40"/>
      </w:pPr>
      <w:r>
        <w:rPr>
          <w:b/>
          <w:sz w:val="22"/>
        </w:rPr>
        <w:t>34. B</w:t>
      </w:r>
      <w:r>
        <w:rPr>
          <w:color w:val="787068"/>
          <w:sz w:val="18"/>
        </w:rPr>
        <w:t xml:space="preserve">  [in / on / at - iki boşluk]</w:t>
      </w:r>
      <w:r>
        <w:rPr>
          <w:sz w:val="19"/>
        </w:rPr>
        <w:t xml:space="preserve">  ⚡ Tarih -&gt; on (on 5 May); 'the weekend' -&gt; at (at the weekend). Iki farkli kural ayni cümlede.</w:t>
      </w:r>
    </w:p>
    <w:p>
      <w:pPr>
        <w:spacing w:after="40"/>
      </w:pPr>
      <w:r>
        <w:rPr>
          <w:b/>
          <w:sz w:val="22"/>
        </w:rPr>
        <w:t>35. C</w:t>
      </w:r>
      <w:r>
        <w:rPr>
          <w:color w:val="787068"/>
          <w:sz w:val="18"/>
        </w:rPr>
        <w:t xml:space="preserve">  [in / on / at - istisna kalip]</w:t>
      </w:r>
      <w:r>
        <w:rPr>
          <w:sz w:val="19"/>
        </w:rPr>
        <w:t xml:space="preserve">  ⚡ midnight -&gt; at (at midnight); 'the morning' -&gt; in (in the morning). 'at night' istisnasi gibi midnight de at alir.</w:t>
      </w:r>
    </w:p>
    <w:p>
      <w:pPr>
        <w:spacing w:after="40"/>
      </w:pPr>
      <w:r>
        <w:rPr>
          <w:b/>
          <w:sz w:val="22"/>
        </w:rPr>
        <w:t>36. B</w:t>
      </w:r>
      <w:r>
        <w:rPr>
          <w:color w:val="787068"/>
          <w:sz w:val="18"/>
        </w:rPr>
        <w:t xml:space="preserve">  [in / on / at - karsit kutup]</w:t>
      </w:r>
      <w:r>
        <w:rPr>
          <w:sz w:val="19"/>
        </w:rPr>
        <w:t xml:space="preserve">  ⚡ Gun+bolum -&gt; on (on Monday morning); 'the weekend' -&gt; at. 'but' sonrasi ikinci kural.</w:t>
      </w:r>
    </w:p>
    <w:p>
      <w:pPr>
        <w:spacing w:after="40"/>
      </w:pPr>
      <w:r>
        <w:rPr>
          <w:b/>
          <w:sz w:val="22"/>
        </w:rPr>
        <w:t>37. D</w:t>
      </w:r>
      <w:r>
        <w:rPr>
          <w:color w:val="787068"/>
          <w:sz w:val="18"/>
        </w:rPr>
        <w:t xml:space="preserve">  [in / on / at - iki boşluk]</w:t>
      </w:r>
      <w:r>
        <w:rPr>
          <w:sz w:val="19"/>
        </w:rPr>
        <w:t xml:space="preserve">  ⚡ Saat -&gt; at (at seven o'clock); gun -&gt; on (on Monday). Ilk bosluk saat, ikinci gun.</w:t>
      </w:r>
    </w:p>
    <w:p>
      <w:pPr>
        <w:spacing w:after="40"/>
      </w:pPr>
      <w:r>
        <w:rPr>
          <w:b/>
          <w:sz w:val="22"/>
        </w:rPr>
        <w:t>38. A</w:t>
      </w:r>
      <w:r>
        <w:rPr>
          <w:color w:val="787068"/>
          <w:sz w:val="18"/>
        </w:rPr>
        <w:t xml:space="preserve">  [in / on / at - mevsimler]</w:t>
      </w:r>
      <w:r>
        <w:rPr>
          <w:sz w:val="19"/>
        </w:rPr>
        <w:t xml:space="preserve">  ⚡ Mevsimler -&gt; in (in winter, in summer). Ikisi de mevsim, ikisi de 'in'.</w:t>
      </w:r>
    </w:p>
    <w:p>
      <w:pPr>
        <w:spacing w:after="40"/>
      </w:pPr>
      <w:r>
        <w:rPr>
          <w:b/>
          <w:sz w:val="22"/>
        </w:rPr>
        <w:t>39. A</w:t>
      </w:r>
      <w:r>
        <w:rPr>
          <w:color w:val="787068"/>
          <w:sz w:val="18"/>
        </w:rPr>
        <w:t xml:space="preserve">  [in / on / at - istisna kalip]</w:t>
      </w:r>
      <w:r>
        <w:rPr>
          <w:sz w:val="19"/>
        </w:rPr>
        <w:t xml:space="preserve">  ⚡ 'the morning' -&gt; in; 'night' -&gt; at (at night istisnasi). in the night YANLIS.</w:t>
      </w:r>
    </w:p>
    <w:p>
      <w:pPr>
        <w:spacing w:after="40"/>
      </w:pPr>
      <w:r>
        <w:rPr>
          <w:b/>
          <w:sz w:val="22"/>
        </w:rPr>
        <w:t>40. D</w:t>
      </w:r>
      <w:r>
        <w:rPr>
          <w:color w:val="787068"/>
          <w:sz w:val="18"/>
        </w:rPr>
        <w:t xml:space="preserve">  [in / on / at - gun + ozel gun]</w:t>
      </w:r>
      <w:r>
        <w:rPr>
          <w:sz w:val="19"/>
        </w:rPr>
        <w:t xml:space="preserve">  ⚡ Gun -&gt; on (on Sunday); ozel gun -&gt; on (on my birthday). Ikisinde de 'on'.</w:t>
      </w:r>
    </w:p>
    <w:p>
      <w:pPr>
        <w:spacing w:after="40"/>
      </w:pPr>
      <w:r>
        <w:rPr>
          <w:b/>
          <w:sz w:val="22"/>
        </w:rPr>
        <w:t>41. B</w:t>
      </w:r>
      <w:r>
        <w:rPr>
          <w:color w:val="787068"/>
          <w:sz w:val="18"/>
        </w:rPr>
        <w:t xml:space="preserve">  [in / on / at - karsit kutup]</w:t>
      </w:r>
      <w:r>
        <w:rPr>
          <w:sz w:val="19"/>
        </w:rPr>
        <w:t xml:space="preserve">  ⚡ Saat -&gt; at (at eight o'clock); gun -&gt; on (on Friday). 'but' sonrasi gun kuralina geçer.</w:t>
      </w:r>
    </w:p>
    <w:p>
      <w:pPr>
        <w:spacing w:after="40"/>
      </w:pPr>
      <w:r>
        <w:rPr>
          <w:b/>
          <w:sz w:val="22"/>
        </w:rPr>
        <w:t>42. C</w:t>
      </w:r>
      <w:r>
        <w:rPr>
          <w:color w:val="787068"/>
          <w:sz w:val="18"/>
        </w:rPr>
        <w:t xml:space="preserve">  [Saat - quarter to]</w:t>
      </w:r>
      <w:r>
        <w:rPr>
          <w:sz w:val="19"/>
        </w:rPr>
        <w:t xml:space="preserve">  ⚡ Çeyrek KALA = bir SONRAKI saate kala: 9:45 = quarter to ten (quarter past nine YANLIS). 'to' gelecek saati gösterir.</w:t>
      </w:r>
    </w:p>
    <w:p>
      <w:pPr>
        <w:spacing w:after="40"/>
      </w:pPr>
      <w:r>
        <w:rPr>
          <w:b/>
          <w:sz w:val="22"/>
        </w:rPr>
        <w:t>43. A</w:t>
      </w:r>
      <w:r>
        <w:rPr>
          <w:color w:val="787068"/>
          <w:sz w:val="18"/>
        </w:rPr>
        <w:t xml:space="preserve">  [Saat - dakika kala]</w:t>
      </w:r>
      <w:r>
        <w:rPr>
          <w:sz w:val="19"/>
        </w:rPr>
        <w:t xml:space="preserve">  ⚡ 50 dakika -&gt; bir sonraki saate 10 dk kala: ten to three. 'to' kullanimini 'past' ile karistirmayin.</w:t>
      </w:r>
    </w:p>
    <w:p>
      <w:pPr>
        <w:spacing w:after="40"/>
      </w:pPr>
      <w:r>
        <w:rPr>
          <w:b/>
          <w:sz w:val="22"/>
        </w:rPr>
        <w:t>44. B</w:t>
      </w:r>
      <w:r>
        <w:rPr>
          <w:color w:val="787068"/>
          <w:sz w:val="18"/>
        </w:rPr>
        <w:t xml:space="preserve">  [Saat - quarter past]</w:t>
      </w:r>
      <w:r>
        <w:rPr>
          <w:sz w:val="19"/>
        </w:rPr>
        <w:t xml:space="preserve">  ⚡ Çeyrek GEGE = ayni saat + past: 5:15 = quarter past five. 'to' gelecek saat, 'past' geçen dakika.</w:t>
      </w:r>
    </w:p>
    <w:p>
      <w:pPr>
        <w:spacing w:after="40"/>
      </w:pPr>
      <w:r>
        <w:rPr>
          <w:b/>
          <w:sz w:val="22"/>
        </w:rPr>
        <w:t>45. D</w:t>
      </w:r>
      <w:r>
        <w:rPr>
          <w:color w:val="787068"/>
          <w:sz w:val="18"/>
        </w:rPr>
        <w:t xml:space="preserve">  [Saat - half past (diyalog)]</w:t>
      </w:r>
      <w:r>
        <w:rPr>
          <w:sz w:val="19"/>
        </w:rPr>
        <w:t xml:space="preserve">  ⚡ 'nine thirty' = buçuk = half past nine. 30 dakika daima 'half past'.</w:t>
      </w:r>
    </w:p>
    <w:p>
      <w:pPr>
        <w:spacing w:after="40"/>
      </w:pPr>
      <w:r>
        <w:rPr>
          <w:b/>
          <w:sz w:val="22"/>
        </w:rPr>
        <w:t>46. A</w:t>
      </w:r>
      <w:r>
        <w:rPr>
          <w:color w:val="787068"/>
          <w:sz w:val="18"/>
        </w:rPr>
        <w:t xml:space="preserve">  [Saat - o'clock vs clock (diyalog)]</w:t>
      </w:r>
      <w:r>
        <w:rPr>
          <w:sz w:val="19"/>
        </w:rPr>
        <w:t xml:space="preserve">  ⚡ Tam saatte 'o'clock'. 'clock' duvar saati (nesne), 'time' zaman. Karistirma.</w:t>
      </w:r>
    </w:p>
    <w:p>
      <w:pPr>
        <w:spacing w:after="40"/>
      </w:pPr>
      <w:r>
        <w:rPr>
          <w:b/>
          <w:sz w:val="22"/>
        </w:rPr>
        <w:t>47. B</w:t>
      </w:r>
      <w:r>
        <w:rPr>
          <w:color w:val="787068"/>
          <w:sz w:val="18"/>
        </w:rPr>
        <w:t xml:space="preserve">  [Cloze - Present Simple (3 bosluk)]</w:t>
      </w:r>
      <w:r>
        <w:rPr>
          <w:sz w:val="19"/>
        </w:rPr>
        <w:t xml:space="preserve">  ⚡ father=he: gets + has + goes. Üç boşluk da 3. tekil; 'has' ozel çekim (have-&gt;has).</w:t>
      </w:r>
    </w:p>
    <w:p>
      <w:pPr>
        <w:spacing w:after="40"/>
      </w:pPr>
      <w:r>
        <w:rPr>
          <w:b/>
          <w:sz w:val="22"/>
        </w:rPr>
        <w:t>48. D</w:t>
      </w:r>
      <w:r>
        <w:rPr>
          <w:color w:val="787068"/>
          <w:sz w:val="18"/>
        </w:rPr>
        <w:t xml:space="preserve">  [Dogru cumleyi seç - Present Simple]</w:t>
      </w:r>
      <w:r>
        <w:rPr>
          <w:sz w:val="19"/>
        </w:rPr>
        <w:t xml:space="preserve">  ⚡ brother=he -&gt; goes (go YANLIS); 'is go' olmaz (to be + yalin fiil YANLIS); saat 'at' alir (in eight o'clock YANLIS).</w:t>
      </w:r>
    </w:p>
    <w:p>
      <w:pPr>
        <w:spacing w:after="40"/>
      </w:pPr>
      <w:r>
        <w:rPr>
          <w:b/>
          <w:sz w:val="22"/>
        </w:rPr>
        <w:t>49. C</w:t>
      </w:r>
      <w:r>
        <w:rPr>
          <w:color w:val="787068"/>
          <w:sz w:val="18"/>
        </w:rPr>
        <w:t xml:space="preserve">  [Dogru cumleyi seç - olumsuz]</w:t>
      </w:r>
      <w:r>
        <w:rPr>
          <w:sz w:val="19"/>
        </w:rPr>
        <w:t xml:space="preserve">  ⚡ doesn't + V1 (likes YANLIS); she -&gt; doesn't (don't YANLIS); olumsuzda yardimci fiil sart ('not like' YANLIS).</w:t>
      </w:r>
    </w:p>
    <w:p>
      <w:pPr>
        <w:spacing w:after="40"/>
      </w:pPr>
      <w:r>
        <w:rPr>
          <w:b/>
          <w:sz w:val="22"/>
        </w:rPr>
        <w:t>50. C</w:t>
      </w:r>
      <w:r>
        <w:rPr>
          <w:color w:val="787068"/>
          <w:sz w:val="18"/>
        </w:rPr>
        <w:t xml:space="preserve">  [Metin - dogru/yanlis]</w:t>
      </w:r>
      <w:r>
        <w:rPr>
          <w:sz w:val="19"/>
        </w:rPr>
        <w:t xml:space="preserve">  ⚡ Metin 'At the weekend, he gets up late' diyor -&gt; 'early' YANLIS. Digerleri metne birebir uyuyor.</w:t>
      </w:r>
    </w:p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 tum formlar (3. tekil -s, do/does soru, olumsuz, kisa cevap, belirtec ayrimi), Daily Routines (ogun, gunluk eylem, cikarim), Body Parts (organ + semptom -&gt; agri adi), Unit 1 fiilleri + verb to be (olus cümlesi, soru, kisa cevap), before / after (tek yonlu, karsit kutup), in / on / at (saat, gun, gun+bolum, tarih, ozel gun, ay, mevsim, the weekend, night, midnight), Saat soyleme (o'clock, half past, quarter past / to, What time)</w:t>
        <w:br/>
        <w:t>• Seviye: Zor + Çok Zor + Ultra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