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jc w:val="center"/>
      </w:pPr>
      <w:r>
        <w:rPr>
          <w:b/>
          <w:sz w:val="30"/>
        </w:rPr>
        <w:t>5. Sınıf İngilizce - Ünite 1 My Day · Paragraf (Okuma-Anlama) Testi</w:t>
      </w:r>
    </w:p>
    <w:p>
      <w:pPr>
        <w:jc w:val="center"/>
      </w:pPr>
      <w:r>
        <w:rPr>
          <w:color w:val="6E6860"/>
          <w:sz w:val="19"/>
        </w:rPr>
        <w:t>Kapsam: Paragraf okuma-anlama (10 paragraf) · Present Simple, Daily Routines, Body Parts, to be, before/after, in/on/at, saat</w:t>
      </w:r>
    </w:p>
    <w:p>
      <w:pPr>
        <w:jc w:val="center"/>
      </w:pPr>
      <w:r>
        <w:rPr>
          <w:color w:val="6E6860"/>
          <w:sz w:val="19"/>
        </w:rPr>
        <w:t>50 soru · 4 seçenekli · 5. Sınıf · Ünite 1 · Seviye: Zor + Çok Zor + Ultra Zor</w:t>
      </w:r>
    </w:p>
    <w:p>
      <w:r>
        <w:rPr>
          <w:sz w:val="21"/>
        </w:rPr>
        <w:t>Ad Soyad: .............................................        Puan: ............</w:t>
      </w:r>
    </w:p>
    <w:p>
      <w:r>
        <w:rPr>
          <w:i/>
          <w:color w:val="6E6860"/>
          <w:sz w:val="21"/>
        </w:rPr>
        <w:t>Aşağıdaki sorularda doğru seçeneği işaretleyin.</w:t>
      </w:r>
    </w:p>
    <w:p/>
    <w:p>
      <w:pPr>
        <w:spacing w:after="20"/>
      </w:pPr>
      <w:r>
        <w:rPr>
          <w:b/>
          <w:sz w:val="21"/>
        </w:rPr>
        <w:t>Aşağıdaki paragrafa göre cevaplayın:</w:t>
      </w:r>
    </w:p>
    <w:p>
      <w:pPr>
        <w:keepNext/>
        <w:keepLines/>
        <w:spacing w:after="120"/>
        <w:ind w:left="227" w:right="227"/>
      </w:pPr>
      <w:r>
        <w:rPr>
          <w:i/>
          <w:sz w:val="24"/>
        </w:rPr>
        <w:t>Ali is a student. He gets up at seven o'clock every morning. He washes his face and brushes his teeth. Then he has breakfast with his family. He eats bread, cheese and eggs. He drinks milk. Ali goes to school at eight o'clock. His school is near his home, so he walks to school. He likes his school and his friends.</w:t>
      </w:r>
    </w:p>
    <w:p>
      <w:pPr>
        <w:keepNext/>
        <w:keepLines/>
        <w:spacing w:after="40"/>
      </w:pPr>
      <w:r>
        <w:rPr>
          <w:b/>
          <w:sz w:val="24"/>
        </w:rPr>
        <w:t xml:space="preserve">1. </w:t>
      </w:r>
      <w:r>
        <w:rPr>
          <w:sz w:val="24"/>
        </w:rPr>
        <w:t>What time does Ali get up every morning?</w:t>
      </w:r>
    </w:p>
    <w:p>
      <w:pPr>
        <w:keepNext/>
        <w:keepLines/>
        <w:tabs>
          <w:tab w:pos="720" w:val="left"/>
          <w:tab w:pos="3129" w:val="left"/>
          <w:tab w:pos="5539" w:val="left"/>
          <w:tab w:pos="7948" w:val="left"/>
        </w:tabs>
        <w:spacing w:before="20" w:after="40"/>
      </w:pPr>
      <w:r>
        <w:tab/>
      </w:r>
      <w:r>
        <w:rPr>
          <w:sz w:val="24"/>
        </w:rPr>
        <w:t>A) six o'clock</w:t>
      </w:r>
      <w:r>
        <w:tab/>
      </w:r>
      <w:r>
        <w:rPr>
          <w:sz w:val="24"/>
        </w:rPr>
        <w:t>B) seven o'clock</w:t>
      </w:r>
      <w:r>
        <w:tab/>
      </w:r>
      <w:r>
        <w:rPr>
          <w:sz w:val="24"/>
        </w:rPr>
        <w:t>C) eight o'clock</w:t>
      </w:r>
      <w:r>
        <w:tab/>
      </w:r>
      <w:r>
        <w:rPr>
          <w:sz w:val="24"/>
        </w:rPr>
        <w:t>D) nine o'clock</w:t>
      </w:r>
    </w:p>
    <w:p>
      <w:pPr>
        <w:spacing w:after="40"/>
      </w:pPr>
    </w:p>
    <w:p>
      <w:pPr>
        <w:keepNext/>
        <w:keepLines/>
        <w:spacing w:after="40"/>
      </w:pPr>
      <w:r>
        <w:rPr>
          <w:b/>
          <w:sz w:val="24"/>
        </w:rPr>
        <w:t xml:space="preserve">2. </w:t>
      </w:r>
      <w:r>
        <w:rPr>
          <w:sz w:val="24"/>
        </w:rPr>
        <w:t>What does Ali have for breakfast?</w:t>
      </w:r>
    </w:p>
    <w:p>
      <w:pPr>
        <w:keepNext/>
        <w:keepLines/>
        <w:tabs>
          <w:tab w:pos="720" w:val="left"/>
          <w:tab w:pos="5179" w:val="left"/>
        </w:tabs>
        <w:spacing w:before="20" w:after="40"/>
      </w:pPr>
      <w:r>
        <w:tab/>
      </w:r>
      <w:r>
        <w:rPr>
          <w:sz w:val="24"/>
        </w:rPr>
        <w:t>A) fruit and vegetables</w:t>
      </w:r>
      <w:r>
        <w:tab/>
      </w:r>
      <w:r>
        <w:rPr>
          <w:sz w:val="24"/>
        </w:rPr>
        <w:t>B) cake and juice</w:t>
      </w:r>
    </w:p>
    <w:p>
      <w:pPr>
        <w:keepNext/>
        <w:keepLines/>
        <w:tabs>
          <w:tab w:pos="720" w:val="left"/>
          <w:tab w:pos="5179" w:val="left"/>
        </w:tabs>
        <w:spacing w:before="20" w:after="40"/>
      </w:pPr>
      <w:r>
        <w:tab/>
      </w:r>
      <w:r>
        <w:rPr>
          <w:sz w:val="24"/>
        </w:rPr>
        <w:t>C) bread, cheese and eggs</w:t>
      </w:r>
      <w:r>
        <w:tab/>
      </w:r>
      <w:r>
        <w:rPr>
          <w:sz w:val="24"/>
        </w:rPr>
        <w:t>D) milk and honey</w:t>
      </w:r>
    </w:p>
    <w:p>
      <w:pPr>
        <w:spacing w:after="40"/>
      </w:pPr>
    </w:p>
    <w:p>
      <w:pPr>
        <w:keepNext/>
        <w:keepLines/>
        <w:spacing w:after="40"/>
      </w:pPr>
      <w:r>
        <w:rPr>
          <w:b/>
          <w:sz w:val="24"/>
        </w:rPr>
        <w:t xml:space="preserve">3. </w:t>
      </w:r>
      <w:r>
        <w:rPr>
          <w:sz w:val="24"/>
        </w:rPr>
        <w:t>How does Ali go to school?</w:t>
      </w:r>
    </w:p>
    <w:p>
      <w:pPr>
        <w:keepNext/>
        <w:keepLines/>
        <w:tabs>
          <w:tab w:pos="720" w:val="left"/>
          <w:tab w:pos="5179" w:val="left"/>
        </w:tabs>
        <w:spacing w:before="20" w:after="40"/>
      </w:pPr>
      <w:r>
        <w:tab/>
      </w:r>
      <w:r>
        <w:rPr>
          <w:sz w:val="24"/>
        </w:rPr>
        <w:t>A) He goes by bus.</w:t>
      </w:r>
      <w:r>
        <w:tab/>
      </w:r>
      <w:r>
        <w:rPr>
          <w:sz w:val="24"/>
        </w:rPr>
        <w:t>B) He goes by car.</w:t>
      </w:r>
    </w:p>
    <w:p>
      <w:pPr>
        <w:keepNext/>
        <w:keepLines/>
        <w:tabs>
          <w:tab w:pos="720" w:val="left"/>
          <w:tab w:pos="5179" w:val="left"/>
        </w:tabs>
        <w:spacing w:before="20" w:after="40"/>
      </w:pPr>
      <w:r>
        <w:tab/>
      </w:r>
      <w:r>
        <w:rPr>
          <w:sz w:val="24"/>
        </w:rPr>
        <w:t>C) He goes by bicycle.</w:t>
      </w:r>
      <w:r>
        <w:tab/>
      </w:r>
      <w:r>
        <w:rPr>
          <w:sz w:val="24"/>
        </w:rPr>
        <w:t>D) He walks to school.</w:t>
      </w:r>
    </w:p>
    <w:p>
      <w:pPr>
        <w:spacing w:after="40"/>
      </w:pPr>
    </w:p>
    <w:p>
      <w:pPr>
        <w:keepNext/>
        <w:keepLines/>
        <w:spacing w:after="40"/>
      </w:pPr>
      <w:r>
        <w:rPr>
          <w:b/>
          <w:sz w:val="24"/>
        </w:rPr>
        <w:t xml:space="preserve">4. </w:t>
      </w:r>
      <w:r>
        <w:rPr>
          <w:sz w:val="24"/>
        </w:rPr>
        <w:t>Why does Ali walk to school?</w:t>
      </w:r>
    </w:p>
    <w:p>
      <w:pPr>
        <w:keepNext/>
        <w:keepLines/>
        <w:tabs>
          <w:tab w:pos="720" w:val="left"/>
        </w:tabs>
        <w:spacing w:before="20" w:after="40"/>
      </w:pPr>
      <w:r>
        <w:tab/>
      </w:r>
      <w:r>
        <w:rPr>
          <w:sz w:val="24"/>
        </w:rPr>
        <w:t>A) Because he likes to run.</w:t>
      </w:r>
    </w:p>
    <w:p>
      <w:pPr>
        <w:keepNext/>
        <w:keepLines/>
        <w:tabs>
          <w:tab w:pos="720" w:val="left"/>
        </w:tabs>
        <w:spacing w:before="20" w:after="40"/>
      </w:pPr>
      <w:r>
        <w:tab/>
      </w:r>
      <w:r>
        <w:rPr>
          <w:sz w:val="24"/>
        </w:rPr>
        <w:t>B) Because his school is close to his home.</w:t>
      </w:r>
    </w:p>
    <w:p>
      <w:pPr>
        <w:keepNext/>
        <w:keepLines/>
        <w:tabs>
          <w:tab w:pos="720" w:val="left"/>
        </w:tabs>
        <w:spacing w:before="20" w:after="40"/>
      </w:pPr>
      <w:r>
        <w:tab/>
      </w:r>
      <w:r>
        <w:rPr>
          <w:sz w:val="24"/>
        </w:rPr>
        <w:t>C) Because he has no bicycle.</w:t>
      </w:r>
    </w:p>
    <w:p>
      <w:pPr>
        <w:keepNext/>
        <w:keepLines/>
        <w:tabs>
          <w:tab w:pos="720" w:val="left"/>
        </w:tabs>
        <w:spacing w:before="20" w:after="40"/>
      </w:pPr>
      <w:r>
        <w:tab/>
      </w:r>
      <w:r>
        <w:rPr>
          <w:sz w:val="24"/>
        </w:rPr>
        <w:t>D) Because the bus is late.</w:t>
      </w:r>
    </w:p>
    <w:p>
      <w:pPr>
        <w:spacing w:after="40"/>
      </w:pPr>
    </w:p>
    <w:p>
      <w:pPr>
        <w:keepNext/>
        <w:keepLines/>
        <w:spacing w:after="40"/>
      </w:pPr>
      <w:r>
        <w:rPr>
          <w:b/>
          <w:sz w:val="24"/>
        </w:rPr>
        <w:t xml:space="preserve">5. </w:t>
      </w:r>
      <w:r>
        <w:rPr>
          <w:sz w:val="24"/>
        </w:rPr>
        <w:t>Which sentence is TRUE about Ali?</w:t>
      </w:r>
    </w:p>
    <w:p>
      <w:pPr>
        <w:keepNext/>
        <w:keepLines/>
        <w:tabs>
          <w:tab w:pos="720" w:val="left"/>
        </w:tabs>
        <w:spacing w:before="20" w:after="40"/>
      </w:pPr>
      <w:r>
        <w:tab/>
      </w:r>
      <w:r>
        <w:rPr>
          <w:sz w:val="24"/>
        </w:rPr>
        <w:t>A) Ali likes his school and his friends.</w:t>
      </w:r>
    </w:p>
    <w:p>
      <w:pPr>
        <w:keepNext/>
        <w:keepLines/>
        <w:tabs>
          <w:tab w:pos="720" w:val="left"/>
        </w:tabs>
        <w:spacing w:before="20" w:after="40"/>
      </w:pPr>
      <w:r>
        <w:tab/>
      </w:r>
      <w:r>
        <w:rPr>
          <w:sz w:val="24"/>
        </w:rPr>
        <w:t>B) Ali gets up at eight o'clock.</w:t>
      </w:r>
    </w:p>
    <w:p>
      <w:pPr>
        <w:keepNext/>
        <w:keepLines/>
        <w:tabs>
          <w:tab w:pos="720" w:val="left"/>
        </w:tabs>
        <w:spacing w:before="20" w:after="40"/>
      </w:pPr>
      <w:r>
        <w:tab/>
      </w:r>
      <w:r>
        <w:rPr>
          <w:sz w:val="24"/>
        </w:rPr>
        <w:t>C) Ali has breakfast at school.</w:t>
      </w:r>
    </w:p>
    <w:p>
      <w:pPr>
        <w:keepNext/>
        <w:keepLines/>
        <w:tabs>
          <w:tab w:pos="720" w:val="left"/>
        </w:tabs>
        <w:spacing w:before="20" w:after="40"/>
      </w:pPr>
      <w:r>
        <w:tab/>
      </w:r>
      <w:r>
        <w:rPr>
          <w:sz w:val="24"/>
        </w:rPr>
        <w:t>D) Ali goes to school by bus.</w:t>
      </w:r>
    </w:p>
    <w:p>
      <w:pPr>
        <w:spacing w:after="40"/>
      </w:pPr>
    </w:p>
    <w:p>
      <w:pPr>
        <w:spacing w:after="20"/>
      </w:pPr>
      <w:r>
        <w:rPr>
          <w:b/>
          <w:sz w:val="21"/>
        </w:rPr>
        <w:t>Aşağıdaki paragrafa göre cevaplayın:</w:t>
      </w:r>
    </w:p>
    <w:p>
      <w:pPr>
        <w:keepNext/>
        <w:keepLines/>
        <w:spacing w:after="120"/>
        <w:ind w:left="227" w:right="227"/>
      </w:pPr>
      <w:r>
        <w:rPr>
          <w:i/>
          <w:sz w:val="24"/>
        </w:rPr>
        <w:t>At the weekend, Sara does not go to school. She gets up late and has a big breakfast. On Saturday, she helps her mother at home. In the afternoon, she plays football with her friends in the park. On Sunday morning, she visits her grandmother. They drink tea and talk. In the evening, Sara does her homework and goes to bed early.</w:t>
      </w:r>
    </w:p>
    <w:p>
      <w:pPr>
        <w:keepNext/>
        <w:keepLines/>
        <w:spacing w:after="40"/>
      </w:pPr>
      <w:r>
        <w:rPr>
          <w:b/>
          <w:sz w:val="24"/>
        </w:rPr>
        <w:t xml:space="preserve">6. </w:t>
      </w:r>
      <w:r>
        <w:rPr>
          <w:sz w:val="24"/>
        </w:rPr>
        <w:t>When does Sara get up late?</w:t>
      </w:r>
    </w:p>
    <w:p>
      <w:pPr>
        <w:keepNext/>
        <w:keepLines/>
        <w:tabs>
          <w:tab w:pos="720" w:val="left"/>
          <w:tab w:pos="3129" w:val="left"/>
          <w:tab w:pos="5539" w:val="left"/>
          <w:tab w:pos="7948" w:val="left"/>
        </w:tabs>
        <w:spacing w:before="20" w:after="40"/>
      </w:pPr>
      <w:r>
        <w:tab/>
      </w:r>
      <w:r>
        <w:rPr>
          <w:sz w:val="24"/>
        </w:rPr>
        <w:t>A) On Monday</w:t>
      </w:r>
      <w:r>
        <w:tab/>
      </w:r>
      <w:r>
        <w:rPr>
          <w:sz w:val="24"/>
        </w:rPr>
        <w:t>B) In the morning</w:t>
      </w:r>
      <w:r>
        <w:tab/>
      </w:r>
      <w:r>
        <w:rPr>
          <w:sz w:val="24"/>
        </w:rPr>
        <w:t>C) On Friday</w:t>
      </w:r>
      <w:r>
        <w:tab/>
      </w:r>
      <w:r>
        <w:rPr>
          <w:sz w:val="24"/>
        </w:rPr>
        <w:t>D) At the weekend</w:t>
      </w:r>
    </w:p>
    <w:p>
      <w:pPr>
        <w:spacing w:after="40"/>
      </w:pPr>
    </w:p>
    <w:p>
      <w:pPr>
        <w:keepNext/>
        <w:keepLines/>
        <w:spacing w:after="40"/>
      </w:pPr>
      <w:r>
        <w:rPr>
          <w:b/>
          <w:sz w:val="24"/>
        </w:rPr>
        <w:t xml:space="preserve">7. </w:t>
      </w:r>
      <w:r>
        <w:rPr>
          <w:sz w:val="24"/>
        </w:rPr>
        <w:t>What does Sara do on Saturday?</w:t>
      </w:r>
    </w:p>
    <w:p>
      <w:pPr>
        <w:keepNext/>
        <w:keepLines/>
        <w:tabs>
          <w:tab w:pos="720" w:val="left"/>
          <w:tab w:pos="5179" w:val="left"/>
        </w:tabs>
        <w:spacing w:before="20" w:after="40"/>
      </w:pPr>
      <w:r>
        <w:tab/>
      </w:r>
      <w:r>
        <w:rPr>
          <w:sz w:val="24"/>
        </w:rPr>
        <w:t>A) She plays football in the park.</w:t>
      </w:r>
      <w:r>
        <w:tab/>
      </w:r>
      <w:r>
        <w:rPr>
          <w:sz w:val="24"/>
        </w:rPr>
        <w:t>B) She visits her grandmother.</w:t>
      </w:r>
    </w:p>
    <w:p>
      <w:pPr>
        <w:keepNext/>
        <w:keepLines/>
        <w:tabs>
          <w:tab w:pos="720" w:val="left"/>
          <w:tab w:pos="5179" w:val="left"/>
        </w:tabs>
        <w:spacing w:before="20" w:after="40"/>
      </w:pPr>
      <w:r>
        <w:tab/>
      </w:r>
      <w:r>
        <w:rPr>
          <w:sz w:val="24"/>
        </w:rPr>
        <w:t>C) She helps her mother at home.</w:t>
      </w:r>
      <w:r>
        <w:tab/>
      </w:r>
      <w:r>
        <w:rPr>
          <w:sz w:val="24"/>
        </w:rPr>
        <w:t>D) She does her homework.</w:t>
      </w:r>
    </w:p>
    <w:p>
      <w:pPr>
        <w:spacing w:after="40"/>
      </w:pPr>
    </w:p>
    <w:p>
      <w:pPr>
        <w:keepNext/>
        <w:keepLines/>
        <w:spacing w:after="40"/>
      </w:pPr>
      <w:r>
        <w:rPr>
          <w:b/>
          <w:sz w:val="24"/>
        </w:rPr>
        <w:t xml:space="preserve">8. </w:t>
      </w:r>
      <w:r>
        <w:rPr>
          <w:sz w:val="24"/>
        </w:rPr>
        <w:t>Where does Sara play football?</w:t>
      </w:r>
    </w:p>
    <w:p>
      <w:pPr>
        <w:keepNext/>
        <w:keepLines/>
        <w:tabs>
          <w:tab w:pos="720" w:val="left"/>
          <w:tab w:pos="3129" w:val="left"/>
          <w:tab w:pos="5539" w:val="left"/>
          <w:tab w:pos="7948" w:val="left"/>
        </w:tabs>
        <w:spacing w:before="20" w:after="40"/>
      </w:pPr>
      <w:r>
        <w:tab/>
      </w:r>
      <w:r>
        <w:rPr>
          <w:sz w:val="24"/>
        </w:rPr>
        <w:t>A) at school</w:t>
      </w:r>
      <w:r>
        <w:tab/>
      </w:r>
      <w:r>
        <w:rPr>
          <w:sz w:val="24"/>
        </w:rPr>
        <w:t>B) in the garden</w:t>
      </w:r>
      <w:r>
        <w:tab/>
      </w:r>
      <w:r>
        <w:rPr>
          <w:sz w:val="24"/>
        </w:rPr>
        <w:t>C) at home</w:t>
      </w:r>
      <w:r>
        <w:tab/>
      </w:r>
      <w:r>
        <w:rPr>
          <w:sz w:val="24"/>
        </w:rPr>
        <w:t>D) in the park</w:t>
      </w:r>
    </w:p>
    <w:p>
      <w:pPr>
        <w:spacing w:after="40"/>
      </w:pPr>
    </w:p>
    <w:p>
      <w:pPr>
        <w:keepNext/>
        <w:keepLines/>
        <w:spacing w:after="40"/>
      </w:pPr>
      <w:r>
        <w:rPr>
          <w:b/>
          <w:sz w:val="24"/>
        </w:rPr>
        <w:t xml:space="preserve">9. </w:t>
      </w:r>
      <w:r>
        <w:rPr>
          <w:sz w:val="24"/>
        </w:rPr>
        <w:t>Who does Sara visit on Sunday morning?</w:t>
      </w:r>
    </w:p>
    <w:p>
      <w:pPr>
        <w:keepNext/>
        <w:keepLines/>
        <w:tabs>
          <w:tab w:pos="720" w:val="left"/>
          <w:tab w:pos="5179" w:val="left"/>
        </w:tabs>
        <w:spacing w:before="20" w:after="40"/>
      </w:pPr>
      <w:r>
        <w:tab/>
      </w:r>
      <w:r>
        <w:rPr>
          <w:sz w:val="24"/>
        </w:rPr>
        <w:t>A) her mother</w:t>
      </w:r>
      <w:r>
        <w:tab/>
      </w:r>
      <w:r>
        <w:rPr>
          <w:sz w:val="24"/>
        </w:rPr>
        <w:t>B) her grandmother</w:t>
      </w:r>
    </w:p>
    <w:p>
      <w:pPr>
        <w:keepNext/>
        <w:keepLines/>
        <w:tabs>
          <w:tab w:pos="720" w:val="left"/>
          <w:tab w:pos="5179" w:val="left"/>
        </w:tabs>
        <w:spacing w:before="20" w:after="40"/>
      </w:pPr>
      <w:r>
        <w:tab/>
      </w:r>
      <w:r>
        <w:rPr>
          <w:sz w:val="24"/>
        </w:rPr>
        <w:t>C) her friend</w:t>
      </w:r>
      <w:r>
        <w:tab/>
      </w:r>
      <w:r>
        <w:rPr>
          <w:sz w:val="24"/>
        </w:rPr>
        <w:t>D) her teacher</w:t>
      </w:r>
    </w:p>
    <w:p>
      <w:pPr>
        <w:spacing w:after="40"/>
      </w:pPr>
    </w:p>
    <w:p>
      <w:pPr>
        <w:keepNext/>
        <w:keepLines/>
        <w:spacing w:after="40"/>
      </w:pPr>
      <w:r>
        <w:rPr>
          <w:b/>
          <w:sz w:val="24"/>
        </w:rPr>
        <w:t xml:space="preserve">10. </w:t>
      </w:r>
      <w:r>
        <w:rPr>
          <w:sz w:val="24"/>
        </w:rPr>
        <w:t>What is the best title for this text?</w:t>
      </w:r>
    </w:p>
    <w:p>
      <w:pPr>
        <w:keepNext/>
        <w:keepLines/>
        <w:tabs>
          <w:tab w:pos="720" w:val="left"/>
          <w:tab w:pos="5179" w:val="left"/>
        </w:tabs>
        <w:spacing w:before="20" w:after="40"/>
      </w:pPr>
      <w:r>
        <w:tab/>
      </w:r>
      <w:r>
        <w:rPr>
          <w:sz w:val="24"/>
        </w:rPr>
        <w:t>A) Sara's School</w:t>
      </w:r>
      <w:r>
        <w:tab/>
      </w:r>
      <w:r>
        <w:rPr>
          <w:sz w:val="24"/>
        </w:rPr>
        <w:t>B) Sara's Weekend</w:t>
      </w:r>
    </w:p>
    <w:p>
      <w:pPr>
        <w:keepNext/>
        <w:keepLines/>
        <w:tabs>
          <w:tab w:pos="720" w:val="left"/>
          <w:tab w:pos="5179" w:val="left"/>
        </w:tabs>
        <w:spacing w:before="20" w:after="40"/>
      </w:pPr>
      <w:r>
        <w:tab/>
      </w:r>
      <w:r>
        <w:rPr>
          <w:sz w:val="24"/>
        </w:rPr>
        <w:t>C) Sara's Breakfast</w:t>
      </w:r>
      <w:r>
        <w:tab/>
      </w:r>
      <w:r>
        <w:rPr>
          <w:sz w:val="24"/>
        </w:rPr>
        <w:t>D) Sara's Teacher</w:t>
      </w:r>
    </w:p>
    <w:p>
      <w:pPr>
        <w:spacing w:after="40"/>
      </w:pPr>
    </w:p>
    <w:p>
      <w:pPr>
        <w:spacing w:after="20"/>
      </w:pPr>
      <w:r>
        <w:rPr>
          <w:b/>
          <w:sz w:val="21"/>
        </w:rPr>
        <w:t>Aşağıdaki paragrafa göre cevaplayın:</w:t>
      </w:r>
    </w:p>
    <w:p>
      <w:pPr>
        <w:keepNext/>
        <w:keepLines/>
        <w:spacing w:after="120"/>
        <w:ind w:left="227" w:right="227"/>
      </w:pPr>
      <w:r>
        <w:rPr>
          <w:i/>
          <w:sz w:val="24"/>
        </w:rPr>
        <w:t>I am Deniz. I have a big family. My father is a doctor and my mother is a teacher. I have one brother and two sisters. My brother is ten and my sisters are six. We live in a big house near the sea. My grandmother lives with us. She is old and very kind. In the evening, we eat dinner together and watch TV.</w:t>
      </w:r>
    </w:p>
    <w:p>
      <w:pPr>
        <w:keepNext/>
        <w:keepLines/>
        <w:spacing w:after="40"/>
      </w:pPr>
      <w:r>
        <w:rPr>
          <w:b/>
          <w:sz w:val="24"/>
        </w:rPr>
        <w:t xml:space="preserve">11. </w:t>
      </w:r>
      <w:r>
        <w:rPr>
          <w:sz w:val="24"/>
        </w:rPr>
        <w:t>What is Deniz's father's job?</w:t>
      </w:r>
    </w:p>
    <w:p>
      <w:pPr>
        <w:keepNext/>
        <w:keepLines/>
        <w:tabs>
          <w:tab w:pos="720" w:val="left"/>
          <w:tab w:pos="5179" w:val="left"/>
        </w:tabs>
        <w:spacing w:before="20" w:after="40"/>
      </w:pPr>
      <w:r>
        <w:tab/>
      </w:r>
      <w:r>
        <w:rPr>
          <w:sz w:val="24"/>
        </w:rPr>
        <w:t>A) He is a doctor.</w:t>
      </w:r>
      <w:r>
        <w:tab/>
      </w:r>
      <w:r>
        <w:rPr>
          <w:sz w:val="24"/>
        </w:rPr>
        <w:t>B) He is a teacher.</w:t>
      </w:r>
    </w:p>
    <w:p>
      <w:pPr>
        <w:keepNext/>
        <w:keepLines/>
        <w:tabs>
          <w:tab w:pos="720" w:val="left"/>
          <w:tab w:pos="5179" w:val="left"/>
        </w:tabs>
        <w:spacing w:before="20" w:after="40"/>
      </w:pPr>
      <w:r>
        <w:tab/>
      </w:r>
      <w:r>
        <w:rPr>
          <w:sz w:val="24"/>
        </w:rPr>
        <w:t>C) He is a driver.</w:t>
      </w:r>
      <w:r>
        <w:tab/>
      </w:r>
      <w:r>
        <w:rPr>
          <w:sz w:val="24"/>
        </w:rPr>
        <w:t>D) He is a dentist.</w:t>
      </w:r>
    </w:p>
    <w:p>
      <w:pPr>
        <w:spacing w:after="40"/>
      </w:pPr>
    </w:p>
    <w:p>
      <w:pPr>
        <w:keepNext/>
        <w:keepLines/>
        <w:spacing w:after="40"/>
      </w:pPr>
      <w:r>
        <w:rPr>
          <w:b/>
          <w:sz w:val="24"/>
        </w:rPr>
        <w:t xml:space="preserve">12. </w:t>
      </w:r>
      <w:r>
        <w:rPr>
          <w:sz w:val="24"/>
        </w:rPr>
        <w:t>How many sisters does Deniz have?</w:t>
      </w:r>
    </w:p>
    <w:p>
      <w:pPr>
        <w:keepNext/>
        <w:keepLines/>
        <w:tabs>
          <w:tab w:pos="720" w:val="left"/>
          <w:tab w:pos="3129" w:val="left"/>
          <w:tab w:pos="5539" w:val="left"/>
          <w:tab w:pos="7948" w:val="left"/>
        </w:tabs>
        <w:spacing w:before="20" w:after="40"/>
      </w:pPr>
      <w:r>
        <w:tab/>
      </w:r>
      <w:r>
        <w:rPr>
          <w:sz w:val="24"/>
        </w:rPr>
        <w:t>A) one</w:t>
      </w:r>
      <w:r>
        <w:tab/>
      </w:r>
      <w:r>
        <w:rPr>
          <w:sz w:val="24"/>
        </w:rPr>
        <w:t>B) three</w:t>
      </w:r>
      <w:r>
        <w:tab/>
      </w:r>
      <w:r>
        <w:rPr>
          <w:sz w:val="24"/>
        </w:rPr>
        <w:t>C) two</w:t>
      </w:r>
      <w:r>
        <w:tab/>
      </w:r>
      <w:r>
        <w:rPr>
          <w:sz w:val="24"/>
        </w:rPr>
        <w:t>D) four</w:t>
      </w:r>
    </w:p>
    <w:p>
      <w:pPr>
        <w:spacing w:after="40"/>
      </w:pPr>
    </w:p>
    <w:p>
      <w:pPr>
        <w:keepNext/>
        <w:keepLines/>
        <w:spacing w:after="40"/>
      </w:pPr>
      <w:r>
        <w:rPr>
          <w:b/>
          <w:sz w:val="24"/>
        </w:rPr>
        <w:t xml:space="preserve">13. </w:t>
      </w:r>
      <w:r>
        <w:rPr>
          <w:sz w:val="24"/>
        </w:rPr>
        <w:t>Where do they live?</w:t>
      </w:r>
    </w:p>
    <w:p>
      <w:pPr>
        <w:keepNext/>
        <w:keepLines/>
        <w:tabs>
          <w:tab w:pos="720" w:val="left"/>
          <w:tab w:pos="5179" w:val="left"/>
        </w:tabs>
        <w:spacing w:before="20" w:after="40"/>
      </w:pPr>
      <w:r>
        <w:tab/>
      </w:r>
      <w:r>
        <w:rPr>
          <w:sz w:val="24"/>
        </w:rPr>
        <w:t>A) in a small house</w:t>
      </w:r>
      <w:r>
        <w:tab/>
      </w:r>
      <w:r>
        <w:rPr>
          <w:sz w:val="24"/>
        </w:rPr>
        <w:t>B) close to the school</w:t>
      </w:r>
    </w:p>
    <w:p>
      <w:pPr>
        <w:keepNext/>
        <w:keepLines/>
        <w:tabs>
          <w:tab w:pos="720" w:val="left"/>
          <w:tab w:pos="5179" w:val="left"/>
        </w:tabs>
        <w:spacing w:before="20" w:after="40"/>
      </w:pPr>
      <w:r>
        <w:tab/>
      </w:r>
      <w:r>
        <w:rPr>
          <w:sz w:val="24"/>
        </w:rPr>
        <w:t>C) in the city</w:t>
      </w:r>
      <w:r>
        <w:tab/>
      </w:r>
      <w:r>
        <w:rPr>
          <w:sz w:val="24"/>
        </w:rPr>
        <w:t>D) in a big house close to the sea</w:t>
      </w:r>
    </w:p>
    <w:p>
      <w:pPr>
        <w:spacing w:after="40"/>
      </w:pPr>
    </w:p>
    <w:p>
      <w:pPr>
        <w:keepNext/>
        <w:keepLines/>
        <w:spacing w:after="40"/>
      </w:pPr>
      <w:r>
        <w:rPr>
          <w:b/>
          <w:sz w:val="24"/>
        </w:rPr>
        <w:t xml:space="preserve">14. </w:t>
      </w:r>
      <w:r>
        <w:rPr>
          <w:sz w:val="24"/>
        </w:rPr>
        <w:t>Who lives with Deniz's family?</w:t>
      </w:r>
    </w:p>
    <w:p>
      <w:pPr>
        <w:keepNext/>
        <w:keepLines/>
        <w:tabs>
          <w:tab w:pos="720" w:val="left"/>
          <w:tab w:pos="5179" w:val="left"/>
        </w:tabs>
        <w:spacing w:before="20" w:after="40"/>
      </w:pPr>
      <w:r>
        <w:tab/>
      </w:r>
      <w:r>
        <w:rPr>
          <w:sz w:val="24"/>
        </w:rPr>
        <w:t>A) the grandmother</w:t>
      </w:r>
      <w:r>
        <w:tab/>
      </w:r>
      <w:r>
        <w:rPr>
          <w:sz w:val="24"/>
        </w:rPr>
        <w:t>B) the teacher</w:t>
      </w:r>
    </w:p>
    <w:p>
      <w:pPr>
        <w:keepNext/>
        <w:keepLines/>
        <w:tabs>
          <w:tab w:pos="720" w:val="left"/>
          <w:tab w:pos="5179" w:val="left"/>
        </w:tabs>
        <w:spacing w:before="20" w:after="40"/>
      </w:pPr>
      <w:r>
        <w:tab/>
      </w:r>
      <w:r>
        <w:rPr>
          <w:sz w:val="24"/>
        </w:rPr>
        <w:t>C) the doctor</w:t>
      </w:r>
      <w:r>
        <w:tab/>
      </w:r>
      <w:r>
        <w:rPr>
          <w:sz w:val="24"/>
        </w:rPr>
        <w:t>D) the brother</w:t>
      </w:r>
    </w:p>
    <w:p>
      <w:pPr>
        <w:spacing w:after="40"/>
      </w:pPr>
    </w:p>
    <w:p>
      <w:pPr>
        <w:keepNext/>
        <w:keepLines/>
        <w:spacing w:after="40"/>
      </w:pPr>
      <w:r>
        <w:rPr>
          <w:b/>
          <w:sz w:val="24"/>
        </w:rPr>
        <w:t xml:space="preserve">15. </w:t>
      </w:r>
      <w:r>
        <w:rPr>
          <w:sz w:val="24"/>
        </w:rPr>
        <w:t>What do they do together in the evening?</w:t>
      </w:r>
    </w:p>
    <w:p>
      <w:pPr>
        <w:keepNext/>
        <w:keepLines/>
        <w:tabs>
          <w:tab w:pos="720" w:val="left"/>
          <w:tab w:pos="5179" w:val="left"/>
        </w:tabs>
        <w:spacing w:before="20" w:after="40"/>
      </w:pPr>
      <w:r>
        <w:tab/>
      </w:r>
      <w:r>
        <w:rPr>
          <w:sz w:val="24"/>
        </w:rPr>
        <w:t>A) They play football.</w:t>
      </w:r>
      <w:r>
        <w:tab/>
      </w:r>
      <w:r>
        <w:rPr>
          <w:sz w:val="24"/>
        </w:rPr>
        <w:t>B) They do homework.</w:t>
      </w:r>
    </w:p>
    <w:p>
      <w:pPr>
        <w:keepNext/>
        <w:keepLines/>
        <w:tabs>
          <w:tab w:pos="720" w:val="left"/>
          <w:tab w:pos="5179" w:val="left"/>
        </w:tabs>
        <w:spacing w:before="20" w:after="40"/>
      </w:pPr>
      <w:r>
        <w:tab/>
      </w:r>
      <w:r>
        <w:rPr>
          <w:sz w:val="24"/>
        </w:rPr>
        <w:t>C) They eat dinner and watch TV.</w:t>
      </w:r>
      <w:r>
        <w:tab/>
      </w:r>
      <w:r>
        <w:rPr>
          <w:sz w:val="24"/>
        </w:rPr>
        <w:t>D) They drink tea.</w:t>
      </w:r>
    </w:p>
    <w:p>
      <w:pPr>
        <w:spacing w:after="40"/>
      </w:pPr>
    </w:p>
    <w:p>
      <w:pPr>
        <w:spacing w:after="20"/>
      </w:pPr>
      <w:r>
        <w:rPr>
          <w:b/>
          <w:sz w:val="21"/>
        </w:rPr>
        <w:t>Aşağıdaki paragrafa göre cevaplayın:</w:t>
      </w:r>
    </w:p>
    <w:p>
      <w:pPr>
        <w:keepNext/>
        <w:keepLines/>
        <w:spacing w:after="120"/>
        <w:ind w:left="227" w:right="227"/>
      </w:pPr>
      <w:r>
        <w:rPr>
          <w:i/>
          <w:sz w:val="24"/>
        </w:rPr>
        <w:t>Tom goes to school from Monday to Friday. His first lesson is English. He likes English because it is fun. At twelve o'clock, he eats lunch in the canteen. He plays with his friends in the playground after lunch. School finishes at three o'clock. Tom comes home and does his homework. Then he plays football with his brother.</w:t>
      </w:r>
    </w:p>
    <w:p>
      <w:pPr>
        <w:keepNext/>
        <w:keepLines/>
        <w:spacing w:after="40"/>
      </w:pPr>
      <w:r>
        <w:rPr>
          <w:b/>
          <w:sz w:val="24"/>
        </w:rPr>
        <w:t xml:space="preserve">16. </w:t>
      </w:r>
      <w:r>
        <w:rPr>
          <w:sz w:val="24"/>
        </w:rPr>
        <w:t>When does Tom go to school?</w:t>
      </w:r>
    </w:p>
    <w:p>
      <w:pPr>
        <w:keepNext/>
        <w:keepLines/>
        <w:tabs>
          <w:tab w:pos="720" w:val="left"/>
          <w:tab w:pos="5179" w:val="left"/>
        </w:tabs>
        <w:spacing w:before="20" w:after="40"/>
      </w:pPr>
      <w:r>
        <w:tab/>
      </w:r>
      <w:r>
        <w:rPr>
          <w:sz w:val="24"/>
        </w:rPr>
        <w:t>A) from Monday to Friday</w:t>
      </w:r>
      <w:r>
        <w:tab/>
      </w:r>
      <w:r>
        <w:rPr>
          <w:sz w:val="24"/>
        </w:rPr>
        <w:t>B) at the weekend</w:t>
      </w:r>
    </w:p>
    <w:p>
      <w:pPr>
        <w:keepNext/>
        <w:keepLines/>
        <w:tabs>
          <w:tab w:pos="720" w:val="left"/>
          <w:tab w:pos="5179" w:val="left"/>
        </w:tabs>
        <w:spacing w:before="20" w:after="40"/>
      </w:pPr>
      <w:r>
        <w:tab/>
      </w:r>
      <w:r>
        <w:rPr>
          <w:sz w:val="24"/>
        </w:rPr>
        <w:t>C) on Monday</w:t>
      </w:r>
      <w:r>
        <w:tab/>
      </w:r>
      <w:r>
        <w:rPr>
          <w:sz w:val="24"/>
        </w:rPr>
        <w:t>D) in the morning</w:t>
      </w:r>
    </w:p>
    <w:p>
      <w:pPr>
        <w:spacing w:after="40"/>
      </w:pPr>
    </w:p>
    <w:p>
      <w:pPr>
        <w:keepNext/>
        <w:keepLines/>
        <w:spacing w:after="40"/>
      </w:pPr>
      <w:r>
        <w:rPr>
          <w:b/>
          <w:sz w:val="24"/>
        </w:rPr>
        <w:t xml:space="preserve">17. </w:t>
      </w:r>
      <w:r>
        <w:rPr>
          <w:sz w:val="24"/>
        </w:rPr>
        <w:t>What is Tom's first lesson?</w:t>
      </w:r>
    </w:p>
    <w:p>
      <w:pPr>
        <w:keepNext/>
        <w:keepLines/>
        <w:tabs>
          <w:tab w:pos="720" w:val="left"/>
          <w:tab w:pos="3129" w:val="left"/>
          <w:tab w:pos="5539" w:val="left"/>
          <w:tab w:pos="7948" w:val="left"/>
        </w:tabs>
        <w:spacing w:before="20" w:after="40"/>
      </w:pPr>
      <w:r>
        <w:tab/>
      </w:r>
      <w:r>
        <w:rPr>
          <w:sz w:val="24"/>
        </w:rPr>
        <w:t>A) Maths</w:t>
      </w:r>
      <w:r>
        <w:tab/>
      </w:r>
      <w:r>
        <w:rPr>
          <w:sz w:val="24"/>
        </w:rPr>
        <w:t>B) Music</w:t>
      </w:r>
      <w:r>
        <w:tab/>
      </w:r>
      <w:r>
        <w:rPr>
          <w:sz w:val="24"/>
        </w:rPr>
        <w:t>C) English</w:t>
      </w:r>
      <w:r>
        <w:tab/>
      </w:r>
      <w:r>
        <w:rPr>
          <w:sz w:val="24"/>
        </w:rPr>
        <w:t>D) Art</w:t>
      </w:r>
    </w:p>
    <w:p>
      <w:pPr>
        <w:spacing w:after="40"/>
      </w:pPr>
    </w:p>
    <w:p>
      <w:pPr>
        <w:keepNext/>
        <w:keepLines/>
        <w:spacing w:after="40"/>
      </w:pPr>
      <w:r>
        <w:rPr>
          <w:b/>
          <w:sz w:val="24"/>
        </w:rPr>
        <w:t xml:space="preserve">18. </w:t>
      </w:r>
      <w:r>
        <w:rPr>
          <w:sz w:val="24"/>
        </w:rPr>
        <w:t>Why does Tom like English?</w:t>
      </w:r>
    </w:p>
    <w:p>
      <w:pPr>
        <w:keepNext/>
        <w:keepLines/>
        <w:tabs>
          <w:tab w:pos="720" w:val="left"/>
          <w:tab w:pos="5179" w:val="left"/>
        </w:tabs>
        <w:spacing w:before="20" w:after="40"/>
      </w:pPr>
      <w:r>
        <w:tab/>
      </w:r>
      <w:r>
        <w:rPr>
          <w:sz w:val="24"/>
        </w:rPr>
        <w:t>A) Because it is short.</w:t>
      </w:r>
      <w:r>
        <w:tab/>
      </w:r>
      <w:r>
        <w:rPr>
          <w:sz w:val="24"/>
        </w:rPr>
        <w:t>B) Because it is interesting.</w:t>
      </w:r>
    </w:p>
    <w:p>
      <w:pPr>
        <w:keepNext/>
        <w:keepLines/>
        <w:tabs>
          <w:tab w:pos="720" w:val="left"/>
          <w:tab w:pos="5179" w:val="left"/>
        </w:tabs>
        <w:spacing w:before="20" w:after="40"/>
      </w:pPr>
      <w:r>
        <w:tab/>
      </w:r>
      <w:r>
        <w:rPr>
          <w:sz w:val="24"/>
        </w:rPr>
        <w:t>C) Because it is old.</w:t>
      </w:r>
      <w:r>
        <w:tab/>
      </w:r>
      <w:r>
        <w:rPr>
          <w:sz w:val="24"/>
        </w:rPr>
        <w:t>D) Because it is different.</w:t>
      </w:r>
    </w:p>
    <w:p>
      <w:pPr>
        <w:spacing w:after="40"/>
      </w:pPr>
    </w:p>
    <w:p>
      <w:pPr>
        <w:keepNext/>
        <w:keepLines/>
        <w:spacing w:after="40"/>
      </w:pPr>
      <w:r>
        <w:rPr>
          <w:b/>
          <w:sz w:val="24"/>
        </w:rPr>
        <w:t xml:space="preserve">19. </w:t>
      </w:r>
      <w:r>
        <w:rPr>
          <w:sz w:val="24"/>
        </w:rPr>
        <w:t>What time does school finish?</w:t>
      </w:r>
    </w:p>
    <w:p>
      <w:pPr>
        <w:keepNext/>
        <w:keepLines/>
        <w:tabs>
          <w:tab w:pos="720" w:val="left"/>
          <w:tab w:pos="3129" w:val="left"/>
          <w:tab w:pos="5539" w:val="left"/>
          <w:tab w:pos="7948" w:val="left"/>
        </w:tabs>
        <w:spacing w:before="20" w:after="40"/>
      </w:pPr>
      <w:r>
        <w:tab/>
      </w:r>
      <w:r>
        <w:rPr>
          <w:sz w:val="24"/>
        </w:rPr>
        <w:t>A) twelve o'clock</w:t>
      </w:r>
      <w:r>
        <w:tab/>
      </w:r>
      <w:r>
        <w:rPr>
          <w:sz w:val="24"/>
        </w:rPr>
        <w:t>B) four o'clock</w:t>
      </w:r>
      <w:r>
        <w:tab/>
      </w:r>
      <w:r>
        <w:rPr>
          <w:sz w:val="24"/>
        </w:rPr>
        <w:t>C) five o'clock</w:t>
      </w:r>
      <w:r>
        <w:tab/>
      </w:r>
      <w:r>
        <w:rPr>
          <w:sz w:val="24"/>
        </w:rPr>
        <w:t>D) three o'clock</w:t>
      </w:r>
    </w:p>
    <w:p>
      <w:pPr>
        <w:spacing w:after="40"/>
      </w:pPr>
    </w:p>
    <w:p>
      <w:pPr>
        <w:keepNext/>
        <w:keepLines/>
        <w:spacing w:after="40"/>
      </w:pPr>
      <w:r>
        <w:rPr>
          <w:b/>
          <w:sz w:val="24"/>
        </w:rPr>
        <w:t xml:space="preserve">20. </w:t>
      </w:r>
      <w:r>
        <w:rPr>
          <w:sz w:val="24"/>
        </w:rPr>
        <w:t>What does Tom do after school?</w:t>
      </w:r>
    </w:p>
    <w:p>
      <w:pPr>
        <w:keepNext/>
        <w:keepLines/>
        <w:tabs>
          <w:tab w:pos="720" w:val="left"/>
        </w:tabs>
        <w:spacing w:before="20" w:after="40"/>
      </w:pPr>
      <w:r>
        <w:tab/>
      </w:r>
      <w:r>
        <w:rPr>
          <w:sz w:val="24"/>
        </w:rPr>
        <w:t>A) He goes to the canteen.</w:t>
      </w:r>
    </w:p>
    <w:p>
      <w:pPr>
        <w:keepNext/>
        <w:keepLines/>
        <w:tabs>
          <w:tab w:pos="720" w:val="left"/>
        </w:tabs>
        <w:spacing w:before="20" w:after="40"/>
      </w:pPr>
      <w:r>
        <w:tab/>
      </w:r>
      <w:r>
        <w:rPr>
          <w:sz w:val="24"/>
        </w:rPr>
        <w:t>B) He has an English lesson.</w:t>
      </w:r>
    </w:p>
    <w:p>
      <w:pPr>
        <w:keepNext/>
        <w:keepLines/>
        <w:tabs>
          <w:tab w:pos="720" w:val="left"/>
        </w:tabs>
        <w:spacing w:before="20" w:after="40"/>
      </w:pPr>
      <w:r>
        <w:tab/>
      </w:r>
      <w:r>
        <w:rPr>
          <w:sz w:val="24"/>
        </w:rPr>
        <w:t>C) He does his homework, then plays football.</w:t>
      </w:r>
    </w:p>
    <w:p>
      <w:pPr>
        <w:keepNext/>
        <w:keepLines/>
        <w:tabs>
          <w:tab w:pos="720" w:val="left"/>
        </w:tabs>
        <w:spacing w:before="20" w:after="40"/>
      </w:pPr>
      <w:r>
        <w:tab/>
      </w:r>
      <w:r>
        <w:rPr>
          <w:sz w:val="24"/>
        </w:rPr>
        <w:t>D) He goes to bed.</w:t>
      </w:r>
    </w:p>
    <w:p>
      <w:pPr>
        <w:spacing w:after="40"/>
      </w:pPr>
    </w:p>
    <w:p>
      <w:pPr>
        <w:spacing w:after="20"/>
      </w:pPr>
      <w:r>
        <w:rPr>
          <w:b/>
          <w:sz w:val="21"/>
        </w:rPr>
        <w:t>Aşağıdaki paragrafa göre cevaplayın:</w:t>
      </w:r>
    </w:p>
    <w:p>
      <w:pPr>
        <w:keepNext/>
        <w:keepLines/>
        <w:spacing w:after="120"/>
        <w:ind w:left="227" w:right="227"/>
      </w:pPr>
      <w:r>
        <w:rPr>
          <w:i/>
          <w:sz w:val="24"/>
        </w:rPr>
        <w:t>My name is Ada. I am a student. Every morning I get up early and do exercise. I wash my hands before breakfast. I brush my teeth after breakfast. I eat fruit and vegetables every day. I drink a lot of water. I do not eat sweets. I go to bed at ten o'clock. I am never ill.</w:t>
      </w:r>
    </w:p>
    <w:p>
      <w:pPr>
        <w:keepNext/>
        <w:keepLines/>
        <w:spacing w:after="40"/>
      </w:pPr>
      <w:r>
        <w:rPr>
          <w:b/>
          <w:sz w:val="24"/>
        </w:rPr>
        <w:t xml:space="preserve">21. </w:t>
      </w:r>
      <w:r>
        <w:rPr>
          <w:sz w:val="24"/>
        </w:rPr>
        <w:t>When does Ada brush her teeth?</w:t>
      </w:r>
    </w:p>
    <w:p>
      <w:pPr>
        <w:keepNext/>
        <w:keepLines/>
        <w:tabs>
          <w:tab w:pos="720" w:val="left"/>
          <w:tab w:pos="5179" w:val="left"/>
        </w:tabs>
        <w:spacing w:before="20" w:after="40"/>
      </w:pPr>
      <w:r>
        <w:tab/>
      </w:r>
      <w:r>
        <w:rPr>
          <w:sz w:val="24"/>
        </w:rPr>
        <w:t>A) before breakfast</w:t>
      </w:r>
      <w:r>
        <w:tab/>
      </w:r>
      <w:r>
        <w:rPr>
          <w:sz w:val="24"/>
        </w:rPr>
        <w:t>B) after breakfast</w:t>
      </w:r>
    </w:p>
    <w:p>
      <w:pPr>
        <w:keepNext/>
        <w:keepLines/>
        <w:tabs>
          <w:tab w:pos="720" w:val="left"/>
          <w:tab w:pos="5179" w:val="left"/>
        </w:tabs>
        <w:spacing w:before="20" w:after="40"/>
      </w:pPr>
      <w:r>
        <w:tab/>
      </w:r>
      <w:r>
        <w:rPr>
          <w:sz w:val="24"/>
        </w:rPr>
        <w:t>C) at night</w:t>
      </w:r>
      <w:r>
        <w:tab/>
      </w:r>
      <w:r>
        <w:rPr>
          <w:sz w:val="24"/>
        </w:rPr>
        <w:t>D) at school</w:t>
      </w:r>
    </w:p>
    <w:p>
      <w:pPr>
        <w:spacing w:after="40"/>
      </w:pPr>
    </w:p>
    <w:p>
      <w:pPr>
        <w:keepNext/>
        <w:keepLines/>
        <w:spacing w:after="40"/>
      </w:pPr>
      <w:r>
        <w:rPr>
          <w:b/>
          <w:sz w:val="24"/>
        </w:rPr>
        <w:t xml:space="preserve">22. </w:t>
      </w:r>
      <w:r>
        <w:rPr>
          <w:sz w:val="24"/>
        </w:rPr>
        <w:t>What does Ada eat every day?</w:t>
      </w:r>
    </w:p>
    <w:p>
      <w:pPr>
        <w:keepNext/>
        <w:keepLines/>
        <w:tabs>
          <w:tab w:pos="720" w:val="left"/>
          <w:tab w:pos="5179" w:val="left"/>
        </w:tabs>
        <w:spacing w:before="20" w:after="40"/>
      </w:pPr>
      <w:r>
        <w:tab/>
      </w:r>
      <w:r>
        <w:rPr>
          <w:sz w:val="24"/>
        </w:rPr>
        <w:t>A) fruit and vegetables</w:t>
      </w:r>
      <w:r>
        <w:tab/>
      </w:r>
      <w:r>
        <w:rPr>
          <w:sz w:val="24"/>
        </w:rPr>
        <w:t>B) cake and sweets</w:t>
      </w:r>
    </w:p>
    <w:p>
      <w:pPr>
        <w:keepNext/>
        <w:keepLines/>
        <w:tabs>
          <w:tab w:pos="720" w:val="left"/>
          <w:tab w:pos="5179" w:val="left"/>
        </w:tabs>
        <w:spacing w:before="20" w:after="40"/>
      </w:pPr>
      <w:r>
        <w:tab/>
      </w:r>
      <w:r>
        <w:rPr>
          <w:sz w:val="24"/>
        </w:rPr>
        <w:t>C) bread and cheese</w:t>
      </w:r>
      <w:r>
        <w:tab/>
      </w:r>
      <w:r>
        <w:rPr>
          <w:sz w:val="24"/>
        </w:rPr>
        <w:t>D) juice and honey</w:t>
      </w:r>
    </w:p>
    <w:p>
      <w:pPr>
        <w:spacing w:after="40"/>
      </w:pPr>
    </w:p>
    <w:p>
      <w:pPr>
        <w:keepNext/>
        <w:keepLines/>
        <w:spacing w:after="40"/>
      </w:pPr>
      <w:r>
        <w:rPr>
          <w:b/>
          <w:sz w:val="24"/>
        </w:rPr>
        <w:t xml:space="preserve">23. </w:t>
      </w:r>
      <w:r>
        <w:rPr>
          <w:sz w:val="24"/>
        </w:rPr>
        <w:t>What does Ada drink a lot?</w:t>
      </w:r>
    </w:p>
    <w:p>
      <w:pPr>
        <w:keepNext/>
        <w:keepLines/>
        <w:tabs>
          <w:tab w:pos="720" w:val="left"/>
          <w:tab w:pos="3129" w:val="left"/>
          <w:tab w:pos="5539" w:val="left"/>
          <w:tab w:pos="7948" w:val="left"/>
        </w:tabs>
        <w:spacing w:before="20" w:after="40"/>
      </w:pPr>
      <w:r>
        <w:tab/>
      </w:r>
      <w:r>
        <w:rPr>
          <w:sz w:val="24"/>
        </w:rPr>
        <w:t>A) water</w:t>
      </w:r>
      <w:r>
        <w:tab/>
      </w:r>
      <w:r>
        <w:rPr>
          <w:sz w:val="24"/>
        </w:rPr>
        <w:t>B) milk</w:t>
      </w:r>
      <w:r>
        <w:tab/>
      </w:r>
      <w:r>
        <w:rPr>
          <w:sz w:val="24"/>
        </w:rPr>
        <w:t>C) juice</w:t>
      </w:r>
      <w:r>
        <w:tab/>
      </w:r>
      <w:r>
        <w:rPr>
          <w:sz w:val="24"/>
        </w:rPr>
        <w:t>D) tea</w:t>
      </w:r>
    </w:p>
    <w:p>
      <w:pPr>
        <w:spacing w:after="40"/>
      </w:pPr>
    </w:p>
    <w:p>
      <w:pPr>
        <w:keepNext/>
        <w:keepLines/>
        <w:spacing w:after="40"/>
      </w:pPr>
      <w:r>
        <w:rPr>
          <w:b/>
          <w:sz w:val="24"/>
        </w:rPr>
        <w:t xml:space="preserve">24. </w:t>
      </w:r>
      <w:r>
        <w:rPr>
          <w:sz w:val="24"/>
        </w:rPr>
        <w:t>What time does Ada go to bed?</w:t>
      </w:r>
    </w:p>
    <w:p>
      <w:pPr>
        <w:keepNext/>
        <w:keepLines/>
        <w:tabs>
          <w:tab w:pos="720" w:val="left"/>
          <w:tab w:pos="3129" w:val="left"/>
          <w:tab w:pos="5539" w:val="left"/>
          <w:tab w:pos="7948" w:val="left"/>
        </w:tabs>
        <w:spacing w:before="20" w:after="40"/>
      </w:pPr>
      <w:r>
        <w:tab/>
      </w:r>
      <w:r>
        <w:rPr>
          <w:sz w:val="24"/>
        </w:rPr>
        <w:t>A) nine o'clock</w:t>
      </w:r>
      <w:r>
        <w:tab/>
      </w:r>
      <w:r>
        <w:rPr>
          <w:sz w:val="24"/>
        </w:rPr>
        <w:t>B) eight o'clock</w:t>
      </w:r>
      <w:r>
        <w:tab/>
      </w:r>
      <w:r>
        <w:rPr>
          <w:sz w:val="24"/>
        </w:rPr>
        <w:t>C) seven o'clock</w:t>
      </w:r>
      <w:r>
        <w:tab/>
      </w:r>
      <w:r>
        <w:rPr>
          <w:sz w:val="24"/>
        </w:rPr>
        <w:t>D) ten o'clock</w:t>
      </w:r>
    </w:p>
    <w:p>
      <w:pPr>
        <w:spacing w:after="40"/>
      </w:pPr>
    </w:p>
    <w:p>
      <w:pPr>
        <w:keepNext/>
        <w:keepLines/>
        <w:spacing w:after="40"/>
      </w:pPr>
      <w:r>
        <w:rPr>
          <w:b/>
          <w:sz w:val="24"/>
        </w:rPr>
        <w:t xml:space="preserve">25. </w:t>
      </w:r>
      <w:r>
        <w:rPr>
          <w:sz w:val="24"/>
        </w:rPr>
        <w:t>Ada is never ___ .</w:t>
      </w:r>
    </w:p>
    <w:p>
      <w:pPr>
        <w:keepNext/>
        <w:keepLines/>
        <w:tabs>
          <w:tab w:pos="720" w:val="left"/>
          <w:tab w:pos="3129" w:val="left"/>
          <w:tab w:pos="5539" w:val="left"/>
          <w:tab w:pos="7948" w:val="left"/>
        </w:tabs>
        <w:spacing w:before="20" w:after="40"/>
      </w:pPr>
      <w:r>
        <w:tab/>
      </w:r>
      <w:r>
        <w:rPr>
          <w:sz w:val="24"/>
        </w:rPr>
        <w:t>A) late</w:t>
      </w:r>
      <w:r>
        <w:tab/>
      </w:r>
      <w:r>
        <w:rPr>
          <w:sz w:val="24"/>
        </w:rPr>
        <w:t>B) ill</w:t>
      </w:r>
      <w:r>
        <w:tab/>
      </w:r>
      <w:r>
        <w:rPr>
          <w:sz w:val="24"/>
        </w:rPr>
        <w:t>C) hungry</w:t>
      </w:r>
      <w:r>
        <w:tab/>
      </w:r>
      <w:r>
        <w:rPr>
          <w:sz w:val="24"/>
        </w:rPr>
        <w:t>D) tired</w:t>
      </w:r>
    </w:p>
    <w:p>
      <w:pPr>
        <w:spacing w:after="40"/>
      </w:pPr>
    </w:p>
    <w:p>
      <w:pPr>
        <w:spacing w:after="20"/>
      </w:pPr>
      <w:r>
        <w:rPr>
          <w:b/>
          <w:sz w:val="21"/>
        </w:rPr>
        <w:t>Aşağıdaki paragrafa göre cevaplayın:</w:t>
      </w:r>
    </w:p>
    <w:p>
      <w:pPr>
        <w:keepNext/>
        <w:keepLines/>
        <w:spacing w:after="120"/>
        <w:ind w:left="227" w:right="227"/>
      </w:pPr>
      <w:r>
        <w:rPr>
          <w:i/>
          <w:sz w:val="24"/>
        </w:rPr>
        <w:t>My grandmother gets up at six o'clock. She has breakfast and then she works in the garden. She loves flowers. In the afternoon, she drinks tea with her friends. She tells us stories about the old days. In the evening, she watches TV or reads a book. She goes to bed at nine o'clock. She is always happy.</w:t>
      </w:r>
    </w:p>
    <w:p>
      <w:pPr>
        <w:keepNext/>
        <w:keepLines/>
        <w:spacing w:after="40"/>
      </w:pPr>
      <w:r>
        <w:rPr>
          <w:b/>
          <w:sz w:val="24"/>
        </w:rPr>
        <w:t xml:space="preserve">26. </w:t>
      </w:r>
      <w:r>
        <w:rPr>
          <w:sz w:val="24"/>
        </w:rPr>
        <w:t>What time does the grandmother get up?</w:t>
      </w:r>
    </w:p>
    <w:p>
      <w:pPr>
        <w:keepNext/>
        <w:keepLines/>
        <w:tabs>
          <w:tab w:pos="720" w:val="left"/>
          <w:tab w:pos="3129" w:val="left"/>
          <w:tab w:pos="5539" w:val="left"/>
          <w:tab w:pos="7948" w:val="left"/>
        </w:tabs>
        <w:spacing w:before="20" w:after="40"/>
      </w:pPr>
      <w:r>
        <w:tab/>
      </w:r>
      <w:r>
        <w:rPr>
          <w:sz w:val="24"/>
        </w:rPr>
        <w:t>A) seven o'clock</w:t>
      </w:r>
      <w:r>
        <w:tab/>
      </w:r>
      <w:r>
        <w:rPr>
          <w:sz w:val="24"/>
        </w:rPr>
        <w:t>B) eight o'clock</w:t>
      </w:r>
      <w:r>
        <w:tab/>
      </w:r>
      <w:r>
        <w:rPr>
          <w:sz w:val="24"/>
        </w:rPr>
        <w:t>C) nine o'clock</w:t>
      </w:r>
      <w:r>
        <w:tab/>
      </w:r>
      <w:r>
        <w:rPr>
          <w:sz w:val="24"/>
        </w:rPr>
        <w:t>D) six o'clock</w:t>
      </w:r>
    </w:p>
    <w:p>
      <w:pPr>
        <w:spacing w:after="40"/>
      </w:pPr>
    </w:p>
    <w:p>
      <w:pPr>
        <w:keepNext/>
        <w:keepLines/>
        <w:spacing w:after="40"/>
      </w:pPr>
      <w:r>
        <w:rPr>
          <w:b/>
          <w:sz w:val="24"/>
        </w:rPr>
        <w:t xml:space="preserve">27. </w:t>
      </w:r>
      <w:r>
        <w:rPr>
          <w:sz w:val="24"/>
        </w:rPr>
        <w:t>Where does she work?</w:t>
      </w:r>
    </w:p>
    <w:p>
      <w:pPr>
        <w:keepNext/>
        <w:keepLines/>
        <w:tabs>
          <w:tab w:pos="720" w:val="left"/>
          <w:tab w:pos="3129" w:val="left"/>
          <w:tab w:pos="5539" w:val="left"/>
          <w:tab w:pos="7948" w:val="left"/>
        </w:tabs>
        <w:spacing w:before="20" w:after="40"/>
      </w:pPr>
      <w:r>
        <w:tab/>
      </w:r>
      <w:r>
        <w:rPr>
          <w:sz w:val="24"/>
        </w:rPr>
        <w:t>A) in the kitchen</w:t>
      </w:r>
      <w:r>
        <w:tab/>
      </w:r>
      <w:r>
        <w:rPr>
          <w:sz w:val="24"/>
        </w:rPr>
        <w:t>B) in the garden</w:t>
      </w:r>
      <w:r>
        <w:tab/>
      </w:r>
      <w:r>
        <w:rPr>
          <w:sz w:val="24"/>
        </w:rPr>
        <w:t>C) at school</w:t>
      </w:r>
      <w:r>
        <w:tab/>
      </w:r>
      <w:r>
        <w:rPr>
          <w:sz w:val="24"/>
        </w:rPr>
        <w:t>D) in the shop</w:t>
      </w:r>
    </w:p>
    <w:p>
      <w:pPr>
        <w:spacing w:after="40"/>
      </w:pPr>
    </w:p>
    <w:p>
      <w:pPr>
        <w:keepNext/>
        <w:keepLines/>
        <w:spacing w:after="40"/>
      </w:pPr>
      <w:r>
        <w:rPr>
          <w:b/>
          <w:sz w:val="24"/>
        </w:rPr>
        <w:t xml:space="preserve">28. </w:t>
      </w:r>
      <w:r>
        <w:rPr>
          <w:sz w:val="24"/>
        </w:rPr>
        <w:t>What does she do in the afternoon?</w:t>
      </w:r>
    </w:p>
    <w:p>
      <w:pPr>
        <w:keepNext/>
        <w:keepLines/>
        <w:tabs>
          <w:tab w:pos="720" w:val="left"/>
          <w:tab w:pos="5179" w:val="left"/>
        </w:tabs>
        <w:spacing w:before="20" w:after="40"/>
      </w:pPr>
      <w:r>
        <w:tab/>
      </w:r>
      <w:r>
        <w:rPr>
          <w:sz w:val="24"/>
        </w:rPr>
        <w:t>A) She reads a book.</w:t>
      </w:r>
      <w:r>
        <w:tab/>
      </w:r>
      <w:r>
        <w:rPr>
          <w:sz w:val="24"/>
        </w:rPr>
        <w:t>B) She watches TV.</w:t>
      </w:r>
    </w:p>
    <w:p>
      <w:pPr>
        <w:keepNext/>
        <w:keepLines/>
        <w:tabs>
          <w:tab w:pos="720" w:val="left"/>
          <w:tab w:pos="5179" w:val="left"/>
        </w:tabs>
        <w:spacing w:before="20" w:after="40"/>
      </w:pPr>
      <w:r>
        <w:tab/>
      </w:r>
      <w:r>
        <w:rPr>
          <w:sz w:val="24"/>
        </w:rPr>
        <w:t>C) She drinks tea with her friends.</w:t>
      </w:r>
      <w:r>
        <w:tab/>
      </w:r>
      <w:r>
        <w:rPr>
          <w:sz w:val="24"/>
        </w:rPr>
        <w:t>D) She works in the garden.</w:t>
      </w:r>
    </w:p>
    <w:p>
      <w:pPr>
        <w:spacing w:after="40"/>
      </w:pPr>
    </w:p>
    <w:p>
      <w:pPr>
        <w:keepNext/>
        <w:keepLines/>
        <w:spacing w:after="40"/>
      </w:pPr>
      <w:r>
        <w:rPr>
          <w:b/>
          <w:sz w:val="24"/>
        </w:rPr>
        <w:t xml:space="preserve">29. </w:t>
      </w:r>
      <w:r>
        <w:rPr>
          <w:sz w:val="24"/>
        </w:rPr>
        <w:t>What does the grandmother love?</w:t>
      </w:r>
    </w:p>
    <w:p>
      <w:pPr>
        <w:keepNext/>
        <w:keepLines/>
        <w:tabs>
          <w:tab w:pos="720" w:val="left"/>
          <w:tab w:pos="3129" w:val="left"/>
          <w:tab w:pos="5539" w:val="left"/>
          <w:tab w:pos="7948" w:val="left"/>
        </w:tabs>
        <w:spacing w:before="20" w:after="40"/>
      </w:pPr>
      <w:r>
        <w:tab/>
      </w:r>
      <w:r>
        <w:rPr>
          <w:sz w:val="24"/>
        </w:rPr>
        <w:t>A) animals</w:t>
      </w:r>
      <w:r>
        <w:tab/>
      </w:r>
      <w:r>
        <w:rPr>
          <w:sz w:val="24"/>
        </w:rPr>
        <w:t>B) books</w:t>
      </w:r>
      <w:r>
        <w:tab/>
      </w:r>
      <w:r>
        <w:rPr>
          <w:sz w:val="24"/>
        </w:rPr>
        <w:t>C) flowers</w:t>
      </w:r>
      <w:r>
        <w:tab/>
      </w:r>
      <w:r>
        <w:rPr>
          <w:sz w:val="24"/>
        </w:rPr>
        <w:t>D) music</w:t>
      </w:r>
    </w:p>
    <w:p>
      <w:pPr>
        <w:spacing w:after="40"/>
      </w:pPr>
    </w:p>
    <w:p>
      <w:pPr>
        <w:keepNext/>
        <w:keepLines/>
        <w:spacing w:after="40"/>
      </w:pPr>
      <w:r>
        <w:rPr>
          <w:b/>
          <w:sz w:val="24"/>
        </w:rPr>
        <w:t xml:space="preserve">30. </w:t>
      </w:r>
      <w:r>
        <w:rPr>
          <w:sz w:val="24"/>
        </w:rPr>
        <w:t>Which sentence is TRUE?</w:t>
      </w:r>
    </w:p>
    <w:p>
      <w:pPr>
        <w:keepNext/>
        <w:keepLines/>
        <w:tabs>
          <w:tab w:pos="720" w:val="left"/>
        </w:tabs>
        <w:spacing w:before="20" w:after="40"/>
      </w:pPr>
      <w:r>
        <w:tab/>
      </w:r>
      <w:r>
        <w:rPr>
          <w:sz w:val="24"/>
        </w:rPr>
        <w:t>A) The grandmother talks about the old days.</w:t>
      </w:r>
    </w:p>
    <w:p>
      <w:pPr>
        <w:keepNext/>
        <w:keepLines/>
        <w:tabs>
          <w:tab w:pos="720" w:val="left"/>
        </w:tabs>
        <w:spacing w:before="20" w:after="40"/>
      </w:pPr>
      <w:r>
        <w:tab/>
      </w:r>
      <w:r>
        <w:rPr>
          <w:sz w:val="24"/>
        </w:rPr>
        <w:t>B) She goes to bed at ten o'clock.</w:t>
      </w:r>
    </w:p>
    <w:p>
      <w:pPr>
        <w:keepNext/>
        <w:keepLines/>
        <w:tabs>
          <w:tab w:pos="720" w:val="left"/>
        </w:tabs>
        <w:spacing w:before="20" w:after="40"/>
      </w:pPr>
      <w:r>
        <w:tab/>
      </w:r>
      <w:r>
        <w:rPr>
          <w:sz w:val="24"/>
        </w:rPr>
        <w:t>C) She works at school.</w:t>
      </w:r>
    </w:p>
    <w:p>
      <w:pPr>
        <w:keepNext/>
        <w:keepLines/>
        <w:tabs>
          <w:tab w:pos="720" w:val="left"/>
        </w:tabs>
        <w:spacing w:before="20" w:after="40"/>
      </w:pPr>
      <w:r>
        <w:tab/>
      </w:r>
      <w:r>
        <w:rPr>
          <w:sz w:val="24"/>
        </w:rPr>
        <w:t>D) She is always sad.</w:t>
      </w:r>
    </w:p>
    <w:p>
      <w:pPr>
        <w:spacing w:after="40"/>
      </w:pPr>
    </w:p>
    <w:p>
      <w:pPr>
        <w:spacing w:after="20"/>
      </w:pPr>
      <w:r>
        <w:rPr>
          <w:b/>
          <w:sz w:val="21"/>
        </w:rPr>
        <w:t>Aşağıdaki paragrafa göre cevaplayın:</w:t>
      </w:r>
    </w:p>
    <w:p>
      <w:pPr>
        <w:keepNext/>
        <w:keepLines/>
        <w:spacing w:after="120"/>
        <w:ind w:left="227" w:right="227"/>
      </w:pPr>
      <w:r>
        <w:rPr>
          <w:i/>
          <w:sz w:val="24"/>
        </w:rPr>
        <w:t>Dear Ali, I am on holiday in Cyprus. The weather is hot and sunny. Every morning, I swim in the sea. Then I have breakfast at the hotel. In the afternoon, I visit old places with my family. We take a lot of photos. In the evening, we eat dinner and watch the sun go down. I am very happy here. See you soon. Your friend, Can.</w:t>
      </w:r>
    </w:p>
    <w:p>
      <w:pPr>
        <w:keepNext/>
        <w:keepLines/>
        <w:spacing w:after="40"/>
      </w:pPr>
      <w:r>
        <w:rPr>
          <w:b/>
          <w:sz w:val="24"/>
        </w:rPr>
        <w:t xml:space="preserve">31. </w:t>
      </w:r>
      <w:r>
        <w:rPr>
          <w:sz w:val="24"/>
        </w:rPr>
        <w:t>Who writes the letter?</w:t>
      </w:r>
    </w:p>
    <w:p>
      <w:pPr>
        <w:keepNext/>
        <w:keepLines/>
        <w:tabs>
          <w:tab w:pos="720" w:val="left"/>
          <w:tab w:pos="3129" w:val="left"/>
          <w:tab w:pos="5539" w:val="left"/>
          <w:tab w:pos="7948" w:val="left"/>
        </w:tabs>
        <w:spacing w:before="20" w:after="40"/>
      </w:pPr>
      <w:r>
        <w:tab/>
      </w:r>
      <w:r>
        <w:rPr>
          <w:sz w:val="24"/>
        </w:rPr>
        <w:t>A) Ali</w:t>
      </w:r>
      <w:r>
        <w:tab/>
      </w:r>
      <w:r>
        <w:rPr>
          <w:sz w:val="24"/>
        </w:rPr>
        <w:t>B) Can</w:t>
      </w:r>
      <w:r>
        <w:tab/>
      </w:r>
      <w:r>
        <w:rPr>
          <w:sz w:val="24"/>
        </w:rPr>
        <w:t>C) Tom</w:t>
      </w:r>
      <w:r>
        <w:tab/>
      </w:r>
      <w:r>
        <w:rPr>
          <w:sz w:val="24"/>
        </w:rPr>
        <w:t>D) Sara</w:t>
      </w:r>
    </w:p>
    <w:p>
      <w:pPr>
        <w:spacing w:after="40"/>
      </w:pPr>
    </w:p>
    <w:p>
      <w:pPr>
        <w:keepNext/>
        <w:keepLines/>
        <w:spacing w:after="40"/>
      </w:pPr>
      <w:r>
        <w:rPr>
          <w:b/>
          <w:sz w:val="24"/>
        </w:rPr>
        <w:t xml:space="preserve">32. </w:t>
      </w:r>
      <w:r>
        <w:rPr>
          <w:sz w:val="24"/>
        </w:rPr>
        <w:t>Where is Can on holiday?</w:t>
      </w:r>
    </w:p>
    <w:p>
      <w:pPr>
        <w:keepNext/>
        <w:keepLines/>
        <w:tabs>
          <w:tab w:pos="720" w:val="left"/>
          <w:tab w:pos="3129" w:val="left"/>
          <w:tab w:pos="5539" w:val="left"/>
          <w:tab w:pos="7948" w:val="left"/>
        </w:tabs>
        <w:spacing w:before="20" w:after="40"/>
      </w:pPr>
      <w:r>
        <w:tab/>
      </w:r>
      <w:r>
        <w:rPr>
          <w:sz w:val="24"/>
        </w:rPr>
        <w:t>A) in London</w:t>
      </w:r>
      <w:r>
        <w:tab/>
      </w:r>
      <w:r>
        <w:rPr>
          <w:sz w:val="24"/>
        </w:rPr>
        <w:t>B) in Turkey</w:t>
      </w:r>
      <w:r>
        <w:tab/>
      </w:r>
      <w:r>
        <w:rPr>
          <w:sz w:val="24"/>
        </w:rPr>
        <w:t>C) in Greece</w:t>
      </w:r>
      <w:r>
        <w:tab/>
      </w:r>
      <w:r>
        <w:rPr>
          <w:sz w:val="24"/>
        </w:rPr>
        <w:t>D) in Cyprus</w:t>
      </w:r>
    </w:p>
    <w:p>
      <w:pPr>
        <w:spacing w:after="40"/>
      </w:pPr>
    </w:p>
    <w:p>
      <w:pPr>
        <w:keepNext/>
        <w:keepLines/>
        <w:spacing w:after="40"/>
      </w:pPr>
      <w:r>
        <w:rPr>
          <w:b/>
          <w:sz w:val="24"/>
        </w:rPr>
        <w:t xml:space="preserve">33. </w:t>
      </w:r>
      <w:r>
        <w:rPr>
          <w:sz w:val="24"/>
        </w:rPr>
        <w:t>What is the weather like?</w:t>
      </w:r>
    </w:p>
    <w:p>
      <w:pPr>
        <w:keepNext/>
        <w:keepLines/>
        <w:tabs>
          <w:tab w:pos="720" w:val="left"/>
          <w:tab w:pos="3129" w:val="left"/>
          <w:tab w:pos="5539" w:val="left"/>
          <w:tab w:pos="7948" w:val="left"/>
        </w:tabs>
        <w:spacing w:before="20" w:after="40"/>
      </w:pPr>
      <w:r>
        <w:tab/>
      </w:r>
      <w:r>
        <w:rPr>
          <w:sz w:val="24"/>
        </w:rPr>
        <w:t>A) cold and rainy</w:t>
      </w:r>
      <w:r>
        <w:tab/>
      </w:r>
      <w:r>
        <w:rPr>
          <w:sz w:val="24"/>
        </w:rPr>
        <w:t>B) windy</w:t>
      </w:r>
      <w:r>
        <w:tab/>
      </w:r>
      <w:r>
        <w:rPr>
          <w:sz w:val="24"/>
        </w:rPr>
        <w:t>C) cloudy</w:t>
      </w:r>
      <w:r>
        <w:tab/>
      </w:r>
      <w:r>
        <w:rPr>
          <w:sz w:val="24"/>
        </w:rPr>
        <w:t>D) hot and sunny</w:t>
      </w:r>
    </w:p>
    <w:p>
      <w:pPr>
        <w:spacing w:after="40"/>
      </w:pPr>
    </w:p>
    <w:p>
      <w:pPr>
        <w:keepNext/>
        <w:keepLines/>
        <w:spacing w:after="40"/>
      </w:pPr>
      <w:r>
        <w:rPr>
          <w:b/>
          <w:sz w:val="24"/>
        </w:rPr>
        <w:t xml:space="preserve">34. </w:t>
      </w:r>
      <w:r>
        <w:rPr>
          <w:sz w:val="24"/>
        </w:rPr>
        <w:t>What does Can do every morning?</w:t>
      </w:r>
    </w:p>
    <w:p>
      <w:pPr>
        <w:keepNext/>
        <w:keepLines/>
        <w:tabs>
          <w:tab w:pos="720" w:val="left"/>
          <w:tab w:pos="5179" w:val="left"/>
        </w:tabs>
        <w:spacing w:before="20" w:after="40"/>
      </w:pPr>
      <w:r>
        <w:tab/>
      </w:r>
      <w:r>
        <w:rPr>
          <w:sz w:val="24"/>
        </w:rPr>
        <w:t>A) He swims in the sea.</w:t>
      </w:r>
      <w:r>
        <w:tab/>
      </w:r>
      <w:r>
        <w:rPr>
          <w:sz w:val="24"/>
        </w:rPr>
        <w:t>B) He visits old places.</w:t>
      </w:r>
    </w:p>
    <w:p>
      <w:pPr>
        <w:keepNext/>
        <w:keepLines/>
        <w:tabs>
          <w:tab w:pos="720" w:val="left"/>
          <w:tab w:pos="5179" w:val="left"/>
        </w:tabs>
        <w:spacing w:before="20" w:after="40"/>
      </w:pPr>
      <w:r>
        <w:tab/>
      </w:r>
      <w:r>
        <w:rPr>
          <w:sz w:val="24"/>
        </w:rPr>
        <w:t>C) He drinks tea.</w:t>
      </w:r>
      <w:r>
        <w:tab/>
      </w:r>
      <w:r>
        <w:rPr>
          <w:sz w:val="24"/>
        </w:rPr>
        <w:t>D) He reads a book.</w:t>
      </w:r>
    </w:p>
    <w:p>
      <w:pPr>
        <w:spacing w:after="40"/>
      </w:pPr>
    </w:p>
    <w:p>
      <w:pPr>
        <w:keepNext/>
        <w:keepLines/>
        <w:spacing w:after="40"/>
      </w:pPr>
      <w:r>
        <w:rPr>
          <w:b/>
          <w:sz w:val="24"/>
        </w:rPr>
        <w:t xml:space="preserve">35. </w:t>
      </w:r>
      <w:r>
        <w:rPr>
          <w:sz w:val="24"/>
        </w:rPr>
        <w:t>How does Can feel?</w:t>
      </w:r>
    </w:p>
    <w:p>
      <w:pPr>
        <w:keepNext/>
        <w:keepLines/>
        <w:tabs>
          <w:tab w:pos="720" w:val="left"/>
          <w:tab w:pos="3129" w:val="left"/>
          <w:tab w:pos="5539" w:val="left"/>
          <w:tab w:pos="7948" w:val="left"/>
        </w:tabs>
        <w:spacing w:before="20" w:after="40"/>
      </w:pPr>
      <w:r>
        <w:tab/>
      </w:r>
      <w:r>
        <w:rPr>
          <w:sz w:val="24"/>
        </w:rPr>
        <w:t>A) happy</w:t>
      </w:r>
      <w:r>
        <w:tab/>
      </w:r>
      <w:r>
        <w:rPr>
          <w:sz w:val="24"/>
        </w:rPr>
        <w:t>B) tired</w:t>
      </w:r>
      <w:r>
        <w:tab/>
      </w:r>
      <w:r>
        <w:rPr>
          <w:sz w:val="24"/>
        </w:rPr>
        <w:t>C) ill</w:t>
      </w:r>
      <w:r>
        <w:tab/>
      </w:r>
      <w:r>
        <w:rPr>
          <w:sz w:val="24"/>
        </w:rPr>
        <w:t>D) hungry</w:t>
      </w:r>
    </w:p>
    <w:p>
      <w:pPr>
        <w:spacing w:after="40"/>
      </w:pPr>
    </w:p>
    <w:p>
      <w:pPr>
        <w:spacing w:after="20"/>
      </w:pPr>
      <w:r>
        <w:rPr>
          <w:b/>
          <w:sz w:val="21"/>
        </w:rPr>
        <w:t>Aşağıdaki paragrafa göre cevaplayın:</w:t>
      </w:r>
    </w:p>
    <w:p>
      <w:pPr>
        <w:keepNext/>
        <w:keepLines/>
        <w:spacing w:after="120"/>
        <w:ind w:left="227" w:right="227"/>
      </w:pPr>
      <w:r>
        <w:rPr>
          <w:i/>
          <w:sz w:val="24"/>
        </w:rPr>
        <w:t>Buse comes home at four o'clock. She is hungry, so she has a snack. Then she does her homework. She finishes at five o'clock. After that, she goes to her music lesson. She plays the piano very well. She comes home at seven o'clock. In the evening, she helps her mother in the kitchen. She goes to bed at ten o'clock.</w:t>
      </w:r>
    </w:p>
    <w:p>
      <w:pPr>
        <w:keepNext/>
        <w:keepLines/>
        <w:spacing w:after="40"/>
      </w:pPr>
      <w:r>
        <w:rPr>
          <w:b/>
          <w:sz w:val="24"/>
        </w:rPr>
        <w:t xml:space="preserve">36. </w:t>
      </w:r>
      <w:r>
        <w:rPr>
          <w:sz w:val="24"/>
        </w:rPr>
        <w:t>What time does Buse come home from school?</w:t>
      </w:r>
    </w:p>
    <w:p>
      <w:pPr>
        <w:keepNext/>
        <w:keepLines/>
        <w:tabs>
          <w:tab w:pos="720" w:val="left"/>
          <w:tab w:pos="3129" w:val="left"/>
          <w:tab w:pos="5539" w:val="left"/>
          <w:tab w:pos="7948" w:val="left"/>
        </w:tabs>
        <w:spacing w:before="20" w:after="40"/>
      </w:pPr>
      <w:r>
        <w:tab/>
      </w:r>
      <w:r>
        <w:rPr>
          <w:sz w:val="24"/>
        </w:rPr>
        <w:t>A) five o'clock</w:t>
      </w:r>
      <w:r>
        <w:tab/>
      </w:r>
      <w:r>
        <w:rPr>
          <w:sz w:val="24"/>
        </w:rPr>
        <w:t>B) four o'clock</w:t>
      </w:r>
      <w:r>
        <w:tab/>
      </w:r>
      <w:r>
        <w:rPr>
          <w:sz w:val="24"/>
        </w:rPr>
        <w:t>C) seven o'clock</w:t>
      </w:r>
      <w:r>
        <w:tab/>
      </w:r>
      <w:r>
        <w:rPr>
          <w:sz w:val="24"/>
        </w:rPr>
        <w:t>D) ten o'clock</w:t>
      </w:r>
    </w:p>
    <w:p>
      <w:pPr>
        <w:spacing w:after="40"/>
      </w:pPr>
    </w:p>
    <w:p>
      <w:pPr>
        <w:keepNext/>
        <w:keepLines/>
        <w:spacing w:after="40"/>
      </w:pPr>
      <w:r>
        <w:rPr>
          <w:b/>
          <w:sz w:val="24"/>
        </w:rPr>
        <w:t xml:space="preserve">37. </w:t>
      </w:r>
      <w:r>
        <w:rPr>
          <w:sz w:val="24"/>
        </w:rPr>
        <w:t>Why does Buse have a snack?</w:t>
      </w:r>
    </w:p>
    <w:p>
      <w:pPr>
        <w:keepNext/>
        <w:keepLines/>
        <w:tabs>
          <w:tab w:pos="720" w:val="left"/>
          <w:tab w:pos="5179" w:val="left"/>
        </w:tabs>
        <w:spacing w:before="20" w:after="40"/>
      </w:pPr>
      <w:r>
        <w:tab/>
      </w:r>
      <w:r>
        <w:rPr>
          <w:sz w:val="24"/>
        </w:rPr>
        <w:t>A) Because she is tired.</w:t>
      </w:r>
      <w:r>
        <w:tab/>
      </w:r>
      <w:r>
        <w:rPr>
          <w:sz w:val="24"/>
        </w:rPr>
        <w:t>B) Because she is late.</w:t>
      </w:r>
    </w:p>
    <w:p>
      <w:pPr>
        <w:keepNext/>
        <w:keepLines/>
        <w:tabs>
          <w:tab w:pos="720" w:val="left"/>
          <w:tab w:pos="5179" w:val="left"/>
        </w:tabs>
        <w:spacing w:before="20" w:after="40"/>
      </w:pPr>
      <w:r>
        <w:tab/>
      </w:r>
      <w:r>
        <w:rPr>
          <w:sz w:val="24"/>
        </w:rPr>
        <w:t>C) Because she is happy.</w:t>
      </w:r>
      <w:r>
        <w:tab/>
      </w:r>
      <w:r>
        <w:rPr>
          <w:sz w:val="24"/>
        </w:rPr>
        <w:t>D) Because she is hungry.</w:t>
      </w:r>
    </w:p>
    <w:p>
      <w:pPr>
        <w:spacing w:after="40"/>
      </w:pPr>
    </w:p>
    <w:p>
      <w:pPr>
        <w:keepNext/>
        <w:keepLines/>
        <w:spacing w:after="40"/>
      </w:pPr>
      <w:r>
        <w:rPr>
          <w:b/>
          <w:sz w:val="24"/>
        </w:rPr>
        <w:t xml:space="preserve">38. </w:t>
      </w:r>
      <w:r>
        <w:rPr>
          <w:sz w:val="24"/>
        </w:rPr>
        <w:t>What does Buse play?</w:t>
      </w:r>
    </w:p>
    <w:p>
      <w:pPr>
        <w:keepNext/>
        <w:keepLines/>
        <w:tabs>
          <w:tab w:pos="720" w:val="left"/>
          <w:tab w:pos="3129" w:val="left"/>
          <w:tab w:pos="5539" w:val="left"/>
          <w:tab w:pos="7948" w:val="left"/>
        </w:tabs>
        <w:spacing w:before="20" w:after="40"/>
      </w:pPr>
      <w:r>
        <w:tab/>
      </w:r>
      <w:r>
        <w:rPr>
          <w:sz w:val="24"/>
        </w:rPr>
        <w:t>A) the guitar</w:t>
      </w:r>
      <w:r>
        <w:tab/>
      </w:r>
      <w:r>
        <w:rPr>
          <w:sz w:val="24"/>
        </w:rPr>
        <w:t>B) the piano</w:t>
      </w:r>
      <w:r>
        <w:tab/>
      </w:r>
      <w:r>
        <w:rPr>
          <w:sz w:val="24"/>
        </w:rPr>
        <w:t>C) football</w:t>
      </w:r>
      <w:r>
        <w:tab/>
      </w:r>
      <w:r>
        <w:rPr>
          <w:sz w:val="24"/>
        </w:rPr>
        <w:t>D) basketball</w:t>
      </w:r>
    </w:p>
    <w:p>
      <w:pPr>
        <w:spacing w:after="40"/>
      </w:pPr>
    </w:p>
    <w:p>
      <w:pPr>
        <w:keepNext/>
        <w:keepLines/>
        <w:spacing w:after="40"/>
      </w:pPr>
      <w:r>
        <w:rPr>
          <w:b/>
          <w:sz w:val="24"/>
        </w:rPr>
        <w:t xml:space="preserve">39. </w:t>
      </w:r>
      <w:r>
        <w:rPr>
          <w:sz w:val="24"/>
        </w:rPr>
        <w:t>What does Buse do in the evening?</w:t>
      </w:r>
    </w:p>
    <w:p>
      <w:pPr>
        <w:keepNext/>
        <w:keepLines/>
        <w:tabs>
          <w:tab w:pos="720" w:val="left"/>
        </w:tabs>
        <w:spacing w:before="20" w:after="40"/>
      </w:pPr>
      <w:r>
        <w:tab/>
      </w:r>
      <w:r>
        <w:rPr>
          <w:sz w:val="24"/>
        </w:rPr>
        <w:t>A) She helps her mother in the kitchen.</w:t>
      </w:r>
    </w:p>
    <w:p>
      <w:pPr>
        <w:keepNext/>
        <w:keepLines/>
        <w:tabs>
          <w:tab w:pos="720" w:val="left"/>
        </w:tabs>
        <w:spacing w:before="20" w:after="40"/>
      </w:pPr>
      <w:r>
        <w:tab/>
      </w:r>
      <w:r>
        <w:rPr>
          <w:sz w:val="24"/>
        </w:rPr>
        <w:t>B) She does her homework.</w:t>
      </w:r>
    </w:p>
    <w:p>
      <w:pPr>
        <w:keepNext/>
        <w:keepLines/>
        <w:tabs>
          <w:tab w:pos="720" w:val="left"/>
        </w:tabs>
        <w:spacing w:before="20" w:after="40"/>
      </w:pPr>
      <w:r>
        <w:tab/>
      </w:r>
      <w:r>
        <w:rPr>
          <w:sz w:val="24"/>
        </w:rPr>
        <w:t>C) She goes to a music lesson.</w:t>
      </w:r>
    </w:p>
    <w:p>
      <w:pPr>
        <w:keepNext/>
        <w:keepLines/>
        <w:tabs>
          <w:tab w:pos="720" w:val="left"/>
        </w:tabs>
        <w:spacing w:before="20" w:after="40"/>
      </w:pPr>
      <w:r>
        <w:tab/>
      </w:r>
      <w:r>
        <w:rPr>
          <w:sz w:val="24"/>
        </w:rPr>
        <w:t>D) She plays the piano.</w:t>
      </w:r>
    </w:p>
    <w:p>
      <w:pPr>
        <w:spacing w:after="40"/>
      </w:pPr>
    </w:p>
    <w:p>
      <w:pPr>
        <w:keepNext/>
        <w:keepLines/>
        <w:spacing w:after="40"/>
      </w:pPr>
      <w:r>
        <w:rPr>
          <w:b/>
          <w:sz w:val="24"/>
        </w:rPr>
        <w:t xml:space="preserve">40. </w:t>
      </w:r>
      <w:r>
        <w:rPr>
          <w:sz w:val="24"/>
        </w:rPr>
        <w:t>Put the events in order. Which comes FIRST?</w:t>
      </w:r>
    </w:p>
    <w:p>
      <w:pPr>
        <w:keepNext/>
        <w:keepLines/>
        <w:tabs>
          <w:tab w:pos="720" w:val="left"/>
          <w:tab w:pos="5179" w:val="left"/>
        </w:tabs>
        <w:spacing w:before="20" w:after="40"/>
      </w:pPr>
      <w:r>
        <w:tab/>
      </w:r>
      <w:r>
        <w:rPr>
          <w:sz w:val="24"/>
        </w:rPr>
        <w:t>A) She goes to her music lesson.</w:t>
      </w:r>
      <w:r>
        <w:tab/>
      </w:r>
      <w:r>
        <w:rPr>
          <w:sz w:val="24"/>
        </w:rPr>
        <w:t>B) She helps her mother.</w:t>
      </w:r>
    </w:p>
    <w:p>
      <w:pPr>
        <w:keepNext/>
        <w:keepLines/>
        <w:tabs>
          <w:tab w:pos="720" w:val="left"/>
          <w:tab w:pos="5179" w:val="left"/>
        </w:tabs>
        <w:spacing w:before="20" w:after="40"/>
      </w:pPr>
      <w:r>
        <w:tab/>
      </w:r>
      <w:r>
        <w:rPr>
          <w:sz w:val="24"/>
        </w:rPr>
        <w:t>C) She comes home and has a snack.</w:t>
      </w:r>
      <w:r>
        <w:tab/>
      </w:r>
      <w:r>
        <w:rPr>
          <w:sz w:val="24"/>
        </w:rPr>
        <w:t>D) She goes to bed.</w:t>
      </w:r>
    </w:p>
    <w:p>
      <w:pPr>
        <w:spacing w:after="40"/>
      </w:pPr>
    </w:p>
    <w:p>
      <w:pPr>
        <w:spacing w:after="20"/>
      </w:pPr>
      <w:r>
        <w:rPr>
          <w:b/>
          <w:sz w:val="21"/>
        </w:rPr>
        <w:t>Aşağıdaki paragrafa göre cevaplayın:</w:t>
      </w:r>
    </w:p>
    <w:p>
      <w:pPr>
        <w:keepNext/>
        <w:keepLines/>
        <w:spacing w:after="120"/>
        <w:ind w:left="227" w:right="227"/>
      </w:pPr>
      <w:r>
        <w:rPr>
          <w:i/>
          <w:sz w:val="24"/>
        </w:rPr>
        <w:t>Today is Ece's birthday. She is ten years old. Her mother makes a big cake. Her friends come to the party at five o'clock. They play games in the garden. They eat cake and drink juice. Ece opens her presents. She gets a book, a doll and a bicycle. Everyone sings and Ece is very happy.</w:t>
      </w:r>
    </w:p>
    <w:p>
      <w:pPr>
        <w:keepNext/>
        <w:keepLines/>
        <w:spacing w:after="40"/>
      </w:pPr>
      <w:r>
        <w:rPr>
          <w:b/>
          <w:sz w:val="24"/>
        </w:rPr>
        <w:t xml:space="preserve">41. </w:t>
      </w:r>
      <w:r>
        <w:rPr>
          <w:sz w:val="24"/>
        </w:rPr>
        <w:t>How old is Ece?</w:t>
      </w:r>
    </w:p>
    <w:p>
      <w:pPr>
        <w:keepNext/>
        <w:keepLines/>
        <w:tabs>
          <w:tab w:pos="720" w:val="left"/>
          <w:tab w:pos="3129" w:val="left"/>
          <w:tab w:pos="5539" w:val="left"/>
          <w:tab w:pos="7948" w:val="left"/>
        </w:tabs>
        <w:spacing w:before="20" w:after="40"/>
      </w:pPr>
      <w:r>
        <w:tab/>
      </w:r>
      <w:r>
        <w:rPr>
          <w:sz w:val="24"/>
        </w:rPr>
        <w:t>A) six</w:t>
      </w:r>
      <w:r>
        <w:tab/>
      </w:r>
      <w:r>
        <w:rPr>
          <w:sz w:val="24"/>
        </w:rPr>
        <w:t>B) nine</w:t>
      </w:r>
      <w:r>
        <w:tab/>
      </w:r>
      <w:r>
        <w:rPr>
          <w:sz w:val="24"/>
        </w:rPr>
        <w:t>C) twelve</w:t>
      </w:r>
      <w:r>
        <w:tab/>
      </w:r>
      <w:r>
        <w:rPr>
          <w:sz w:val="24"/>
        </w:rPr>
        <w:t>D) ten</w:t>
      </w:r>
    </w:p>
    <w:p>
      <w:pPr>
        <w:spacing w:after="40"/>
      </w:pPr>
    </w:p>
    <w:p>
      <w:pPr>
        <w:keepNext/>
        <w:keepLines/>
        <w:spacing w:after="40"/>
      </w:pPr>
      <w:r>
        <w:rPr>
          <w:b/>
          <w:sz w:val="24"/>
        </w:rPr>
        <w:t xml:space="preserve">42. </w:t>
      </w:r>
      <w:r>
        <w:rPr>
          <w:sz w:val="24"/>
        </w:rPr>
        <w:t>What does Ece's mother make?</w:t>
      </w:r>
    </w:p>
    <w:p>
      <w:pPr>
        <w:keepNext/>
        <w:keepLines/>
        <w:tabs>
          <w:tab w:pos="720" w:val="left"/>
          <w:tab w:pos="3129" w:val="left"/>
          <w:tab w:pos="5539" w:val="left"/>
          <w:tab w:pos="7948" w:val="left"/>
        </w:tabs>
        <w:spacing w:before="20" w:after="40"/>
      </w:pPr>
      <w:r>
        <w:tab/>
      </w:r>
      <w:r>
        <w:rPr>
          <w:sz w:val="24"/>
        </w:rPr>
        <w:t>A) a big dinner</w:t>
      </w:r>
      <w:r>
        <w:tab/>
      </w:r>
      <w:r>
        <w:rPr>
          <w:sz w:val="24"/>
        </w:rPr>
        <w:t>B) a present</w:t>
      </w:r>
      <w:r>
        <w:tab/>
      </w:r>
      <w:r>
        <w:rPr>
          <w:sz w:val="24"/>
        </w:rPr>
        <w:t>C) a big cake</w:t>
      </w:r>
      <w:r>
        <w:tab/>
      </w:r>
      <w:r>
        <w:rPr>
          <w:sz w:val="24"/>
        </w:rPr>
        <w:t>D) a book</w:t>
      </w:r>
    </w:p>
    <w:p>
      <w:pPr>
        <w:spacing w:after="40"/>
      </w:pPr>
    </w:p>
    <w:p>
      <w:pPr>
        <w:keepNext/>
        <w:keepLines/>
        <w:spacing w:after="40"/>
      </w:pPr>
      <w:r>
        <w:rPr>
          <w:b/>
          <w:sz w:val="24"/>
        </w:rPr>
        <w:t xml:space="preserve">43. </w:t>
      </w:r>
      <w:r>
        <w:rPr>
          <w:sz w:val="24"/>
        </w:rPr>
        <w:t>Where do the children play games?</w:t>
      </w:r>
    </w:p>
    <w:p>
      <w:pPr>
        <w:keepNext/>
        <w:keepLines/>
        <w:tabs>
          <w:tab w:pos="720" w:val="left"/>
          <w:tab w:pos="3129" w:val="left"/>
          <w:tab w:pos="5539" w:val="left"/>
          <w:tab w:pos="7948" w:val="left"/>
        </w:tabs>
        <w:spacing w:before="20" w:after="40"/>
      </w:pPr>
      <w:r>
        <w:tab/>
      </w:r>
      <w:r>
        <w:rPr>
          <w:sz w:val="24"/>
        </w:rPr>
        <w:t>A) in the park</w:t>
      </w:r>
      <w:r>
        <w:tab/>
      </w:r>
      <w:r>
        <w:rPr>
          <w:sz w:val="24"/>
        </w:rPr>
        <w:t>B) at school</w:t>
      </w:r>
      <w:r>
        <w:tab/>
      </w:r>
      <w:r>
        <w:rPr>
          <w:sz w:val="24"/>
        </w:rPr>
        <w:t>C) in the house</w:t>
      </w:r>
      <w:r>
        <w:tab/>
      </w:r>
      <w:r>
        <w:rPr>
          <w:sz w:val="24"/>
        </w:rPr>
        <w:t>D) in the garden</w:t>
      </w:r>
    </w:p>
    <w:p>
      <w:pPr>
        <w:spacing w:after="40"/>
      </w:pPr>
    </w:p>
    <w:p>
      <w:pPr>
        <w:keepNext/>
        <w:keepLines/>
        <w:spacing w:after="40"/>
      </w:pPr>
      <w:r>
        <w:rPr>
          <w:b/>
          <w:sz w:val="24"/>
        </w:rPr>
        <w:t xml:space="preserve">44. </w:t>
      </w:r>
      <w:r>
        <w:rPr>
          <w:sz w:val="24"/>
        </w:rPr>
        <w:t>What presents does Ece get?</w:t>
      </w:r>
    </w:p>
    <w:p>
      <w:pPr>
        <w:keepNext/>
        <w:keepLines/>
        <w:tabs>
          <w:tab w:pos="720" w:val="left"/>
          <w:tab w:pos="5179" w:val="left"/>
        </w:tabs>
        <w:spacing w:before="20" w:after="40"/>
      </w:pPr>
      <w:r>
        <w:tab/>
      </w:r>
      <w:r>
        <w:rPr>
          <w:sz w:val="24"/>
        </w:rPr>
        <w:t>A) a book, a doll and a bicycle</w:t>
      </w:r>
      <w:r>
        <w:tab/>
      </w:r>
      <w:r>
        <w:rPr>
          <w:sz w:val="24"/>
        </w:rPr>
        <w:t>B) a cake and juice</w:t>
      </w:r>
    </w:p>
    <w:p>
      <w:pPr>
        <w:keepNext/>
        <w:keepLines/>
        <w:tabs>
          <w:tab w:pos="720" w:val="left"/>
          <w:tab w:pos="5179" w:val="left"/>
        </w:tabs>
        <w:spacing w:before="20" w:after="40"/>
      </w:pPr>
      <w:r>
        <w:tab/>
      </w:r>
      <w:r>
        <w:rPr>
          <w:sz w:val="24"/>
        </w:rPr>
        <w:t>C) a book and a cake</w:t>
      </w:r>
      <w:r>
        <w:tab/>
      </w:r>
      <w:r>
        <w:rPr>
          <w:sz w:val="24"/>
        </w:rPr>
        <w:t>D) a doll and a ball</w:t>
      </w:r>
    </w:p>
    <w:p>
      <w:pPr>
        <w:spacing w:after="40"/>
      </w:pPr>
    </w:p>
    <w:p>
      <w:pPr>
        <w:keepNext/>
        <w:keepLines/>
        <w:spacing w:after="40"/>
      </w:pPr>
      <w:r>
        <w:rPr>
          <w:b/>
          <w:sz w:val="24"/>
        </w:rPr>
        <w:t xml:space="preserve">45. </w:t>
      </w:r>
      <w:r>
        <w:rPr>
          <w:sz w:val="24"/>
        </w:rPr>
        <w:t>Why is Ece very happy?</w:t>
      </w:r>
    </w:p>
    <w:p>
      <w:pPr>
        <w:keepNext/>
        <w:keepLines/>
        <w:tabs>
          <w:tab w:pos="720" w:val="left"/>
        </w:tabs>
        <w:spacing w:before="20" w:after="40"/>
      </w:pPr>
      <w:r>
        <w:tab/>
      </w:r>
      <w:r>
        <w:rPr>
          <w:sz w:val="24"/>
        </w:rPr>
        <w:t>A) Because she makes a cake.</w:t>
      </w:r>
    </w:p>
    <w:p>
      <w:pPr>
        <w:keepNext/>
        <w:keepLines/>
        <w:tabs>
          <w:tab w:pos="720" w:val="left"/>
        </w:tabs>
        <w:spacing w:before="20" w:after="40"/>
      </w:pPr>
      <w:r>
        <w:tab/>
      </w:r>
      <w:r>
        <w:rPr>
          <w:sz w:val="24"/>
        </w:rPr>
        <w:t>B) Because her friends sing for her at her party.</w:t>
      </w:r>
    </w:p>
    <w:p>
      <w:pPr>
        <w:keepNext/>
        <w:keepLines/>
        <w:tabs>
          <w:tab w:pos="720" w:val="left"/>
        </w:tabs>
        <w:spacing w:before="20" w:after="40"/>
      </w:pPr>
      <w:r>
        <w:tab/>
      </w:r>
      <w:r>
        <w:rPr>
          <w:sz w:val="24"/>
        </w:rPr>
        <w:t>C) Because she goes to school.</w:t>
      </w:r>
    </w:p>
    <w:p>
      <w:pPr>
        <w:keepNext/>
        <w:keepLines/>
        <w:tabs>
          <w:tab w:pos="720" w:val="left"/>
        </w:tabs>
        <w:spacing w:before="20" w:after="40"/>
      </w:pPr>
      <w:r>
        <w:tab/>
      </w:r>
      <w:r>
        <w:rPr>
          <w:sz w:val="24"/>
        </w:rPr>
        <w:t>D) Because she is hungry.</w:t>
      </w:r>
    </w:p>
    <w:p>
      <w:pPr>
        <w:spacing w:after="40"/>
      </w:pPr>
    </w:p>
    <w:p>
      <w:pPr>
        <w:spacing w:after="20"/>
      </w:pPr>
      <w:r>
        <w:rPr>
          <w:b/>
          <w:sz w:val="21"/>
        </w:rPr>
        <w:t>Aşağıdaki paragrafa göre cevaplayın:</w:t>
      </w:r>
    </w:p>
    <w:p>
      <w:pPr>
        <w:keepNext/>
        <w:keepLines/>
        <w:spacing w:after="120"/>
        <w:ind w:left="227" w:right="227"/>
      </w:pPr>
      <w:r>
        <w:rPr>
          <w:i/>
          <w:sz w:val="24"/>
        </w:rPr>
        <w:t>Ozan does not feel well today. He has a headache and a toothache. His mother takes him to the doctor. The doctor looks at his teeth. He says Ozan must brush his teeth every morning and every night. He must not eat a lot of sweets. Ozan promises to be careful. Now he is at home and he feels better.</w:t>
      </w:r>
    </w:p>
    <w:p>
      <w:pPr>
        <w:keepNext/>
        <w:keepLines/>
        <w:spacing w:after="40"/>
      </w:pPr>
      <w:r>
        <w:rPr>
          <w:b/>
          <w:sz w:val="24"/>
        </w:rPr>
        <w:t xml:space="preserve">46. </w:t>
      </w:r>
      <w:r>
        <w:rPr>
          <w:sz w:val="24"/>
        </w:rPr>
        <w:t>How does Ozan feel today?</w:t>
      </w:r>
    </w:p>
    <w:p>
      <w:pPr>
        <w:keepNext/>
        <w:keepLines/>
        <w:tabs>
          <w:tab w:pos="720" w:val="left"/>
          <w:tab w:pos="5179" w:val="left"/>
        </w:tabs>
        <w:spacing w:before="20" w:after="40"/>
      </w:pPr>
      <w:r>
        <w:tab/>
      </w:r>
      <w:r>
        <w:rPr>
          <w:sz w:val="24"/>
        </w:rPr>
        <w:t>A) He feels very happy.</w:t>
      </w:r>
      <w:r>
        <w:tab/>
      </w:r>
      <w:r>
        <w:rPr>
          <w:sz w:val="24"/>
        </w:rPr>
        <w:t>B) He feels hungry.</w:t>
      </w:r>
    </w:p>
    <w:p>
      <w:pPr>
        <w:keepNext/>
        <w:keepLines/>
        <w:tabs>
          <w:tab w:pos="720" w:val="left"/>
          <w:tab w:pos="5179" w:val="left"/>
        </w:tabs>
        <w:spacing w:before="20" w:after="40"/>
      </w:pPr>
      <w:r>
        <w:tab/>
      </w:r>
      <w:r>
        <w:rPr>
          <w:sz w:val="24"/>
        </w:rPr>
        <w:t>C) He does not feel well.</w:t>
      </w:r>
      <w:r>
        <w:tab/>
      </w:r>
      <w:r>
        <w:rPr>
          <w:sz w:val="24"/>
        </w:rPr>
        <w:t>D) He feels tired.</w:t>
      </w:r>
    </w:p>
    <w:p>
      <w:pPr>
        <w:spacing w:after="40"/>
      </w:pPr>
    </w:p>
    <w:p>
      <w:pPr>
        <w:keepNext/>
        <w:keepLines/>
        <w:spacing w:after="40"/>
      </w:pPr>
      <w:r>
        <w:rPr>
          <w:b/>
          <w:sz w:val="24"/>
        </w:rPr>
        <w:t xml:space="preserve">47. </w:t>
      </w:r>
      <w:r>
        <w:rPr>
          <w:sz w:val="24"/>
        </w:rPr>
        <w:t>What hurts?</w:t>
      </w:r>
    </w:p>
    <w:p>
      <w:pPr>
        <w:keepNext/>
        <w:keepLines/>
        <w:tabs>
          <w:tab w:pos="720" w:val="left"/>
          <w:tab w:pos="5179" w:val="left"/>
        </w:tabs>
        <w:spacing w:before="20" w:after="40"/>
      </w:pPr>
      <w:r>
        <w:tab/>
      </w:r>
      <w:r>
        <w:rPr>
          <w:sz w:val="24"/>
        </w:rPr>
        <w:t>A) his ear and his eye</w:t>
      </w:r>
      <w:r>
        <w:tab/>
      </w:r>
      <w:r>
        <w:rPr>
          <w:sz w:val="24"/>
        </w:rPr>
        <w:t>B) his head and his tooth</w:t>
      </w:r>
    </w:p>
    <w:p>
      <w:pPr>
        <w:keepNext/>
        <w:keepLines/>
        <w:tabs>
          <w:tab w:pos="720" w:val="left"/>
          <w:tab w:pos="5179" w:val="left"/>
        </w:tabs>
        <w:spacing w:before="20" w:after="40"/>
      </w:pPr>
      <w:r>
        <w:tab/>
      </w:r>
      <w:r>
        <w:rPr>
          <w:sz w:val="24"/>
        </w:rPr>
        <w:t>C) his hand and his foot</w:t>
      </w:r>
      <w:r>
        <w:tab/>
      </w:r>
      <w:r>
        <w:rPr>
          <w:sz w:val="24"/>
        </w:rPr>
        <w:t>D) his face and his nose</w:t>
      </w:r>
    </w:p>
    <w:p>
      <w:pPr>
        <w:spacing w:after="40"/>
      </w:pPr>
    </w:p>
    <w:p>
      <w:pPr>
        <w:keepNext/>
        <w:keepLines/>
        <w:spacing w:after="40"/>
      </w:pPr>
      <w:r>
        <w:rPr>
          <w:b/>
          <w:sz w:val="24"/>
        </w:rPr>
        <w:t xml:space="preserve">48. </w:t>
      </w:r>
      <w:r>
        <w:rPr>
          <w:sz w:val="24"/>
        </w:rPr>
        <w:t>Who takes Ozan to the doctor?</w:t>
      </w:r>
    </w:p>
    <w:p>
      <w:pPr>
        <w:keepNext/>
        <w:keepLines/>
        <w:tabs>
          <w:tab w:pos="720" w:val="left"/>
          <w:tab w:pos="3129" w:val="left"/>
          <w:tab w:pos="5539" w:val="left"/>
          <w:tab w:pos="7948" w:val="left"/>
        </w:tabs>
        <w:spacing w:before="20" w:after="40"/>
      </w:pPr>
      <w:r>
        <w:tab/>
      </w:r>
      <w:r>
        <w:rPr>
          <w:sz w:val="24"/>
        </w:rPr>
        <w:t>A) his father</w:t>
      </w:r>
      <w:r>
        <w:tab/>
      </w:r>
      <w:r>
        <w:rPr>
          <w:sz w:val="24"/>
        </w:rPr>
        <w:t>B) his teacher</w:t>
      </w:r>
      <w:r>
        <w:tab/>
      </w:r>
      <w:r>
        <w:rPr>
          <w:sz w:val="24"/>
        </w:rPr>
        <w:t>C) his friend</w:t>
      </w:r>
      <w:r>
        <w:tab/>
      </w:r>
      <w:r>
        <w:rPr>
          <w:sz w:val="24"/>
        </w:rPr>
        <w:t>D) his mother</w:t>
      </w:r>
    </w:p>
    <w:p>
      <w:pPr>
        <w:spacing w:after="40"/>
      </w:pPr>
    </w:p>
    <w:p>
      <w:pPr>
        <w:keepNext/>
        <w:keepLines/>
        <w:spacing w:after="40"/>
      </w:pPr>
      <w:r>
        <w:rPr>
          <w:b/>
          <w:sz w:val="24"/>
        </w:rPr>
        <w:t xml:space="preserve">49. </w:t>
      </w:r>
      <w:r>
        <w:rPr>
          <w:sz w:val="24"/>
        </w:rPr>
        <w:t>What must Ozan do?</w:t>
      </w:r>
    </w:p>
    <w:p>
      <w:pPr>
        <w:keepNext/>
        <w:keepLines/>
        <w:tabs>
          <w:tab w:pos="720" w:val="left"/>
        </w:tabs>
        <w:spacing w:before="20" w:after="40"/>
      </w:pPr>
      <w:r>
        <w:tab/>
      </w:r>
      <w:r>
        <w:rPr>
          <w:sz w:val="24"/>
        </w:rPr>
        <w:t>A) He must eat a lot of sweets.</w:t>
      </w:r>
    </w:p>
    <w:p>
      <w:pPr>
        <w:keepNext/>
        <w:keepLines/>
        <w:tabs>
          <w:tab w:pos="720" w:val="left"/>
        </w:tabs>
        <w:spacing w:before="20" w:after="40"/>
      </w:pPr>
      <w:r>
        <w:tab/>
      </w:r>
      <w:r>
        <w:rPr>
          <w:sz w:val="24"/>
        </w:rPr>
        <w:t>B) He must go to bed late.</w:t>
      </w:r>
    </w:p>
    <w:p>
      <w:pPr>
        <w:keepNext/>
        <w:keepLines/>
        <w:tabs>
          <w:tab w:pos="720" w:val="left"/>
        </w:tabs>
        <w:spacing w:before="20" w:after="40"/>
      </w:pPr>
      <w:r>
        <w:tab/>
      </w:r>
      <w:r>
        <w:rPr>
          <w:sz w:val="24"/>
        </w:rPr>
        <w:t>C) He must brush his teeth in the morning and at night.</w:t>
      </w:r>
    </w:p>
    <w:p>
      <w:pPr>
        <w:keepNext/>
        <w:keepLines/>
        <w:tabs>
          <w:tab w:pos="720" w:val="left"/>
        </w:tabs>
        <w:spacing w:before="20" w:after="40"/>
      </w:pPr>
      <w:r>
        <w:tab/>
      </w:r>
      <w:r>
        <w:rPr>
          <w:sz w:val="24"/>
        </w:rPr>
        <w:t>D) He must not eat fruit.</w:t>
      </w:r>
    </w:p>
    <w:p>
      <w:pPr>
        <w:spacing w:after="40"/>
      </w:pPr>
    </w:p>
    <w:p>
      <w:pPr>
        <w:keepNext/>
        <w:keepLines/>
        <w:spacing w:after="40"/>
      </w:pPr>
      <w:r>
        <w:rPr>
          <w:b/>
          <w:sz w:val="24"/>
        </w:rPr>
        <w:t xml:space="preserve">50. </w:t>
      </w:r>
      <w:r>
        <w:rPr>
          <w:sz w:val="24"/>
        </w:rPr>
        <w:t>Which title is best for this text?</w:t>
      </w:r>
    </w:p>
    <w:p>
      <w:pPr>
        <w:keepNext/>
        <w:keepLines/>
        <w:tabs>
          <w:tab w:pos="720" w:val="left"/>
          <w:tab w:pos="5179" w:val="left"/>
        </w:tabs>
        <w:spacing w:before="20" w:after="40"/>
      </w:pPr>
      <w:r>
        <w:tab/>
      </w:r>
      <w:r>
        <w:rPr>
          <w:sz w:val="24"/>
        </w:rPr>
        <w:t>A) A Visit to the Doctor</w:t>
      </w:r>
      <w:r>
        <w:tab/>
      </w:r>
      <w:r>
        <w:rPr>
          <w:sz w:val="24"/>
        </w:rPr>
        <w:t>B) A School Day</w:t>
      </w:r>
    </w:p>
    <w:p>
      <w:pPr>
        <w:keepNext/>
        <w:keepLines/>
        <w:tabs>
          <w:tab w:pos="720" w:val="left"/>
          <w:tab w:pos="5179" w:val="left"/>
        </w:tabs>
        <w:spacing w:before="20" w:after="40"/>
      </w:pPr>
      <w:r>
        <w:tab/>
      </w:r>
      <w:r>
        <w:rPr>
          <w:sz w:val="24"/>
        </w:rPr>
        <w:t>C) A Birthday Party</w:t>
      </w:r>
      <w:r>
        <w:tab/>
      </w:r>
      <w:r>
        <w:rPr>
          <w:sz w:val="24"/>
        </w:rPr>
        <w:t>D) A Big Breakfast</w:t>
      </w:r>
    </w:p>
    <w:p>
      <w:pPr>
        <w:spacing w:after="40"/>
      </w:pPr>
    </w:p>
    <w:sectPr w:rsidR="00FC693F" w:rsidRPr="0006063C" w:rsidSect="00034616">
      <w:pgSz w:w="11906" w:h="16838"/>
      <w:pgMar w:top="1020"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iramit" w:hAnsi="Niramit" w:eastAsia="Niramit" w:cs="Niramit"/>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