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Cevap Anahtarı — 5. Sınıf İngilizce - Ünite 1 My Day · Paragraf (Okuma-Anlama) Testi</w:t>
      </w:r>
    </w:p>
    <w:p/>
    <w:p>
      <w:pPr>
        <w:spacing w:after="40"/>
      </w:pPr>
      <w:r>
        <w:rPr>
          <w:b/>
          <w:sz w:val="22"/>
        </w:rPr>
        <w:t>1. B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'He gets up at seven o'clock every morning.' Dogrudan ayrinti.</w:t>
      </w:r>
    </w:p>
    <w:p>
      <w:pPr>
        <w:spacing w:after="40"/>
      </w:pPr>
      <w:r>
        <w:rPr>
          <w:b/>
          <w:sz w:val="22"/>
        </w:rPr>
        <w:t>2. C</w:t>
      </w:r>
      <w:r>
        <w:rPr>
          <w:color w:val="787068"/>
          <w:sz w:val="18"/>
        </w:rPr>
        <w:t xml:space="preserve">  [Paragraf - ogun (dogrudan ayrinti)]</w:t>
      </w:r>
      <w:r>
        <w:rPr>
          <w:sz w:val="19"/>
        </w:rPr>
        <w:t xml:space="preserve">  ⚡ Metin: 'He eats bread, cheese and eggs.' Digerleri metinde gecmez.</w:t>
      </w:r>
    </w:p>
    <w:p>
      <w:pPr>
        <w:spacing w:after="40"/>
      </w:pPr>
      <w:r>
        <w:rPr>
          <w:b/>
          <w:sz w:val="22"/>
        </w:rPr>
        <w:t>3. D</w:t>
      </w:r>
      <w:r>
        <w:rPr>
          <w:color w:val="787068"/>
          <w:sz w:val="18"/>
        </w:rPr>
        <w:t xml:space="preserve">  [Paragraf - ulasim (cikarim)]</w:t>
      </w:r>
      <w:r>
        <w:rPr>
          <w:sz w:val="19"/>
        </w:rPr>
        <w:t xml:space="preserve">  ⚡ Metin: 'His school is near his home, so he walks to school.' 'so' sonucu verir: yuruyerek.</w:t>
      </w:r>
    </w:p>
    <w:p>
      <w:pPr>
        <w:spacing w:after="40"/>
      </w:pPr>
      <w:r>
        <w:rPr>
          <w:b/>
          <w:sz w:val="22"/>
        </w:rPr>
        <w:t>4. B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'so he walks to school' -&gt; yakin oldugu icin yurur. Neden-sonuc iliskisi.</w:t>
      </w:r>
    </w:p>
    <w:p>
      <w:pPr>
        <w:spacing w:after="40"/>
      </w:pPr>
      <w:r>
        <w:rPr>
          <w:b/>
          <w:sz w:val="22"/>
        </w:rPr>
        <w:t>5. A</w:t>
      </w:r>
      <w:r>
        <w:rPr>
          <w:color w:val="787068"/>
          <w:sz w:val="18"/>
        </w:rPr>
        <w:t xml:space="preserve">  [Paragraf - hangisi dogru]</w:t>
      </w:r>
      <w:r>
        <w:rPr>
          <w:sz w:val="19"/>
        </w:rPr>
        <w:t xml:space="preserve">  ⚡ Metnin sonu: 'He likes his school and his friends.' Digerleri metinle celisir.</w:t>
      </w:r>
    </w:p>
    <w:p>
      <w:pPr>
        <w:spacing w:after="40"/>
      </w:pPr>
      <w:r>
        <w:rPr>
          <w:b/>
          <w:sz w:val="22"/>
        </w:rPr>
        <w:t>6. D</w:t>
      </w:r>
      <w:r>
        <w:rPr>
          <w:color w:val="787068"/>
          <w:sz w:val="18"/>
        </w:rPr>
        <w:t xml:space="preserve">  [Paragraf - zaman (dogrudan ayrinti)]</w:t>
      </w:r>
      <w:r>
        <w:rPr>
          <w:sz w:val="19"/>
        </w:rPr>
        <w:t xml:space="preserve">  ⚡ Metin: 'At the weekend, Sara does not go to school. She gets up late.'</w:t>
      </w:r>
    </w:p>
    <w:p>
      <w:pPr>
        <w:spacing w:after="40"/>
      </w:pPr>
      <w:r>
        <w:rPr>
          <w:b/>
          <w:sz w:val="22"/>
        </w:rPr>
        <w:t>7. C</w:t>
      </w:r>
      <w:r>
        <w:rPr>
          <w:color w:val="787068"/>
          <w:sz w:val="18"/>
        </w:rPr>
        <w:t xml:space="preserve">  [Paragraf - gun eslemesi]</w:t>
      </w:r>
      <w:r>
        <w:rPr>
          <w:sz w:val="19"/>
        </w:rPr>
        <w:t xml:space="preserve">  ⚡ Metin: 'On Saturday, she helps her mother at home.' Futbol ogleden sonra, nine Pazar gunu.</w:t>
      </w:r>
    </w:p>
    <w:p>
      <w:pPr>
        <w:spacing w:after="40"/>
      </w:pPr>
      <w:r>
        <w:rPr>
          <w:b/>
          <w:sz w:val="22"/>
        </w:rPr>
        <w:t>8. D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'she plays football with her friends in the park.'</w:t>
      </w:r>
    </w:p>
    <w:p>
      <w:pPr>
        <w:spacing w:after="40"/>
      </w:pPr>
      <w:r>
        <w:rPr>
          <w:b/>
          <w:sz w:val="22"/>
        </w:rPr>
        <w:t>9. B</w:t>
      </w:r>
      <w:r>
        <w:rPr>
          <w:color w:val="787068"/>
          <w:sz w:val="18"/>
        </w:rPr>
        <w:t xml:space="preserve">  [Paragraf - kisi (dogrudan ayrinti)]</w:t>
      </w:r>
      <w:r>
        <w:rPr>
          <w:sz w:val="19"/>
        </w:rPr>
        <w:t xml:space="preserve">  ⚡ Metin: 'On Sunday morning, she visits her grandmother.'</w:t>
      </w:r>
    </w:p>
    <w:p>
      <w:pPr>
        <w:spacing w:after="40"/>
      </w:pPr>
      <w:r>
        <w:rPr>
          <w:b/>
          <w:sz w:val="22"/>
        </w:rPr>
        <w:t>10. B</w:t>
      </w:r>
      <w:r>
        <w:rPr>
          <w:color w:val="787068"/>
          <w:sz w:val="18"/>
        </w:rPr>
        <w:t xml:space="preserve">  [Paragraf - en iyi baslik]</w:t>
      </w:r>
      <w:r>
        <w:rPr>
          <w:sz w:val="19"/>
        </w:rPr>
        <w:t xml:space="preserve">  ⚡ Metin tamamen Sara'nin hafta sonu etkinliklerini anlatir; baslik 'Sara's Weekend'.</w:t>
      </w:r>
    </w:p>
    <w:p>
      <w:pPr>
        <w:spacing w:after="40"/>
      </w:pPr>
      <w:r>
        <w:rPr>
          <w:b/>
          <w:sz w:val="22"/>
        </w:rPr>
        <w:t>11. A</w:t>
      </w:r>
      <w:r>
        <w:rPr>
          <w:color w:val="787068"/>
          <w:sz w:val="18"/>
        </w:rPr>
        <w:t xml:space="preserve">  [Paragraf - meslek (dogrudan ayrinti)]</w:t>
      </w:r>
      <w:r>
        <w:rPr>
          <w:sz w:val="19"/>
        </w:rPr>
        <w:t xml:space="preserve">  ⚡ Metin: 'My father is a doctor and my mother is a teacher.' Baba -&gt; doctor.</w:t>
      </w:r>
    </w:p>
    <w:p>
      <w:pPr>
        <w:spacing w:after="40"/>
      </w:pPr>
      <w:r>
        <w:rPr>
          <w:b/>
          <w:sz w:val="22"/>
        </w:rPr>
        <w:t>12. C</w:t>
      </w:r>
      <w:r>
        <w:rPr>
          <w:color w:val="787068"/>
          <w:sz w:val="18"/>
        </w:rPr>
        <w:t xml:space="preserve">  [Paragraf - sayi (dogrudan ayrinti)]</w:t>
      </w:r>
      <w:r>
        <w:rPr>
          <w:sz w:val="19"/>
        </w:rPr>
        <w:t xml:space="preserve">  ⚡ Metin: 'I have one brother and two sisters.' Kardes sayisini karistirmayin.</w:t>
      </w:r>
    </w:p>
    <w:p>
      <w:pPr>
        <w:spacing w:after="40"/>
      </w:pPr>
      <w:r>
        <w:rPr>
          <w:b/>
          <w:sz w:val="22"/>
        </w:rPr>
        <w:t>13. D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'We live in a big house near the sea.'</w:t>
      </w:r>
    </w:p>
    <w:p>
      <w:pPr>
        <w:spacing w:after="40"/>
      </w:pPr>
      <w:r>
        <w:rPr>
          <w:b/>
          <w:sz w:val="22"/>
        </w:rPr>
        <w:t>14. A</w:t>
      </w:r>
      <w:r>
        <w:rPr>
          <w:color w:val="787068"/>
          <w:sz w:val="18"/>
        </w:rPr>
        <w:t xml:space="preserve">  [Paragraf - kisi (cikarim)]</w:t>
      </w:r>
      <w:r>
        <w:rPr>
          <w:sz w:val="19"/>
        </w:rPr>
        <w:t xml:space="preserve">  ⚡ Metin: 'My grandmother lives with us.' Digerleri aile uyesi degil/kisi degil.</w:t>
      </w:r>
    </w:p>
    <w:p>
      <w:pPr>
        <w:spacing w:after="40"/>
      </w:pPr>
      <w:r>
        <w:rPr>
          <w:b/>
          <w:sz w:val="22"/>
        </w:rPr>
        <w:t>15. C</w:t>
      </w:r>
      <w:r>
        <w:rPr>
          <w:color w:val="787068"/>
          <w:sz w:val="18"/>
        </w:rPr>
        <w:t xml:space="preserve">  [Paragraf - aksam etkinligi]</w:t>
      </w:r>
      <w:r>
        <w:rPr>
          <w:sz w:val="19"/>
        </w:rPr>
        <w:t xml:space="preserve">  ⚡ Metin: 'we eat dinner together and watch TV.'</w:t>
      </w:r>
    </w:p>
    <w:p>
      <w:pPr>
        <w:spacing w:after="40"/>
      </w:pPr>
      <w:r>
        <w:rPr>
          <w:b/>
          <w:sz w:val="22"/>
        </w:rPr>
        <w:t>16. A</w:t>
      </w:r>
      <w:r>
        <w:rPr>
          <w:color w:val="787068"/>
          <w:sz w:val="18"/>
        </w:rPr>
        <w:t xml:space="preserve">  [Paragraf - gunler (dogrudan ayrinti)]</w:t>
      </w:r>
      <w:r>
        <w:rPr>
          <w:sz w:val="19"/>
        </w:rPr>
        <w:t xml:space="preserve">  ⚡ Metin: 'Tom goes to school from Monday to Friday.'</w:t>
      </w:r>
    </w:p>
    <w:p>
      <w:pPr>
        <w:spacing w:after="40"/>
      </w:pPr>
      <w:r>
        <w:rPr>
          <w:b/>
          <w:sz w:val="22"/>
        </w:rPr>
        <w:t>17. C</w:t>
      </w:r>
      <w:r>
        <w:rPr>
          <w:color w:val="787068"/>
          <w:sz w:val="18"/>
        </w:rPr>
        <w:t xml:space="preserve">  [Paragraf - ders (dogrudan ayrinti)]</w:t>
      </w:r>
      <w:r>
        <w:rPr>
          <w:sz w:val="19"/>
        </w:rPr>
        <w:t xml:space="preserve">  ⚡ Metin: 'His first lesson is English.'</w:t>
      </w:r>
    </w:p>
    <w:p>
      <w:pPr>
        <w:spacing w:after="40"/>
      </w:pPr>
      <w:r>
        <w:rPr>
          <w:b/>
          <w:sz w:val="22"/>
        </w:rPr>
        <w:t>18. B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Metin: 'He likes English because it is fun.' Neden 'because' ile verilir.</w:t>
      </w:r>
    </w:p>
    <w:p>
      <w:pPr>
        <w:spacing w:after="40"/>
      </w:pPr>
      <w:r>
        <w:rPr>
          <w:b/>
          <w:sz w:val="22"/>
        </w:rPr>
        <w:t>19. D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'School finishes at three o'clock.' Ogle yemegi 12:00 ile karistirmayin.</w:t>
      </w:r>
    </w:p>
    <w:p>
      <w:pPr>
        <w:spacing w:after="40"/>
      </w:pPr>
      <w:r>
        <w:rPr>
          <w:b/>
          <w:sz w:val="22"/>
        </w:rPr>
        <w:t>20. C</w:t>
      </w:r>
      <w:r>
        <w:rPr>
          <w:color w:val="787068"/>
          <w:sz w:val="18"/>
        </w:rPr>
        <w:t xml:space="preserve">  [Paragraf - sira (cikarim)]</w:t>
      </w:r>
      <w:r>
        <w:rPr>
          <w:sz w:val="19"/>
        </w:rPr>
        <w:t xml:space="preserve">  ⚡ Metin: 'Tom comes home and does his homework. Then he plays football.' Once odevi, sonra futbol.</w:t>
      </w:r>
    </w:p>
    <w:p>
      <w:pPr>
        <w:spacing w:after="40"/>
      </w:pPr>
      <w:r>
        <w:rPr>
          <w:b/>
          <w:sz w:val="22"/>
        </w:rPr>
        <w:t>21. B</w:t>
      </w:r>
      <w:r>
        <w:rPr>
          <w:color w:val="787068"/>
          <w:sz w:val="18"/>
        </w:rPr>
        <w:t xml:space="preserve">  [Paragraf - before/after]</w:t>
      </w:r>
      <w:r>
        <w:rPr>
          <w:sz w:val="19"/>
        </w:rPr>
        <w:t xml:space="preserve">  ⚡ Metin: 'I wash my hands before breakfast. I brush my teeth after breakfast.' Eller once, disler kahvaltidan SONRA.</w:t>
      </w:r>
    </w:p>
    <w:p>
      <w:pPr>
        <w:spacing w:after="40"/>
      </w:pPr>
      <w:r>
        <w:rPr>
          <w:b/>
          <w:sz w:val="22"/>
        </w:rPr>
        <w:t>22. A</w:t>
      </w:r>
      <w:r>
        <w:rPr>
          <w:color w:val="787068"/>
          <w:sz w:val="18"/>
        </w:rPr>
        <w:t xml:space="preserve">  [Paragraf - ogun (dogrudan ayrinti)]</w:t>
      </w:r>
      <w:r>
        <w:rPr>
          <w:sz w:val="19"/>
        </w:rPr>
        <w:t xml:space="preserve">  ⚡ Metin: 'I eat fruit and vegetables every day.' Ayrica 'I do not eat sweets.'</w:t>
      </w:r>
    </w:p>
    <w:p>
      <w:pPr>
        <w:spacing w:after="40"/>
      </w:pPr>
      <w:r>
        <w:rPr>
          <w:b/>
          <w:sz w:val="22"/>
        </w:rPr>
        <w:t>23. A</w:t>
      </w:r>
      <w:r>
        <w:rPr>
          <w:color w:val="787068"/>
          <w:sz w:val="18"/>
        </w:rPr>
        <w:t xml:space="preserve">  [Paragraf - icecek (dogrudan ayrinti)]</w:t>
      </w:r>
      <w:r>
        <w:rPr>
          <w:sz w:val="19"/>
        </w:rPr>
        <w:t xml:space="preserve">  ⚡ Metin: 'I drink a lot of water.'</w:t>
      </w:r>
    </w:p>
    <w:p>
      <w:pPr>
        <w:spacing w:after="40"/>
      </w:pPr>
      <w:r>
        <w:rPr>
          <w:b/>
          <w:sz w:val="22"/>
        </w:rPr>
        <w:t>24. D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'I go to bed at ten o'clock.'</w:t>
      </w:r>
    </w:p>
    <w:p>
      <w:pPr>
        <w:spacing w:after="40"/>
      </w:pPr>
      <w:r>
        <w:rPr>
          <w:b/>
          <w:sz w:val="22"/>
        </w:rPr>
        <w:t>25. B</w:t>
      </w:r>
      <w:r>
        <w:rPr>
          <w:color w:val="787068"/>
          <w:sz w:val="18"/>
        </w:rPr>
        <w:t xml:space="preserve">  [Paragraf - baglamdan kelime]</w:t>
      </w:r>
      <w:r>
        <w:rPr>
          <w:sz w:val="19"/>
        </w:rPr>
        <w:t xml:space="preserve">  ⚡ Metin: 'I am never ill.' Saglikli aliskanliklar metnin sonunda 'hasta olmam' der -&gt; ill.</w:t>
      </w:r>
    </w:p>
    <w:p>
      <w:pPr>
        <w:spacing w:after="40"/>
      </w:pPr>
      <w:r>
        <w:rPr>
          <w:b/>
          <w:sz w:val="22"/>
        </w:rPr>
        <w:t>26. D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'My grandmother gets up at six o'clock.'</w:t>
      </w:r>
    </w:p>
    <w:p>
      <w:pPr>
        <w:spacing w:after="40"/>
      </w:pPr>
      <w:r>
        <w:rPr>
          <w:b/>
          <w:sz w:val="22"/>
        </w:rPr>
        <w:t>27. B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'she works in the garden.'</w:t>
      </w:r>
    </w:p>
    <w:p>
      <w:pPr>
        <w:spacing w:after="40"/>
      </w:pPr>
      <w:r>
        <w:rPr>
          <w:b/>
          <w:sz w:val="22"/>
        </w:rPr>
        <w:t>28. C</w:t>
      </w:r>
      <w:r>
        <w:rPr>
          <w:color w:val="787068"/>
          <w:sz w:val="18"/>
        </w:rPr>
        <w:t xml:space="preserve">  [Paragraf - zaman dilimi]</w:t>
      </w:r>
      <w:r>
        <w:rPr>
          <w:sz w:val="19"/>
        </w:rPr>
        <w:t xml:space="preserve">  ⚡ Metin: 'In the afternoon, she drinks tea with her friends.' Kitap/TV aksam.</w:t>
      </w:r>
    </w:p>
    <w:p>
      <w:pPr>
        <w:spacing w:after="40"/>
      </w:pPr>
      <w:r>
        <w:rPr>
          <w:b/>
          <w:sz w:val="22"/>
        </w:rPr>
        <w:t>29. C</w:t>
      </w:r>
      <w:r>
        <w:rPr>
          <w:color w:val="787068"/>
          <w:sz w:val="18"/>
        </w:rPr>
        <w:t xml:space="preserve">  [Paragraf - duygu (dogrudan ayrinti)]</w:t>
      </w:r>
      <w:r>
        <w:rPr>
          <w:sz w:val="19"/>
        </w:rPr>
        <w:t xml:space="preserve">  ⚡ Metin: 'She loves flowers.'</w:t>
      </w:r>
    </w:p>
    <w:p>
      <w:pPr>
        <w:spacing w:after="40"/>
      </w:pPr>
      <w:r>
        <w:rPr>
          <w:b/>
          <w:sz w:val="22"/>
        </w:rPr>
        <w:t>30. A</w:t>
      </w:r>
      <w:r>
        <w:rPr>
          <w:color w:val="787068"/>
          <w:sz w:val="18"/>
        </w:rPr>
        <w:t xml:space="preserve">  [Paragraf - hangisi dogru]</w:t>
      </w:r>
      <w:r>
        <w:rPr>
          <w:sz w:val="19"/>
        </w:rPr>
        <w:t xml:space="preserve">  ⚡ Metin: 'She tells us stories about the old days.' Yatak 21:00 (10 degil); 'always happy'.</w:t>
      </w:r>
    </w:p>
    <w:p>
      <w:pPr>
        <w:spacing w:after="40"/>
      </w:pPr>
      <w:r>
        <w:rPr>
          <w:b/>
          <w:sz w:val="22"/>
        </w:rPr>
        <w:t>31. B</w:t>
      </w:r>
      <w:r>
        <w:rPr>
          <w:color w:val="787068"/>
          <w:sz w:val="18"/>
        </w:rPr>
        <w:t xml:space="preserve">  [Paragraf - yazar (cikarim)]</w:t>
      </w:r>
      <w:r>
        <w:rPr>
          <w:sz w:val="19"/>
        </w:rPr>
        <w:t xml:space="preserve">  ⚡ Mektup 'Your friend, Can.' ile biter -&gt; yazan Can.</w:t>
      </w:r>
    </w:p>
    <w:p>
      <w:pPr>
        <w:spacing w:after="40"/>
      </w:pPr>
      <w:r>
        <w:rPr>
          <w:b/>
          <w:sz w:val="22"/>
        </w:rPr>
        <w:t>32. D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'I am on holiday in Cyprus.'</w:t>
      </w:r>
    </w:p>
    <w:p>
      <w:pPr>
        <w:spacing w:after="40"/>
      </w:pPr>
      <w:r>
        <w:rPr>
          <w:b/>
          <w:sz w:val="22"/>
        </w:rPr>
        <w:t>33. D</w:t>
      </w:r>
      <w:r>
        <w:rPr>
          <w:color w:val="787068"/>
          <w:sz w:val="18"/>
        </w:rPr>
        <w:t xml:space="preserve">  [Paragraf - hava (dogrudan ayrinti)]</w:t>
      </w:r>
      <w:r>
        <w:rPr>
          <w:sz w:val="19"/>
        </w:rPr>
        <w:t xml:space="preserve">  ⚡ Metin: 'The weather is hot and sunny.'</w:t>
      </w:r>
    </w:p>
    <w:p>
      <w:pPr>
        <w:spacing w:after="40"/>
      </w:pPr>
      <w:r>
        <w:rPr>
          <w:b/>
          <w:sz w:val="22"/>
        </w:rPr>
        <w:t>34. A</w:t>
      </w:r>
      <w:r>
        <w:rPr>
          <w:color w:val="787068"/>
          <w:sz w:val="18"/>
        </w:rPr>
        <w:t xml:space="preserve">  [Paragraf - sabah etkinligi]</w:t>
      </w:r>
      <w:r>
        <w:rPr>
          <w:sz w:val="19"/>
        </w:rPr>
        <w:t xml:space="preserve">  ⚡ Metin: 'Every morning, I swim in the sea.' Ziyaret/foto ogleden sonra.</w:t>
      </w:r>
    </w:p>
    <w:p>
      <w:pPr>
        <w:spacing w:after="40"/>
      </w:pPr>
      <w:r>
        <w:rPr>
          <w:b/>
          <w:sz w:val="22"/>
        </w:rPr>
        <w:t>35. A</w:t>
      </w:r>
      <w:r>
        <w:rPr>
          <w:color w:val="787068"/>
          <w:sz w:val="18"/>
        </w:rPr>
        <w:t xml:space="preserve">  [Paragraf - duygu (dogrudan ayrinti)]</w:t>
      </w:r>
      <w:r>
        <w:rPr>
          <w:sz w:val="19"/>
        </w:rPr>
        <w:t xml:space="preserve">  ⚡ Metin: 'I am very happy here.'</w:t>
      </w:r>
    </w:p>
    <w:p>
      <w:pPr>
        <w:spacing w:after="40"/>
      </w:pPr>
      <w:r>
        <w:rPr>
          <w:b/>
          <w:sz w:val="22"/>
        </w:rPr>
        <w:t>36. B</w:t>
      </w:r>
      <w:r>
        <w:rPr>
          <w:color w:val="787068"/>
          <w:sz w:val="18"/>
        </w:rPr>
        <w:t xml:space="preserve">  [Paragraf - saat (dogrudan ayrinti)]</w:t>
      </w:r>
      <w:r>
        <w:rPr>
          <w:sz w:val="19"/>
        </w:rPr>
        <w:t xml:space="preserve">  ⚡ Metin: 'Buse comes home at four o'clock.' Sonra 5'te bitirir, 7'de doner.</w:t>
      </w:r>
    </w:p>
    <w:p>
      <w:pPr>
        <w:spacing w:after="40"/>
      </w:pPr>
      <w:r>
        <w:rPr>
          <w:b/>
          <w:sz w:val="22"/>
        </w:rPr>
        <w:t>37. D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Metin: 'She is hungry, so she has a snack.' Neden 'so' oncesinde verilir.</w:t>
      </w:r>
    </w:p>
    <w:p>
      <w:pPr>
        <w:spacing w:after="40"/>
      </w:pPr>
      <w:r>
        <w:rPr>
          <w:b/>
          <w:sz w:val="22"/>
        </w:rPr>
        <w:t>38. B</w:t>
      </w:r>
      <w:r>
        <w:rPr>
          <w:color w:val="787068"/>
          <w:sz w:val="18"/>
        </w:rPr>
        <w:t xml:space="preserve">  [Paragraf - enstruman (dogrudan ayrinti)]</w:t>
      </w:r>
      <w:r>
        <w:rPr>
          <w:sz w:val="19"/>
        </w:rPr>
        <w:t xml:space="preserve">  ⚡ Metin: 'She plays the piano very well.'</w:t>
      </w:r>
    </w:p>
    <w:p>
      <w:pPr>
        <w:spacing w:after="40"/>
      </w:pPr>
      <w:r>
        <w:rPr>
          <w:b/>
          <w:sz w:val="22"/>
        </w:rPr>
        <w:t>39. A</w:t>
      </w:r>
      <w:r>
        <w:rPr>
          <w:color w:val="787068"/>
          <w:sz w:val="18"/>
        </w:rPr>
        <w:t xml:space="preserve">  [Paragraf - aksam etkinligi]</w:t>
      </w:r>
      <w:r>
        <w:rPr>
          <w:sz w:val="19"/>
        </w:rPr>
        <w:t xml:space="preserve">  ⚡ Metin: 'In the evening, she helps her mother in the kitchen.' Odev/muzik daha erken.</w:t>
      </w:r>
    </w:p>
    <w:p>
      <w:pPr>
        <w:spacing w:after="40"/>
      </w:pPr>
      <w:r>
        <w:rPr>
          <w:b/>
          <w:sz w:val="22"/>
        </w:rPr>
        <w:t>40. C</w:t>
      </w:r>
      <w:r>
        <w:rPr>
          <w:color w:val="787068"/>
          <w:sz w:val="18"/>
        </w:rPr>
        <w:t xml:space="preserve">  [Paragraf - olay sirasi]</w:t>
      </w:r>
      <w:r>
        <w:rPr>
          <w:sz w:val="19"/>
        </w:rPr>
        <w:t xml:space="preserve">  ⚡ Sira: eve gelir + atistirir -&gt; odev -&gt; muzik dersi -&gt; anneye yardim -&gt; yatak. Ilk olay atistirma.</w:t>
      </w:r>
    </w:p>
    <w:p>
      <w:pPr>
        <w:spacing w:after="40"/>
      </w:pPr>
      <w:r>
        <w:rPr>
          <w:b/>
          <w:sz w:val="22"/>
        </w:rPr>
        <w:t>41. D</w:t>
      </w:r>
      <w:r>
        <w:rPr>
          <w:color w:val="787068"/>
          <w:sz w:val="18"/>
        </w:rPr>
        <w:t xml:space="preserve">  [Paragraf - yas (dogrudan ayrinti)]</w:t>
      </w:r>
      <w:r>
        <w:rPr>
          <w:sz w:val="19"/>
        </w:rPr>
        <w:t xml:space="preserve">  ⚡ Metin: 'She is ten years old.'</w:t>
      </w:r>
    </w:p>
    <w:p>
      <w:pPr>
        <w:spacing w:after="40"/>
      </w:pPr>
      <w:r>
        <w:rPr>
          <w:b/>
          <w:sz w:val="22"/>
        </w:rPr>
        <w:t>42. C</w:t>
      </w:r>
      <w:r>
        <w:rPr>
          <w:color w:val="787068"/>
          <w:sz w:val="18"/>
        </w:rPr>
        <w:t xml:space="preserve">  [Paragraf - nesne (dogrudan ayrinti)]</w:t>
      </w:r>
      <w:r>
        <w:rPr>
          <w:sz w:val="19"/>
        </w:rPr>
        <w:t xml:space="preserve">  ⚡ Metin: 'Her mother makes a big cake.'</w:t>
      </w:r>
    </w:p>
    <w:p>
      <w:pPr>
        <w:spacing w:after="40"/>
      </w:pPr>
      <w:r>
        <w:rPr>
          <w:b/>
          <w:sz w:val="22"/>
        </w:rPr>
        <w:t>43. D</w:t>
      </w:r>
      <w:r>
        <w:rPr>
          <w:color w:val="787068"/>
          <w:sz w:val="18"/>
        </w:rPr>
        <w:t xml:space="preserve">  [Paragraf - yer (dogrudan ayrinti)]</w:t>
      </w:r>
      <w:r>
        <w:rPr>
          <w:sz w:val="19"/>
        </w:rPr>
        <w:t xml:space="preserve">  ⚡ Metin: 'They play games in the garden.'</w:t>
      </w:r>
    </w:p>
    <w:p>
      <w:pPr>
        <w:spacing w:after="40"/>
      </w:pPr>
      <w:r>
        <w:rPr>
          <w:b/>
          <w:sz w:val="22"/>
        </w:rPr>
        <w:t>44. A</w:t>
      </w:r>
      <w:r>
        <w:rPr>
          <w:color w:val="787068"/>
          <w:sz w:val="18"/>
        </w:rPr>
        <w:t xml:space="preserve">  [Paragraf - hediye (dogrudan ayrinti)]</w:t>
      </w:r>
      <w:r>
        <w:rPr>
          <w:sz w:val="19"/>
        </w:rPr>
        <w:t xml:space="preserve">  ⚡ Metin: 'She gets a book, a doll and a bicycle.' Digerleri hediye degil.</w:t>
      </w:r>
    </w:p>
    <w:p>
      <w:pPr>
        <w:spacing w:after="40"/>
      </w:pPr>
      <w:r>
        <w:rPr>
          <w:b/>
          <w:sz w:val="22"/>
        </w:rPr>
        <w:t>45. B</w:t>
      </w:r>
      <w:r>
        <w:rPr>
          <w:color w:val="787068"/>
          <w:sz w:val="18"/>
        </w:rPr>
        <w:t xml:space="preserve">  [Paragraf - neden (cikarim)]</w:t>
      </w:r>
      <w:r>
        <w:rPr>
          <w:sz w:val="19"/>
        </w:rPr>
        <w:t xml:space="preserve">  ⚡ Metin: 'Everyone sings and Ece is very happy.' Parti + herkesin sarki soylemesi onu mutlu eder.</w:t>
      </w:r>
    </w:p>
    <w:p>
      <w:pPr>
        <w:spacing w:after="40"/>
      </w:pPr>
      <w:r>
        <w:rPr>
          <w:b/>
          <w:sz w:val="22"/>
        </w:rPr>
        <w:t>46. C</w:t>
      </w:r>
      <w:r>
        <w:rPr>
          <w:color w:val="787068"/>
          <w:sz w:val="18"/>
        </w:rPr>
        <w:t xml:space="preserve">  [Paragraf - his (dogrudan ayrinti)]</w:t>
      </w:r>
      <w:r>
        <w:rPr>
          <w:sz w:val="19"/>
        </w:rPr>
        <w:t xml:space="preserve">  ⚡ Metin: 'Ozan does not feel well today.'</w:t>
      </w:r>
    </w:p>
    <w:p>
      <w:pPr>
        <w:spacing w:after="40"/>
      </w:pPr>
      <w:r>
        <w:rPr>
          <w:b/>
          <w:sz w:val="22"/>
        </w:rPr>
        <w:t>47. B</w:t>
      </w:r>
      <w:r>
        <w:rPr>
          <w:color w:val="787068"/>
          <w:sz w:val="18"/>
        </w:rPr>
        <w:t xml:space="preserve">  [Paragraf - vucut (dogrudan ayrinti)]</w:t>
      </w:r>
      <w:r>
        <w:rPr>
          <w:sz w:val="19"/>
        </w:rPr>
        <w:t xml:space="preserve">  ⚡ Metin: 'He has a headache and a toothache.' head + tooth.</w:t>
      </w:r>
    </w:p>
    <w:p>
      <w:pPr>
        <w:spacing w:after="40"/>
      </w:pPr>
      <w:r>
        <w:rPr>
          <w:b/>
          <w:sz w:val="22"/>
        </w:rPr>
        <w:t>48. D</w:t>
      </w:r>
      <w:r>
        <w:rPr>
          <w:color w:val="787068"/>
          <w:sz w:val="18"/>
        </w:rPr>
        <w:t xml:space="preserve">  [Paragraf - kisi (dogrudan ayrinti)]</w:t>
      </w:r>
      <w:r>
        <w:rPr>
          <w:sz w:val="19"/>
        </w:rPr>
        <w:t xml:space="preserve">  ⚡ Metin: 'His mother takes him to the doctor.'</w:t>
      </w:r>
    </w:p>
    <w:p>
      <w:pPr>
        <w:spacing w:after="40"/>
      </w:pPr>
      <w:r>
        <w:rPr>
          <w:b/>
          <w:sz w:val="22"/>
        </w:rPr>
        <w:t>49. C</w:t>
      </w:r>
      <w:r>
        <w:rPr>
          <w:color w:val="787068"/>
          <w:sz w:val="18"/>
        </w:rPr>
        <w:t xml:space="preserve">  [Paragraf - zorunluluk (cikarim)]</w:t>
      </w:r>
      <w:r>
        <w:rPr>
          <w:sz w:val="19"/>
        </w:rPr>
        <w:t xml:space="preserve">  ⚡ Metin: 'He says Ozan must brush his teeth every morning and every night.' Dislerini fircalamali.</w:t>
      </w:r>
    </w:p>
    <w:p>
      <w:pPr>
        <w:spacing w:after="40"/>
      </w:pPr>
      <w:r>
        <w:rPr>
          <w:b/>
          <w:sz w:val="22"/>
        </w:rPr>
        <w:t>50. A</w:t>
      </w:r>
      <w:r>
        <w:rPr>
          <w:color w:val="787068"/>
          <w:sz w:val="18"/>
        </w:rPr>
        <w:t xml:space="preserve">  [Paragraf - en iyi baslik]</w:t>
      </w:r>
      <w:r>
        <w:rPr>
          <w:sz w:val="19"/>
        </w:rPr>
        <w:t xml:space="preserve">  ⚡ Metin: Ozan hastalanir, annesi doktora goturur, oneriler alir -&gt; 'Ozan Goes to the Doctor'.</w:t>
      </w:r>
    </w:p>
    <w:p/>
    <w:p>
      <w:r>
        <w:rPr>
          <w:b/>
          <w:sz w:val="19"/>
        </w:rPr>
        <w:t>Kapsam Notu</w:t>
      </w:r>
    </w:p>
    <w:p>
      <w:r>
        <w:rPr>
          <w:sz w:val="18"/>
        </w:rPr>
        <w:t>• Konular: Paragraf okuma-anlama (10 paragraf), Present Simple, Daily Routines, Body Parts, to be, before/after, in/on/at, saat</w:t>
        <w:br/>
        <w:t>• Seviye: Zor + Çok Zor + Ultra Zor</w:t>
        <w:br/>
        <w:t>• Kaynak: KKTC MEB Temel Eğitim İngilizce Öğretim Programı</w:t>
        <w:br/>
        <w:t>• Üretim: i.niyazi.cv müfredat paneli (birleşik test)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