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jc w:val="center"/>
      </w:pPr>
      <w:r>
        <w:rPr>
          <w:b/>
          <w:sz w:val="30"/>
        </w:rPr>
        <w:t>5. Sınıf İngilizce - Ünite 1 · Karıştırılan Yapılar Testi</w:t>
      </w:r>
    </w:p>
    <w:p>
      <w:pPr>
        <w:jc w:val="center"/>
      </w:pPr>
      <w:r>
        <w:rPr>
          <w:color w:val="6E6860"/>
          <w:sz w:val="19"/>
        </w:rPr>
        <w:t>Kapsam: to be vs fiil, çoğul vs 3. tekil, do/does, have/has, olumsuzluk</w:t>
      </w:r>
    </w:p>
    <w:p>
      <w:pPr>
        <w:jc w:val="center"/>
      </w:pPr>
      <w:r>
        <w:rPr>
          <w:color w:val="6E6860"/>
          <w:sz w:val="19"/>
        </w:rPr>
        <w:t>50 soru · 4 seçenekli · 5. Sınıf · Ünite 1 · Seviye: Zor + Çok Zor + Ultra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keepNext/>
        <w:keepLines/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father ___ a doctor, and he ___ in a hospital.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works / is</w:t>
      </w:r>
      <w:r>
        <w:tab/>
      </w:r>
      <w:r>
        <w:rPr>
          <w:sz w:val="24"/>
        </w:rPr>
        <w:t>B) are / works</w:t>
      </w:r>
      <w:r>
        <w:tab/>
      </w:r>
      <w:r>
        <w:rPr>
          <w:sz w:val="24"/>
        </w:rPr>
        <w:t>C) is / works</w:t>
      </w:r>
      <w:r>
        <w:tab/>
      </w:r>
      <w:r>
        <w:rPr>
          <w:sz w:val="24"/>
        </w:rPr>
        <w:t>D) is / work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I ___ a student, and I ___ to school every day.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/ am</w:t>
      </w:r>
      <w:r>
        <w:tab/>
      </w:r>
      <w:r>
        <w:rPr>
          <w:sz w:val="24"/>
        </w:rPr>
        <w:t>B) am / go</w:t>
      </w:r>
      <w:r>
        <w:tab/>
      </w:r>
      <w:r>
        <w:rPr>
          <w:sz w:val="24"/>
        </w:rPr>
        <w:t>C) is / go</w:t>
      </w:r>
      <w:r>
        <w:tab/>
      </w:r>
      <w:r>
        <w:rPr>
          <w:sz w:val="24"/>
        </w:rPr>
        <w:t>D) am / goes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She ___ my sister, and she ___ music.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likes / is</w:t>
      </w:r>
      <w:r>
        <w:tab/>
      </w:r>
      <w:r>
        <w:rPr>
          <w:sz w:val="24"/>
        </w:rPr>
        <w:t>B) are / likes</w:t>
      </w:r>
      <w:r>
        <w:tab/>
      </w:r>
      <w:r>
        <w:rPr>
          <w:sz w:val="24"/>
        </w:rPr>
        <w:t>C) is / likes</w:t>
      </w:r>
      <w:r>
        <w:tab/>
      </w:r>
      <w:r>
        <w:rPr>
          <w:sz w:val="24"/>
        </w:rPr>
        <w:t>D) is / like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We ___ at home, and we ___ TV.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 / are</w:t>
      </w:r>
      <w:r>
        <w:tab/>
      </w:r>
      <w:r>
        <w:rPr>
          <w:sz w:val="24"/>
        </w:rPr>
        <w:t>B) are / watch</w:t>
      </w:r>
      <w:r>
        <w:tab/>
      </w:r>
      <w:r>
        <w:rPr>
          <w:sz w:val="24"/>
        </w:rPr>
        <w:t>C) is / watch</w:t>
      </w:r>
      <w:r>
        <w:tab/>
      </w:r>
      <w:r>
        <w:rPr>
          <w:sz w:val="24"/>
        </w:rPr>
        <w:t>D) are / watches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My mother ___ a teacher, and she ___ books.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reads</w:t>
      </w:r>
      <w:r>
        <w:tab/>
      </w:r>
      <w:r>
        <w:rPr>
          <w:sz w:val="24"/>
        </w:rPr>
        <w:t>B) reads / is</w:t>
      </w:r>
      <w:r>
        <w:tab/>
      </w:r>
      <w:r>
        <w:rPr>
          <w:sz w:val="24"/>
        </w:rPr>
        <w:t>C) are / reads</w:t>
      </w:r>
      <w:r>
        <w:tab/>
      </w:r>
      <w:r>
        <w:rPr>
          <w:sz w:val="24"/>
        </w:rPr>
        <w:t>D) is / read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They ___ my friends, and they ___ football.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 / are</w:t>
      </w:r>
      <w:r>
        <w:tab/>
      </w:r>
      <w:r>
        <w:rPr>
          <w:sz w:val="24"/>
        </w:rPr>
        <w:t>B) is / play</w:t>
      </w:r>
      <w:r>
        <w:tab/>
      </w:r>
      <w:r>
        <w:rPr>
          <w:sz w:val="24"/>
        </w:rPr>
        <w:t>C) are / plays</w:t>
      </w:r>
      <w:r>
        <w:tab/>
      </w:r>
      <w:r>
        <w:rPr>
          <w:sz w:val="24"/>
        </w:rPr>
        <w:t>D) are / play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My friends ___ in London, but my sister ___ in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lives / live</w:t>
      </w:r>
      <w:r>
        <w:tab/>
      </w:r>
      <w:r>
        <w:rPr>
          <w:sz w:val="24"/>
        </w:rPr>
        <w:t>B) is / am</w:t>
      </w:r>
      <w:r>
        <w:tab/>
      </w:r>
      <w:r>
        <w:rPr>
          <w:sz w:val="24"/>
        </w:rPr>
        <w:t>C) live / lives</w:t>
      </w:r>
      <w:r>
        <w:tab/>
      </w:r>
      <w:r>
        <w:rPr>
          <w:sz w:val="24"/>
        </w:rPr>
        <w:t>D) live / live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We ___ football, but he ___ basketball.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 / play</w:t>
      </w:r>
      <w:r>
        <w:tab/>
      </w:r>
      <w:r>
        <w:rPr>
          <w:sz w:val="24"/>
        </w:rPr>
        <w:t>B) are / is</w:t>
      </w:r>
      <w:r>
        <w:tab/>
      </w:r>
      <w:r>
        <w:rPr>
          <w:sz w:val="24"/>
        </w:rPr>
        <w:t>C) play / play</w:t>
      </w:r>
      <w:r>
        <w:tab/>
      </w:r>
      <w:r>
        <w:rPr>
          <w:sz w:val="24"/>
        </w:rPr>
        <w:t>D) play / plays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They ___ milk, but she ___ tea.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drink / drinks</w:t>
      </w:r>
      <w:r>
        <w:tab/>
      </w:r>
      <w:r>
        <w:rPr>
          <w:sz w:val="24"/>
        </w:rPr>
        <w:t>B) drinks / drink</w:t>
      </w:r>
      <w:r>
        <w:tab/>
      </w:r>
      <w:r>
        <w:rPr>
          <w:sz w:val="24"/>
        </w:rPr>
        <w:t>C) are / is</w:t>
      </w:r>
      <w:r>
        <w:tab/>
      </w:r>
      <w:r>
        <w:rPr>
          <w:sz w:val="24"/>
        </w:rPr>
        <w:t>D) drink / drink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The students ___ English, but Ali ___ Turkish.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speak / speaks</w:t>
      </w:r>
      <w:r>
        <w:tab/>
      </w:r>
      <w:r>
        <w:rPr>
          <w:sz w:val="24"/>
        </w:rPr>
        <w:t>B) speaks / speak</w:t>
      </w:r>
      <w:r>
        <w:tab/>
      </w:r>
      <w:r>
        <w:rPr>
          <w:sz w:val="24"/>
        </w:rPr>
        <w:t>C) are / is</w:t>
      </w:r>
      <w:r>
        <w:tab/>
      </w:r>
      <w:r>
        <w:rPr>
          <w:sz w:val="24"/>
        </w:rPr>
        <w:t>D) speak / speak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My parents ___ in a big house, but my brother ___ in a small house.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lives / live</w:t>
      </w:r>
      <w:r>
        <w:tab/>
      </w:r>
      <w:r>
        <w:rPr>
          <w:sz w:val="24"/>
        </w:rPr>
        <w:t>B) are / is</w:t>
      </w:r>
      <w:r>
        <w:tab/>
      </w:r>
      <w:r>
        <w:rPr>
          <w:sz w:val="24"/>
        </w:rPr>
        <w:t>C) live / live</w:t>
      </w:r>
      <w:r>
        <w:tab/>
      </w:r>
      <w:r>
        <w:rPr>
          <w:sz w:val="24"/>
        </w:rPr>
        <w:t>D) live / lives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 children ___ in the garden, but the teacher ___ in the classroom.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 / play</w:t>
      </w:r>
      <w:r>
        <w:tab/>
      </w:r>
      <w:r>
        <w:rPr>
          <w:sz w:val="24"/>
        </w:rPr>
        <w:t>B) play / plays</w:t>
      </w:r>
      <w:r>
        <w:tab/>
      </w:r>
      <w:r>
        <w:rPr>
          <w:sz w:val="24"/>
        </w:rPr>
        <w:t>C) are / is</w:t>
      </w:r>
      <w:r>
        <w:tab/>
      </w:r>
      <w:r>
        <w:rPr>
          <w:sz w:val="24"/>
        </w:rPr>
        <w:t>D) play / play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___ ten years old, and my brother ___ seven.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am</w:t>
      </w:r>
      <w:r>
        <w:tab/>
      </w:r>
      <w:r>
        <w:rPr>
          <w:sz w:val="24"/>
        </w:rPr>
        <w:t>B) am / is</w:t>
      </w:r>
      <w:r>
        <w:tab/>
      </w:r>
      <w:r>
        <w:rPr>
          <w:sz w:val="24"/>
        </w:rPr>
        <w:t>C) have / is</w:t>
      </w:r>
      <w:r>
        <w:tab/>
      </w:r>
      <w:r>
        <w:rPr>
          <w:sz w:val="24"/>
        </w:rPr>
        <w:t>D) am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You ___ my friend, and he ___ my brother.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is</w:t>
      </w:r>
      <w:r>
        <w:tab/>
      </w:r>
      <w:r>
        <w:rPr>
          <w:sz w:val="24"/>
        </w:rPr>
        <w:t>B) is / are</w:t>
      </w:r>
      <w:r>
        <w:tab/>
      </w:r>
      <w:r>
        <w:rPr>
          <w:sz w:val="24"/>
        </w:rPr>
        <w:t>C) have / is</w:t>
      </w:r>
      <w:r>
        <w:tab/>
      </w:r>
      <w:r>
        <w:rPr>
          <w:sz w:val="24"/>
        </w:rPr>
        <w:t>D) are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My sisters ___ six, and my brother ___ ten.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are</w:t>
      </w:r>
      <w:r>
        <w:tab/>
      </w:r>
      <w:r>
        <w:rPr>
          <w:sz w:val="24"/>
        </w:rPr>
        <w:t>B) have / is</w:t>
      </w:r>
      <w:r>
        <w:tab/>
      </w:r>
      <w:r>
        <w:rPr>
          <w:sz w:val="24"/>
        </w:rPr>
        <w:t>C) are / is</w:t>
      </w:r>
      <w:r>
        <w:tab/>
      </w:r>
      <w:r>
        <w:rPr>
          <w:sz w:val="24"/>
        </w:rPr>
        <w:t>D) are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Ali and Tom ___ students, and I ___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 / are</w:t>
      </w:r>
      <w:r>
        <w:tab/>
      </w:r>
      <w:r>
        <w:rPr>
          <w:sz w:val="24"/>
        </w:rPr>
        <w:t>B) is / am</w:t>
      </w:r>
      <w:r>
        <w:tab/>
      </w:r>
      <w:r>
        <w:rPr>
          <w:sz w:val="24"/>
        </w:rPr>
        <w:t>C) are / am</w:t>
      </w:r>
      <w:r>
        <w:tab/>
      </w:r>
      <w:r>
        <w:rPr>
          <w:sz w:val="24"/>
        </w:rPr>
        <w:t>D) are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It ___ a big school, and we ___ happy.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are</w:t>
      </w:r>
      <w:r>
        <w:tab/>
      </w:r>
      <w:r>
        <w:rPr>
          <w:sz w:val="24"/>
        </w:rPr>
        <w:t>B) are / is</w:t>
      </w:r>
      <w:r>
        <w:tab/>
      </w:r>
      <w:r>
        <w:rPr>
          <w:sz w:val="24"/>
        </w:rPr>
        <w:t>C) am / are</w:t>
      </w:r>
      <w:r>
        <w:tab/>
      </w:r>
      <w:r>
        <w:rPr>
          <w:sz w:val="24"/>
        </w:rPr>
        <w:t>D) are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 ___ at home, and my parents ___ at work.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am</w:t>
      </w:r>
      <w:r>
        <w:tab/>
      </w:r>
      <w:r>
        <w:rPr>
          <w:sz w:val="24"/>
        </w:rPr>
        <w:t>B) am / are</w:t>
      </w:r>
      <w:r>
        <w:tab/>
      </w:r>
      <w:r>
        <w:rPr>
          <w:sz w:val="24"/>
        </w:rPr>
        <w:t>C) am / is</w:t>
      </w:r>
      <w:r>
        <w:tab/>
      </w:r>
      <w:r>
        <w:rPr>
          <w:sz w:val="24"/>
        </w:rPr>
        <w:t>D) is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___ you like milk? Yes,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</w:t>
      </w:r>
      <w:r>
        <w:tab/>
      </w:r>
      <w:r>
        <w:rPr>
          <w:sz w:val="24"/>
        </w:rPr>
        <w:t>B) Does / does</w:t>
      </w:r>
      <w:r>
        <w:tab/>
      </w:r>
      <w:r>
        <w:rPr>
          <w:sz w:val="24"/>
        </w:rPr>
        <w:t>C) Do / does</w:t>
      </w:r>
      <w:r>
        <w:tab/>
      </w:r>
      <w:r>
        <w:rPr>
          <w:sz w:val="24"/>
        </w:rPr>
        <w:t>D) Are / am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she live in London? Yes,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</w:t>
      </w:r>
      <w:r>
        <w:tab/>
      </w:r>
      <w:r>
        <w:rPr>
          <w:sz w:val="24"/>
        </w:rPr>
        <w:t>B) Does / do</w:t>
      </w:r>
      <w:r>
        <w:tab/>
      </w:r>
      <w:r>
        <w:rPr>
          <w:sz w:val="24"/>
        </w:rPr>
        <w:t>C) Is / is</w:t>
      </w:r>
      <w:r>
        <w:tab/>
      </w:r>
      <w:r>
        <w:rPr>
          <w:sz w:val="24"/>
        </w:rPr>
        <w:t>D) Does / does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___ they play football? Yes, they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Do / does</w:t>
      </w:r>
      <w:r>
        <w:tab/>
      </w:r>
      <w:r>
        <w:rPr>
          <w:sz w:val="24"/>
        </w:rPr>
        <w:t>D) Are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___ he speak English? No, 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don't</w:t>
      </w:r>
      <w:r>
        <w:tab/>
      </w:r>
      <w:r>
        <w:rPr>
          <w:sz w:val="24"/>
        </w:rPr>
        <w:t>B) Does / don't</w:t>
      </w:r>
      <w:r>
        <w:tab/>
      </w:r>
      <w:r>
        <w:rPr>
          <w:sz w:val="24"/>
        </w:rPr>
        <w:t>C) Is / isn't</w:t>
      </w:r>
      <w:r>
        <w:tab/>
      </w:r>
      <w:r>
        <w:rPr>
          <w:sz w:val="24"/>
        </w:rPr>
        <w:t>D) Does / doesn't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___ your mother work? Yes,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Does / do</w:t>
      </w:r>
      <w:r>
        <w:tab/>
      </w:r>
      <w:r>
        <w:rPr>
          <w:sz w:val="24"/>
        </w:rPr>
        <w:t>D) Is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we have a test? No, we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doesn't</w:t>
      </w:r>
      <w:r>
        <w:tab/>
      </w:r>
      <w:r>
        <w:rPr>
          <w:sz w:val="24"/>
        </w:rPr>
        <w:t>B) Do / doesn't</w:t>
      </w:r>
      <w:r>
        <w:tab/>
      </w:r>
      <w:r>
        <w:rPr>
          <w:sz w:val="24"/>
        </w:rPr>
        <w:t>C) Do / don't</w:t>
      </w:r>
      <w:r>
        <w:tab/>
      </w:r>
      <w:r>
        <w:rPr>
          <w:sz w:val="24"/>
        </w:rPr>
        <w:t>D) Are / aren't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you a student? Yes,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</w:t>
      </w:r>
      <w:r>
        <w:tab/>
      </w:r>
      <w:r>
        <w:rPr>
          <w:sz w:val="24"/>
        </w:rPr>
        <w:t>B) Are / am</w:t>
      </w:r>
      <w:r>
        <w:tab/>
      </w:r>
      <w:r>
        <w:rPr>
          <w:sz w:val="24"/>
        </w:rPr>
        <w:t>C) Are / do</w:t>
      </w:r>
      <w:r>
        <w:tab/>
      </w:r>
      <w:r>
        <w:rPr>
          <w:sz w:val="24"/>
        </w:rPr>
        <w:t>D) Do / am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he a doctor? Yes, 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Is / does</w:t>
      </w:r>
      <w:r>
        <w:tab/>
      </w:r>
      <w:r>
        <w:rPr>
          <w:sz w:val="24"/>
        </w:rPr>
        <w:t>C) Is / is</w:t>
      </w:r>
      <w:r>
        <w:tab/>
      </w:r>
      <w:r>
        <w:rPr>
          <w:sz w:val="24"/>
        </w:rPr>
        <w:t>D) Does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___ they at school? Yes, they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</w:t>
      </w:r>
      <w:r>
        <w:tab/>
      </w:r>
      <w:r>
        <w:rPr>
          <w:sz w:val="24"/>
        </w:rPr>
        <w:t>B) Are / are</w:t>
      </w:r>
      <w:r>
        <w:tab/>
      </w:r>
      <w:r>
        <w:rPr>
          <w:sz w:val="24"/>
        </w:rPr>
        <w:t>C) Are / do</w:t>
      </w:r>
      <w:r>
        <w:tab/>
      </w:r>
      <w:r>
        <w:rPr>
          <w:sz w:val="24"/>
        </w:rPr>
        <w:t>D) Do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___ you live in Cyprus? Yes,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am</w:t>
      </w:r>
      <w:r>
        <w:tab/>
      </w:r>
      <w:r>
        <w:rPr>
          <w:sz w:val="24"/>
        </w:rPr>
        <w:t>B) Do / am</w:t>
      </w:r>
      <w:r>
        <w:tab/>
      </w:r>
      <w:r>
        <w:rPr>
          <w:sz w:val="24"/>
        </w:rPr>
        <w:t>C) Are / do</w:t>
      </w:r>
      <w:r>
        <w:tab/>
      </w:r>
      <w:r>
        <w:rPr>
          <w:sz w:val="24"/>
        </w:rPr>
        <w:t>D) Do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she a teacher? No,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doesn't</w:t>
      </w:r>
      <w:r>
        <w:tab/>
      </w:r>
      <w:r>
        <w:rPr>
          <w:sz w:val="24"/>
        </w:rPr>
        <w:t>B) Is / doesn't</w:t>
      </w:r>
      <w:r>
        <w:tab/>
      </w:r>
      <w:r>
        <w:rPr>
          <w:sz w:val="24"/>
        </w:rPr>
        <w:t>C) Is / isn't</w:t>
      </w:r>
      <w:r>
        <w:tab/>
      </w:r>
      <w:r>
        <w:rPr>
          <w:sz w:val="24"/>
        </w:rPr>
        <w:t>D) Does / isn't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___ your friends like music? Yes, they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are</w:t>
      </w:r>
      <w:r>
        <w:tab/>
      </w:r>
      <w:r>
        <w:rPr>
          <w:sz w:val="24"/>
        </w:rPr>
        <w:t>B) Do / are</w:t>
      </w:r>
      <w:r>
        <w:tab/>
      </w:r>
      <w:r>
        <w:rPr>
          <w:sz w:val="24"/>
        </w:rPr>
        <w:t>C) Are / do</w:t>
      </w:r>
      <w:r>
        <w:tab/>
      </w:r>
      <w:r>
        <w:rPr>
          <w:sz w:val="24"/>
        </w:rPr>
        <w:t>D) Do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I ___ a sister, and she ___ two brothers.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 / have</w:t>
      </w:r>
      <w:r>
        <w:tab/>
      </w:r>
      <w:r>
        <w:rPr>
          <w:sz w:val="24"/>
        </w:rPr>
        <w:t>B) have / have</w:t>
      </w:r>
      <w:r>
        <w:tab/>
      </w:r>
      <w:r>
        <w:rPr>
          <w:sz w:val="24"/>
        </w:rPr>
        <w:t>C) have / has</w:t>
      </w:r>
      <w:r>
        <w:tab/>
      </w:r>
      <w:r>
        <w:rPr>
          <w:sz w:val="24"/>
        </w:rPr>
        <w:t>D) has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My father ___ a car, and we ___ a bicycle.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 / have</w:t>
      </w:r>
      <w:r>
        <w:tab/>
      </w:r>
      <w:r>
        <w:rPr>
          <w:sz w:val="24"/>
        </w:rPr>
        <w:t>B) have / has</w:t>
      </w:r>
      <w:r>
        <w:tab/>
      </w:r>
      <w:r>
        <w:rPr>
          <w:sz w:val="24"/>
        </w:rPr>
        <w:t>C) has / has</w:t>
      </w:r>
      <w:r>
        <w:tab/>
      </w:r>
      <w:r>
        <w:rPr>
          <w:sz w:val="24"/>
        </w:rPr>
        <w:t>D) have / have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They ___ a big house, and my friend ___ a small house.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/ has</w:t>
      </w:r>
      <w:r>
        <w:tab/>
      </w:r>
      <w:r>
        <w:rPr>
          <w:sz w:val="24"/>
        </w:rPr>
        <w:t>B) has / have</w:t>
      </w:r>
      <w:r>
        <w:tab/>
      </w:r>
      <w:r>
        <w:rPr>
          <w:sz w:val="24"/>
        </w:rPr>
        <w:t>C) have / have</w:t>
      </w:r>
      <w:r>
        <w:tab/>
      </w:r>
      <w:r>
        <w:rPr>
          <w:sz w:val="24"/>
        </w:rPr>
        <w:t>D) has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The teacher ___ a book, and the students ___ books.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/ has</w:t>
      </w:r>
      <w:r>
        <w:tab/>
      </w:r>
      <w:r>
        <w:rPr>
          <w:sz w:val="24"/>
        </w:rPr>
        <w:t>B) has / has</w:t>
      </w:r>
      <w:r>
        <w:tab/>
      </w:r>
      <w:r>
        <w:rPr>
          <w:sz w:val="24"/>
        </w:rPr>
        <w:t>C) have / have</w:t>
      </w:r>
      <w:r>
        <w:tab/>
      </w:r>
      <w:r>
        <w:rPr>
          <w:sz w:val="24"/>
        </w:rPr>
        <w:t>D) has / have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My brother ___ like tea, but he ___ milk.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don't / likes</w:t>
      </w:r>
      <w:r>
        <w:tab/>
      </w:r>
      <w:r>
        <w:rPr>
          <w:sz w:val="24"/>
        </w:rPr>
        <w:t>B) doesn't / likes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/ like</w:t>
      </w:r>
      <w:r>
        <w:tab/>
      </w:r>
      <w:r>
        <w:rPr>
          <w:sz w:val="24"/>
        </w:rPr>
        <w:t>D) isn't / likes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They ___ in London. They ___ in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 / are</w:t>
      </w:r>
      <w:r>
        <w:tab/>
      </w:r>
      <w:r>
        <w:rPr>
          <w:sz w:val="24"/>
        </w:rPr>
        <w:t>B) aren't / do</w:t>
      </w:r>
      <w:r>
        <w:tab/>
      </w:r>
      <w:r>
        <w:rPr>
          <w:sz w:val="24"/>
        </w:rPr>
        <w:t>C) aren't / are</w:t>
      </w:r>
      <w:r>
        <w:tab/>
      </w:r>
      <w:r>
        <w:rPr>
          <w:sz w:val="24"/>
        </w:rPr>
        <w:t>D) isn't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She ___ a teacher. She ___ a doctor.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 / is</w:t>
      </w:r>
      <w:r>
        <w:tab/>
      </w:r>
      <w:r>
        <w:rPr>
          <w:sz w:val="24"/>
        </w:rPr>
        <w:t>B) isn't / is</w:t>
      </w:r>
      <w:r>
        <w:tab/>
      </w:r>
      <w:r>
        <w:rPr>
          <w:sz w:val="24"/>
        </w:rPr>
        <w:t>C) isn't / does</w:t>
      </w:r>
      <w:r>
        <w:tab/>
      </w:r>
      <w:r>
        <w:rPr>
          <w:sz w:val="24"/>
        </w:rPr>
        <w:t>D) aren't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I ___ milk, but my sister ___ milk.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drink / don't drink</w:t>
      </w:r>
      <w:r>
        <w:tab/>
      </w:r>
      <w:r>
        <w:rPr>
          <w:sz w:val="24"/>
        </w:rPr>
        <w:t>B) don't drink / don't drink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don't drink / doesn't drinks</w:t>
      </w:r>
      <w:r>
        <w:tab/>
      </w:r>
      <w:r>
        <w:rPr>
          <w:sz w:val="24"/>
        </w:rPr>
        <w:t>D) don't drink / doesn't drink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He ___ work, but they ___ work.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don't / doesn't</w:t>
      </w:r>
      <w:r>
        <w:tab/>
      </w:r>
      <w:r>
        <w:rPr>
          <w:sz w:val="24"/>
        </w:rPr>
        <w:t>B) doesn't / doesn't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don't / don't</w:t>
      </w:r>
      <w:r>
        <w:tab/>
      </w:r>
      <w:r>
        <w:rPr>
          <w:sz w:val="24"/>
        </w:rPr>
        <w:t>D) doesn't / don't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You ___ a doctor, but he ___ a doctor.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 / is</w:t>
      </w:r>
      <w:r>
        <w:tab/>
      </w:r>
      <w:r>
        <w:rPr>
          <w:sz w:val="24"/>
        </w:rPr>
        <w:t>B) isn't / are</w:t>
      </w:r>
      <w:r>
        <w:tab/>
      </w:r>
      <w:r>
        <w:rPr>
          <w:sz w:val="24"/>
        </w:rPr>
        <w:t>C) aren't / are</w:t>
      </w:r>
      <w:r>
        <w:tab/>
      </w:r>
      <w:r>
        <w:rPr>
          <w:sz w:val="24"/>
        </w:rPr>
        <w:t>D) don't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I ___ up at seven, but my brother ___ up at eight.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gets / get</w:t>
      </w:r>
      <w:r>
        <w:tab/>
      </w:r>
      <w:r>
        <w:rPr>
          <w:sz w:val="24"/>
        </w:rPr>
        <w:t>B) get / gets</w:t>
      </w:r>
      <w:r>
        <w:tab/>
      </w:r>
      <w:r>
        <w:rPr>
          <w:sz w:val="24"/>
        </w:rPr>
        <w:t>C) get / get</w:t>
      </w:r>
      <w:r>
        <w:tab/>
      </w:r>
      <w:r>
        <w:rPr>
          <w:sz w:val="24"/>
        </w:rPr>
        <w:t>D) gets / gets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My friend ___ English well, but his sisters ___ slowly.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speak / speaks</w:t>
      </w:r>
      <w:r>
        <w:tab/>
      </w:r>
      <w:r>
        <w:rPr>
          <w:sz w:val="24"/>
        </w:rPr>
        <w:t>B) speaks / speaks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speaks / speak</w:t>
      </w:r>
      <w:r>
        <w:tab/>
      </w:r>
      <w:r>
        <w:rPr>
          <w:sz w:val="24"/>
        </w:rPr>
        <w:t>D) speak / speak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The children ___ in the garden, but the baby ___ inside.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sleeps / play</w:t>
      </w:r>
      <w:r>
        <w:tab/>
      </w:r>
      <w:r>
        <w:rPr>
          <w:sz w:val="24"/>
        </w:rPr>
        <w:t>B) play / play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play / sleeps</w:t>
      </w:r>
      <w:r>
        <w:tab/>
      </w:r>
      <w:r>
        <w:rPr>
          <w:sz w:val="24"/>
        </w:rPr>
        <w:t>D) sleeps / sleeps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My mother ___ in a hospital, but my father ___ in a school.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work / work</w:t>
      </w:r>
      <w:r>
        <w:tab/>
      </w:r>
      <w:r>
        <w:rPr>
          <w:sz w:val="24"/>
        </w:rPr>
        <w:t>B) works / work</w:t>
      </w:r>
      <w:r>
        <w:tab/>
      </w:r>
      <w:r>
        <w:rPr>
          <w:sz w:val="24"/>
        </w:rPr>
        <w:t>C) work / works</w:t>
      </w:r>
      <w:r>
        <w:tab/>
      </w:r>
      <w:r>
        <w:rPr>
          <w:sz w:val="24"/>
        </w:rPr>
        <w:t>D) works / works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I ___ my homework, and my sister ___ her homework too.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does</w:t>
      </w:r>
      <w:r>
        <w:tab/>
      </w:r>
      <w:r>
        <w:rPr>
          <w:sz w:val="24"/>
        </w:rPr>
        <w:t>B) does / do</w:t>
      </w:r>
      <w:r>
        <w:tab/>
      </w:r>
      <w:r>
        <w:rPr>
          <w:sz w:val="24"/>
        </w:rPr>
        <w:t>C) do / do</w:t>
      </w:r>
      <w:r>
        <w:tab/>
      </w:r>
      <w:r>
        <w:rPr>
          <w:sz w:val="24"/>
        </w:rPr>
        <w:t>D) does / does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Which sentence is correct?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friends is at school.</w:t>
      </w:r>
      <w:r>
        <w:tab/>
      </w:r>
      <w:r>
        <w:rPr>
          <w:sz w:val="24"/>
        </w:rPr>
        <w:t>B) My friends are go to school.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friends is go school.</w:t>
      </w:r>
      <w:r>
        <w:tab/>
      </w:r>
      <w:r>
        <w:rPr>
          <w:sz w:val="24"/>
        </w:rPr>
        <w:t>D) My friends are at school.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Choose the correct sentence.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She don't like tea.</w:t>
      </w:r>
      <w:r>
        <w:tab/>
      </w:r>
      <w:r>
        <w:rPr>
          <w:sz w:val="24"/>
        </w:rPr>
        <w:t>B) She doesn't likes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She doesn't like tea.</w:t>
      </w:r>
      <w:r>
        <w:tab/>
      </w:r>
      <w:r>
        <w:rPr>
          <w:sz w:val="24"/>
        </w:rPr>
        <w:t>D) She isn't like tea.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Find the correct sentence.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brother have a bicycle.</w:t>
      </w:r>
      <w:r>
        <w:tab/>
      </w:r>
      <w:r>
        <w:rPr>
          <w:sz w:val="24"/>
        </w:rPr>
        <w:t>B) My brother has a bicycle.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sister have a bicycle.</w:t>
      </w:r>
      <w:r>
        <w:tab/>
      </w:r>
      <w:r>
        <w:rPr>
          <w:sz w:val="24"/>
        </w:rPr>
        <w:t>D) My brother is a bicycle.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___ your brother have a bicycle? Yes, 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Does / have</w:t>
      </w:r>
      <w:r>
        <w:tab/>
      </w:r>
      <w:r>
        <w:rPr>
          <w:sz w:val="24"/>
        </w:rPr>
        <w:t>D) Is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My sisters ___ tall, but my brother ___ tall.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is</w:t>
      </w:r>
      <w:r>
        <w:tab/>
      </w:r>
      <w:r>
        <w:rPr>
          <w:sz w:val="24"/>
        </w:rPr>
        <w:t>B) is / are</w:t>
      </w:r>
      <w:r>
        <w:tab/>
      </w:r>
      <w:r>
        <w:rPr>
          <w:sz w:val="24"/>
        </w:rPr>
        <w:t>C) are / are</w:t>
      </w:r>
      <w:r>
        <w:tab/>
      </w:r>
      <w:r>
        <w:rPr>
          <w:sz w:val="24"/>
        </w:rPr>
        <w:t>D) is / is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