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- Ünite 1 · Karıştırılan Yapılar Testi</w:t>
      </w:r>
    </w:p>
    <w:p/>
    <w:p>
      <w:pPr>
        <w:spacing w:after="40"/>
      </w:pPr>
      <w:r>
        <w:rPr>
          <w:b/>
          <w:sz w:val="22"/>
        </w:rPr>
        <w:t>1. C</w:t>
      </w:r>
      <w:r>
        <w:rPr>
          <w:color w:val="787068"/>
          <w:sz w:val="18"/>
        </w:rPr>
        <w:t xml:space="preserve">  [to be vs fiil (3. tekil)]</w:t>
      </w:r>
      <w:r>
        <w:rPr>
          <w:sz w:val="19"/>
        </w:rPr>
        <w:t xml:space="preserve">  ⚡ father=he: 1. boşluk ISIM -&gt; is; 2. boşluk EYLEM -&gt; works. "works / is" takas tuzagi: 1. boşluga fiil koymaya ceker ('father works a doctor' yanlis).</w:t>
      </w:r>
    </w:p>
    <w:p>
      <w:pPr>
        <w:spacing w:after="40"/>
      </w:pPr>
      <w:r>
        <w:rPr>
          <w:b/>
          <w:sz w:val="22"/>
        </w:rPr>
        <w:t>2. B</w:t>
      </w:r>
      <w:r>
        <w:rPr>
          <w:color w:val="787068"/>
          <w:sz w:val="18"/>
        </w:rPr>
        <w:t xml:space="preserve">  [to be vs fiil (I oznesi)]</w:t>
      </w:r>
      <w:r>
        <w:rPr>
          <w:sz w:val="19"/>
        </w:rPr>
        <w:t xml:space="preserve">  ⚡ 1. boşluk ISIM -&gt; am (I oznesi 'is' almaz); 2. boşluk EYLEM -&gt; go (I'a -s gelmez). "go / am" takas tuzagi.</w:t>
      </w:r>
    </w:p>
    <w:p>
      <w:pPr>
        <w:spacing w:after="40"/>
      </w:pPr>
      <w:r>
        <w:rPr>
          <w:b/>
          <w:sz w:val="22"/>
        </w:rPr>
        <w:t>3. C</w:t>
      </w:r>
      <w:r>
        <w:rPr>
          <w:color w:val="787068"/>
          <w:sz w:val="18"/>
        </w:rPr>
        <w:t xml:space="preserve">  [to be vs fiil (she)]</w:t>
      </w:r>
      <w:r>
        <w:rPr>
          <w:sz w:val="19"/>
        </w:rPr>
        <w:t xml:space="preserve">  ⚡ 1. boşluk ISIM -&gt; is; 2. boşluk EYLEM -&gt; likes (-s). "likes / is" takas tuzagi; 'are' ve 'like' (yalin) ayri tuzak.</w:t>
      </w:r>
    </w:p>
    <w:p>
      <w:pPr>
        <w:spacing w:after="40"/>
      </w:pPr>
      <w:r>
        <w:rPr>
          <w:b/>
          <w:sz w:val="22"/>
        </w:rPr>
        <w:t>4. B</w:t>
      </w:r>
      <w:r>
        <w:rPr>
          <w:color w:val="787068"/>
          <w:sz w:val="18"/>
        </w:rPr>
        <w:t xml:space="preserve">  [to be vs fiil (we)]</w:t>
      </w:r>
      <w:r>
        <w:rPr>
          <w:sz w:val="19"/>
        </w:rPr>
        <w:t xml:space="preserve">  ⚡ 1. boşluk YER -&gt; are; 2. boşluk EYLEM -&gt; watch (yalin). "watch / are" takas tuzagi.</w:t>
      </w:r>
    </w:p>
    <w:p>
      <w:pPr>
        <w:spacing w:after="40"/>
      </w:pPr>
      <w:r>
        <w:rPr>
          <w:b/>
          <w:sz w:val="22"/>
        </w:rPr>
        <w:t>5. A</w:t>
      </w:r>
      <w:r>
        <w:rPr>
          <w:color w:val="787068"/>
          <w:sz w:val="18"/>
        </w:rPr>
        <w:t xml:space="preserve">  [to be vs fiil (mother)]</w:t>
      </w:r>
      <w:r>
        <w:rPr>
          <w:sz w:val="19"/>
        </w:rPr>
        <w:t xml:space="preserve">  ⚡ mother=she: 1. boşluk ISIM -&gt; is; 2. boşluk EYLEM -&gt; reads (-s). "reads / is" takas tuzagi.</w:t>
      </w:r>
    </w:p>
    <w:p>
      <w:pPr>
        <w:spacing w:after="40"/>
      </w:pPr>
      <w:r>
        <w:rPr>
          <w:b/>
          <w:sz w:val="22"/>
        </w:rPr>
        <w:t>6. D</w:t>
      </w:r>
      <w:r>
        <w:rPr>
          <w:color w:val="787068"/>
          <w:sz w:val="18"/>
        </w:rPr>
        <w:t xml:space="preserve">  [to be vs fiil (they)]</w:t>
      </w:r>
      <w:r>
        <w:rPr>
          <w:sz w:val="19"/>
        </w:rPr>
        <w:t xml:space="preserve">  ⚡ 1. boşluk ISIM -&gt; are; 2. boşluk EYLEM -&gt; play (yalin). "play / are" takas tuzagi.</w:t>
      </w:r>
    </w:p>
    <w:p>
      <w:pPr>
        <w:spacing w:after="40"/>
      </w:pPr>
      <w:r>
        <w:rPr>
          <w:b/>
          <w:sz w:val="22"/>
        </w:rPr>
        <w:t>7. C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friends=cogul -&gt; live (yalin); sister=he/she -&gt; lives (-s). "lives / live" takas tuzagi; 'is / am' to be tuzagi (her iki boşluk).</w:t>
      </w:r>
    </w:p>
    <w:p>
      <w:pPr>
        <w:spacing w:after="40"/>
      </w:pPr>
      <w:r>
        <w:rPr>
          <w:b/>
          <w:sz w:val="22"/>
        </w:rPr>
        <w:t>8. D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we -&gt; play; he -&gt; plays. "plays / play" takas tuzagi + 'are / is' to be tuzagi.</w:t>
      </w:r>
    </w:p>
    <w:p>
      <w:pPr>
        <w:spacing w:after="40"/>
      </w:pPr>
      <w:r>
        <w:rPr>
          <w:b/>
          <w:sz w:val="22"/>
        </w:rPr>
        <w:t>9. A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they -&gt; drink; she -&gt; drinks. Takas + to be tuzagi.</w:t>
      </w:r>
    </w:p>
    <w:p>
      <w:pPr>
        <w:spacing w:after="40"/>
      </w:pPr>
      <w:r>
        <w:rPr>
          <w:b/>
          <w:sz w:val="22"/>
        </w:rPr>
        <w:t>10. A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students=cogul -&gt; speak; Ali=he -&gt; speaks. Takas + to be tuzagi.</w:t>
      </w:r>
    </w:p>
    <w:p>
      <w:pPr>
        <w:spacing w:after="40"/>
      </w:pPr>
      <w:r>
        <w:rPr>
          <w:b/>
          <w:sz w:val="22"/>
        </w:rPr>
        <w:t>11. D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parents=cogul -&gt; live; brother=he -&gt; lives.</w:t>
      </w:r>
    </w:p>
    <w:p>
      <w:pPr>
        <w:spacing w:after="40"/>
      </w:pPr>
      <w:r>
        <w:rPr>
          <w:b/>
          <w:sz w:val="22"/>
        </w:rPr>
        <w:t>12. B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children=cogul -&gt; play; teacher=tekil -&gt; plays.</w:t>
      </w:r>
    </w:p>
    <w:p>
      <w:pPr>
        <w:spacing w:after="40"/>
      </w:pPr>
      <w:r>
        <w:rPr>
          <w:b/>
          <w:sz w:val="22"/>
        </w:rPr>
        <w:t>13. B</w:t>
      </w:r>
      <w:r>
        <w:rPr>
          <w:color w:val="787068"/>
          <w:sz w:val="18"/>
        </w:rPr>
        <w:t xml:space="preserve">  [am / is / are + yas tuzagi]</w:t>
      </w:r>
      <w:r>
        <w:rPr>
          <w:sz w:val="19"/>
        </w:rPr>
        <w:t xml:space="preserve">  ⚡ I -&gt; am; brother=he -&gt; is. "is / am" takas tuzagi. Yas icin 'have/has' KULLANILMAZ -&gt; 'have / is' ve 'am / has' tuzaklari.</w:t>
      </w:r>
    </w:p>
    <w:p>
      <w:pPr>
        <w:spacing w:after="40"/>
      </w:pPr>
      <w:r>
        <w:rPr>
          <w:b/>
          <w:sz w:val="22"/>
        </w:rPr>
        <w:t>14. A</w:t>
      </w:r>
      <w:r>
        <w:rPr>
          <w:color w:val="787068"/>
          <w:sz w:val="18"/>
        </w:rPr>
        <w:t xml:space="preserve">  [am / is / are + iyelik tuzagi]</w:t>
      </w:r>
      <w:r>
        <w:rPr>
          <w:sz w:val="19"/>
        </w:rPr>
        <w:t xml:space="preserve">  ⚡ you -&gt; are; he -&gt; is. "is / are" takas tuzagi. 'have' fiili 'a ...' isimle eslesmez -&gt; her iki boşlukta tuzak.</w:t>
      </w:r>
    </w:p>
    <w:p>
      <w:pPr>
        <w:spacing w:after="40"/>
      </w:pPr>
      <w:r>
        <w:rPr>
          <w:b/>
          <w:sz w:val="22"/>
        </w:rPr>
        <w:t>15. C</w:t>
      </w:r>
      <w:r>
        <w:rPr>
          <w:color w:val="787068"/>
          <w:sz w:val="18"/>
        </w:rPr>
        <w:t xml:space="preserve">  [am / is / are + yas tuzagi]</w:t>
      </w:r>
      <w:r>
        <w:rPr>
          <w:sz w:val="19"/>
        </w:rPr>
        <w:t xml:space="preserve">  ⚡ sisters=cogul -&gt; are; brother=tekil -&gt; is. Yas 'have' ile kurulmaz.</w:t>
      </w:r>
    </w:p>
    <w:p>
      <w:pPr>
        <w:spacing w:after="40"/>
      </w:pPr>
      <w:r>
        <w:rPr>
          <w:b/>
          <w:sz w:val="22"/>
        </w:rPr>
        <w:t>16. C</w:t>
      </w:r>
      <w:r>
        <w:rPr>
          <w:color w:val="787068"/>
          <w:sz w:val="18"/>
        </w:rPr>
        <w:t xml:space="preserve">  [am / is / are]</w:t>
      </w:r>
      <w:r>
        <w:rPr>
          <w:sz w:val="19"/>
        </w:rPr>
        <w:t xml:space="preserve">  ⚡ Ali and Tom = cogul -&gt; are; I -&gt; am. "am / are" takas tuzagi; 'has' yanlis.</w:t>
      </w:r>
    </w:p>
    <w:p>
      <w:pPr>
        <w:spacing w:after="40"/>
      </w:pPr>
      <w:r>
        <w:rPr>
          <w:b/>
          <w:sz w:val="22"/>
        </w:rPr>
        <w:t>17. A</w:t>
      </w:r>
      <w:r>
        <w:rPr>
          <w:color w:val="787068"/>
          <w:sz w:val="18"/>
        </w:rPr>
        <w:t xml:space="preserve">  [am / is / are]</w:t>
      </w:r>
      <w:r>
        <w:rPr>
          <w:sz w:val="19"/>
        </w:rPr>
        <w:t xml:space="preserve">  ⚡ it -&gt; is; we -&gt; are. "are / is" takas tuzagi; 'am' we ile kullanilmaz.</w:t>
      </w:r>
    </w:p>
    <w:p>
      <w:pPr>
        <w:spacing w:after="40"/>
      </w:pPr>
      <w:r>
        <w:rPr>
          <w:b/>
          <w:sz w:val="22"/>
        </w:rPr>
        <w:t>18. B</w:t>
      </w:r>
      <w:r>
        <w:rPr>
          <w:color w:val="787068"/>
          <w:sz w:val="18"/>
        </w:rPr>
        <w:t xml:space="preserve">  [am / is / are]</w:t>
      </w:r>
      <w:r>
        <w:rPr>
          <w:sz w:val="19"/>
        </w:rPr>
        <w:t xml:space="preserve">  ⚡ I -&gt; am; parents=cogul -&gt; are. Takas + ozne uyumu tuzaklari.</w:t>
      </w:r>
    </w:p>
    <w:p>
      <w:pPr>
        <w:spacing w:after="40"/>
      </w:pPr>
      <w:r>
        <w:rPr>
          <w:b/>
          <w:sz w:val="22"/>
        </w:rPr>
        <w:t>19. A</w:t>
      </w:r>
      <w:r>
        <w:rPr>
          <w:color w:val="787068"/>
          <w:sz w:val="18"/>
        </w:rPr>
        <w:t xml:space="preserve">  [do/does soru + kisa cevap]</w:t>
      </w:r>
      <w:r>
        <w:rPr>
          <w:sz w:val="19"/>
        </w:rPr>
        <w:t xml:space="preserve">  ⚡ you -&gt; Do; kisa cevap Yes, I do. 'Are / am' to be tuzagi (eylem fiili var).</w:t>
      </w:r>
    </w:p>
    <w:p>
      <w:pPr>
        <w:spacing w:after="40"/>
      </w:pPr>
      <w:r>
        <w:rPr>
          <w:b/>
          <w:sz w:val="22"/>
        </w:rPr>
        <w:t>20. D</w:t>
      </w:r>
      <w:r>
        <w:rPr>
          <w:color w:val="787068"/>
          <w:sz w:val="18"/>
        </w:rPr>
        <w:t xml:space="preserve">  [do/does soru + kisa cevap]</w:t>
      </w:r>
      <w:r>
        <w:rPr>
          <w:sz w:val="19"/>
        </w:rPr>
        <w:t xml:space="preserve">  ⚡ she -&gt; Does; Yes, she does. 'Is / is' tuzagi (eylem fiili var).</w:t>
      </w:r>
    </w:p>
    <w:p>
      <w:pPr>
        <w:spacing w:after="40"/>
      </w:pPr>
      <w:r>
        <w:rPr>
          <w:b/>
          <w:sz w:val="22"/>
        </w:rPr>
        <w:t>21. B</w:t>
      </w:r>
      <w:r>
        <w:rPr>
          <w:color w:val="787068"/>
          <w:sz w:val="18"/>
        </w:rPr>
        <w:t xml:space="preserve">  [do/does soru + kisa cevap]</w:t>
      </w:r>
      <w:r>
        <w:rPr>
          <w:sz w:val="19"/>
        </w:rPr>
        <w:t xml:space="preserve">  ⚡ they -&gt; Do; Yes, they do. 'Are / are' tuzagi.</w:t>
      </w:r>
    </w:p>
    <w:p>
      <w:pPr>
        <w:spacing w:after="40"/>
      </w:pPr>
      <w:r>
        <w:rPr>
          <w:b/>
          <w:sz w:val="22"/>
        </w:rPr>
        <w:t>22. D</w:t>
      </w:r>
      <w:r>
        <w:rPr>
          <w:color w:val="787068"/>
          <w:sz w:val="18"/>
        </w:rPr>
        <w:t xml:space="preserve">  [do/does olumsuz kisa cevap]</w:t>
      </w:r>
      <w:r>
        <w:rPr>
          <w:sz w:val="19"/>
        </w:rPr>
        <w:t xml:space="preserve">  ⚡ he -&gt; Does; No, he doesn't (yardimci korunur). 'Is / isn't' tuzagi.</w:t>
      </w:r>
    </w:p>
    <w:p>
      <w:pPr>
        <w:spacing w:after="40"/>
      </w:pPr>
      <w:r>
        <w:rPr>
          <w:b/>
          <w:sz w:val="22"/>
        </w:rPr>
        <w:t>23. A</w:t>
      </w:r>
      <w:r>
        <w:rPr>
          <w:color w:val="787068"/>
          <w:sz w:val="18"/>
        </w:rPr>
        <w:t xml:space="preserve">  [do/does soru + kisa cevap]</w:t>
      </w:r>
      <w:r>
        <w:rPr>
          <w:sz w:val="19"/>
        </w:rPr>
        <w:t xml:space="preserve">  ⚡ mother=she -&gt; Does; Yes, she does. 'Is / is' tuzagi.</w:t>
      </w:r>
    </w:p>
    <w:p>
      <w:pPr>
        <w:spacing w:after="40"/>
      </w:pPr>
      <w:r>
        <w:rPr>
          <w:b/>
          <w:sz w:val="22"/>
        </w:rPr>
        <w:t>24. C</w:t>
      </w:r>
      <w:r>
        <w:rPr>
          <w:color w:val="787068"/>
          <w:sz w:val="18"/>
        </w:rPr>
        <w:t xml:space="preserve">  [do/does olumsuz kisa cevap]</w:t>
      </w:r>
      <w:r>
        <w:rPr>
          <w:sz w:val="19"/>
        </w:rPr>
        <w:t xml:space="preserve">  ⚡ we -&gt; Do; No, we don't. 'Are / aren't' tuzagi.</w:t>
      </w:r>
    </w:p>
    <w:p>
      <w:pPr>
        <w:spacing w:after="40"/>
      </w:pPr>
      <w:r>
        <w:rPr>
          <w:b/>
          <w:sz w:val="22"/>
        </w:rPr>
        <w:t>25. B</w:t>
      </w:r>
      <w:r>
        <w:rPr>
          <w:color w:val="787068"/>
          <w:sz w:val="18"/>
        </w:rPr>
        <w:t xml:space="preserve">  [to be soru + kisa cevap]</w:t>
      </w:r>
      <w:r>
        <w:rPr>
          <w:sz w:val="19"/>
        </w:rPr>
        <w:t xml:space="preserve">  ⚡ 'a student' isim -&gt; to be: Are ... Yes, I am. 'Do / do' (eylem yardimcisi) tuzagi.</w:t>
      </w:r>
    </w:p>
    <w:p>
      <w:pPr>
        <w:spacing w:after="40"/>
      </w:pPr>
      <w:r>
        <w:rPr>
          <w:b/>
          <w:sz w:val="22"/>
        </w:rPr>
        <w:t>26. C</w:t>
      </w:r>
      <w:r>
        <w:rPr>
          <w:color w:val="787068"/>
          <w:sz w:val="18"/>
        </w:rPr>
        <w:t xml:space="preserve">  [to be soru + kisa cevap]</w:t>
      </w:r>
      <w:r>
        <w:rPr>
          <w:sz w:val="19"/>
        </w:rPr>
        <w:t xml:space="preserve">  ⚡ 'a doctor' isim -&gt; to be: Is ... Yes, he is. 'Does / does' tuzagi.</w:t>
      </w:r>
    </w:p>
    <w:p>
      <w:pPr>
        <w:spacing w:after="40"/>
      </w:pPr>
      <w:r>
        <w:rPr>
          <w:b/>
          <w:sz w:val="22"/>
        </w:rPr>
        <w:t>27. B</w:t>
      </w:r>
      <w:r>
        <w:rPr>
          <w:color w:val="787068"/>
          <w:sz w:val="18"/>
        </w:rPr>
        <w:t xml:space="preserve">  [to be soru + kisa cevap]</w:t>
      </w:r>
      <w:r>
        <w:rPr>
          <w:sz w:val="19"/>
        </w:rPr>
        <w:t xml:space="preserve">  ⚡ 'at school' yer -&gt; to be: Are ... Yes, they are. 'Do' tuzagi (eylem yok).</w:t>
      </w:r>
    </w:p>
    <w:p>
      <w:pPr>
        <w:spacing w:after="40"/>
      </w:pPr>
      <w:r>
        <w:rPr>
          <w:b/>
          <w:sz w:val="22"/>
        </w:rPr>
        <w:t>28. D</w:t>
      </w:r>
      <w:r>
        <w:rPr>
          <w:color w:val="787068"/>
          <w:sz w:val="18"/>
        </w:rPr>
        <w:t xml:space="preserve">  [eylem fiili -&gt; do/does]</w:t>
      </w:r>
      <w:r>
        <w:rPr>
          <w:sz w:val="19"/>
        </w:rPr>
        <w:t xml:space="preserve">  ⚡ 'live' EYLEM -&gt; Do you live... Yes, I do. 'Are / am' tuzagi ('Are you live' yanlis).</w:t>
      </w:r>
    </w:p>
    <w:p>
      <w:pPr>
        <w:spacing w:after="40"/>
      </w:pPr>
      <w:r>
        <w:rPr>
          <w:b/>
          <w:sz w:val="22"/>
        </w:rPr>
        <w:t>29. C</w:t>
      </w:r>
      <w:r>
        <w:rPr>
          <w:color w:val="787068"/>
          <w:sz w:val="18"/>
        </w:rPr>
        <w:t xml:space="preserve">  [to be soru + olumsuz kisa cevap]</w:t>
      </w:r>
      <w:r>
        <w:rPr>
          <w:sz w:val="19"/>
        </w:rPr>
        <w:t xml:space="preserve">  ⚡ 'a teacher' isim -&gt; Is ... No, she isn't. 'Does' tuzagi.</w:t>
      </w:r>
    </w:p>
    <w:p>
      <w:pPr>
        <w:spacing w:after="40"/>
      </w:pPr>
      <w:r>
        <w:rPr>
          <w:b/>
          <w:sz w:val="22"/>
        </w:rPr>
        <w:t>30. D</w:t>
      </w:r>
      <w:r>
        <w:rPr>
          <w:color w:val="787068"/>
          <w:sz w:val="18"/>
        </w:rPr>
        <w:t xml:space="preserve">  [eylem fiili -&gt; do/does]</w:t>
      </w:r>
      <w:r>
        <w:rPr>
          <w:sz w:val="19"/>
        </w:rPr>
        <w:t xml:space="preserve">  ⚡ 'like' EYLEM -&gt; Do ... Yes, they do. 'Are' tuzagi.</w:t>
      </w:r>
    </w:p>
    <w:p>
      <w:pPr>
        <w:spacing w:after="40"/>
      </w:pPr>
      <w:r>
        <w:rPr>
          <w:b/>
          <w:sz w:val="22"/>
        </w:rPr>
        <w:t>31. C</w:t>
      </w:r>
      <w:r>
        <w:rPr>
          <w:color w:val="787068"/>
          <w:sz w:val="18"/>
        </w:rPr>
        <w:t xml:space="preserve">  [have / has]</w:t>
      </w:r>
      <w:r>
        <w:rPr>
          <w:sz w:val="19"/>
        </w:rPr>
        <w:t xml:space="preserve">  ⚡ I -&gt; have; she -&gt; has (-s yalniz 3. tekil). "has / have" takas tuzagi.</w:t>
      </w:r>
    </w:p>
    <w:p>
      <w:pPr>
        <w:spacing w:after="40"/>
      </w:pPr>
      <w:r>
        <w:rPr>
          <w:b/>
          <w:sz w:val="22"/>
        </w:rPr>
        <w:t>32. A</w:t>
      </w:r>
      <w:r>
        <w:rPr>
          <w:color w:val="787068"/>
          <w:sz w:val="18"/>
        </w:rPr>
        <w:t xml:space="preserve">  [have / has]</w:t>
      </w:r>
      <w:r>
        <w:rPr>
          <w:sz w:val="19"/>
        </w:rPr>
        <w:t xml:space="preserve">  ⚡ father=he -&gt; has; we -&gt; have. Takas + cift hata tuzaklari.</w:t>
      </w:r>
    </w:p>
    <w:p>
      <w:pPr>
        <w:spacing w:after="40"/>
      </w:pPr>
      <w:r>
        <w:rPr>
          <w:b/>
          <w:sz w:val="22"/>
        </w:rPr>
        <w:t>33. A</w:t>
      </w:r>
      <w:r>
        <w:rPr>
          <w:color w:val="787068"/>
          <w:sz w:val="18"/>
        </w:rPr>
        <w:t xml:space="preserve">  [have / has]</w:t>
      </w:r>
      <w:r>
        <w:rPr>
          <w:sz w:val="19"/>
        </w:rPr>
        <w:t xml:space="preserve">  ⚡ they -&gt; have; friend=tekil -&gt; has.</w:t>
      </w:r>
    </w:p>
    <w:p>
      <w:pPr>
        <w:spacing w:after="40"/>
      </w:pPr>
      <w:r>
        <w:rPr>
          <w:b/>
          <w:sz w:val="22"/>
        </w:rPr>
        <w:t>34. D</w:t>
      </w:r>
      <w:r>
        <w:rPr>
          <w:color w:val="787068"/>
          <w:sz w:val="18"/>
        </w:rPr>
        <w:t xml:space="preserve">  [have / has]</w:t>
      </w:r>
      <w:r>
        <w:rPr>
          <w:sz w:val="19"/>
        </w:rPr>
        <w:t xml:space="preserve">  ⚡ teacher=tekil -&gt; has; students=cogul -&gt; have.</w:t>
      </w:r>
    </w:p>
    <w:p>
      <w:pPr>
        <w:spacing w:after="40"/>
      </w:pPr>
      <w:r>
        <w:rPr>
          <w:b/>
          <w:sz w:val="22"/>
        </w:rPr>
        <w:t>35. B</w:t>
      </w:r>
      <w:r>
        <w:rPr>
          <w:color w:val="787068"/>
          <w:sz w:val="18"/>
        </w:rPr>
        <w:t xml:space="preserve">  [olumsuz fiil + 2. cumle]</w:t>
      </w:r>
      <w:r>
        <w:rPr>
          <w:sz w:val="19"/>
        </w:rPr>
        <w:t xml:space="preserve">  ⚡ brother=he -&gt; doesn't + V1 (like); 2. cumle OLUMLU -&gt; he likes. 'isn't' (to be) 1. boşlukta tuzak; 'like' (yalin) 2. boşlukta tuzak.</w:t>
      </w:r>
    </w:p>
    <w:p>
      <w:pPr>
        <w:spacing w:after="40"/>
      </w:pPr>
      <w:r>
        <w:rPr>
          <w:b/>
          <w:sz w:val="22"/>
        </w:rPr>
        <w:t>36. C</w:t>
      </w:r>
      <w:r>
        <w:rPr>
          <w:color w:val="787068"/>
          <w:sz w:val="18"/>
        </w:rPr>
        <w:t xml:space="preserve">  [olumsuz to be + duzeltme]</w:t>
      </w:r>
      <w:r>
        <w:rPr>
          <w:sz w:val="19"/>
        </w:rPr>
        <w:t xml:space="preserve">  ⚡ 'in London/Cyprus' YER -&gt; to be: aren't + are. 'don't' ve 'isn't' 1. boşlukta; 'do' 2. boşlukta tuzak.</w:t>
      </w:r>
    </w:p>
    <w:p>
      <w:pPr>
        <w:spacing w:after="40"/>
      </w:pPr>
      <w:r>
        <w:rPr>
          <w:b/>
          <w:sz w:val="22"/>
        </w:rPr>
        <w:t>37. B</w:t>
      </w:r>
      <w:r>
        <w:rPr>
          <w:color w:val="787068"/>
          <w:sz w:val="18"/>
        </w:rPr>
        <w:t xml:space="preserve">  [olumsuz to be + duzeltme]</w:t>
      </w:r>
      <w:r>
        <w:rPr>
          <w:sz w:val="19"/>
        </w:rPr>
        <w:t xml:space="preserve">  ⚡ 'a teacher/a doctor' ISIM -&gt; to be: isn't + is. 'doesn't' ve 'does' tuzak.</w:t>
      </w:r>
    </w:p>
    <w:p>
      <w:pPr>
        <w:spacing w:after="40"/>
      </w:pPr>
      <w:r>
        <w:rPr>
          <w:b/>
          <w:sz w:val="22"/>
        </w:rPr>
        <w:t>38. D</w:t>
      </w:r>
      <w:r>
        <w:rPr>
          <w:color w:val="787068"/>
          <w:sz w:val="18"/>
        </w:rPr>
        <w:t xml:space="preserve">  [olumsuz: don't vs doesn't]</w:t>
      </w:r>
      <w:r>
        <w:rPr>
          <w:sz w:val="19"/>
        </w:rPr>
        <w:t xml:space="preserve">  ⚡ I -&gt; don't; sister=she -&gt; doesn't; ikisinden sonra fiil YALIN: drink. Takas tuzagi + 'doesn't drinks' (cift -s) tuzagi.</w:t>
      </w:r>
    </w:p>
    <w:p>
      <w:pPr>
        <w:spacing w:after="40"/>
      </w:pPr>
      <w:r>
        <w:rPr>
          <w:b/>
          <w:sz w:val="22"/>
        </w:rPr>
        <w:t>39. D</w:t>
      </w:r>
      <w:r>
        <w:rPr>
          <w:color w:val="787068"/>
          <w:sz w:val="18"/>
        </w:rPr>
        <w:t xml:space="preserve">  [olumsuz: doesn't vs don't]</w:t>
      </w:r>
      <w:r>
        <w:rPr>
          <w:sz w:val="19"/>
        </w:rPr>
        <w:t xml:space="preserve">  ⚡ he -&gt; doesn't; they -&gt; don't. Takas tuzagi.</w:t>
      </w:r>
    </w:p>
    <w:p>
      <w:pPr>
        <w:spacing w:after="40"/>
      </w:pPr>
      <w:r>
        <w:rPr>
          <w:b/>
          <w:sz w:val="22"/>
        </w:rPr>
        <w:t>40. A</w:t>
      </w:r>
      <w:r>
        <w:rPr>
          <w:color w:val="787068"/>
          <w:sz w:val="18"/>
        </w:rPr>
        <w:t xml:space="preserve">  [olumsuz to be + duzeltme]</w:t>
      </w:r>
      <w:r>
        <w:rPr>
          <w:sz w:val="19"/>
        </w:rPr>
        <w:t xml:space="preserve">  ⚡ you -&gt; aren't; he -&gt; is (OLUMLU). 'don't' (eylem yardimcisi) 1. boşlukta tuzak.</w:t>
      </w:r>
    </w:p>
    <w:p>
      <w:pPr>
        <w:spacing w:after="40"/>
      </w:pPr>
      <w:r>
        <w:rPr>
          <w:b/>
          <w:sz w:val="22"/>
        </w:rPr>
        <w:t>41. B</w:t>
      </w:r>
      <w:r>
        <w:rPr>
          <w:color w:val="787068"/>
          <w:sz w:val="18"/>
        </w:rPr>
        <w:t xml:space="preserve">  [I vs 3. tekil]</w:t>
      </w:r>
      <w:r>
        <w:rPr>
          <w:sz w:val="19"/>
        </w:rPr>
        <w:t xml:space="preserve">  ⚡ I -&gt; get (yalin); brother=he -&gt; gets (-s). Takas tuzagi.</w:t>
      </w:r>
    </w:p>
    <w:p>
      <w:pPr>
        <w:spacing w:after="40"/>
      </w:pPr>
      <w:r>
        <w:rPr>
          <w:b/>
          <w:sz w:val="22"/>
        </w:rPr>
        <w:t>42. C</w:t>
      </w:r>
      <w:r>
        <w:rPr>
          <w:color w:val="787068"/>
          <w:sz w:val="18"/>
        </w:rPr>
        <w:t xml:space="preserve">  [3. tekil vs cogul]</w:t>
      </w:r>
      <w:r>
        <w:rPr>
          <w:sz w:val="19"/>
        </w:rPr>
        <w:t xml:space="preserve">  ⚡ friend=tekil -&gt; speaks; sisters=cogul -&gt; speak.</w:t>
      </w:r>
    </w:p>
    <w:p>
      <w:pPr>
        <w:spacing w:after="40"/>
      </w:pPr>
      <w:r>
        <w:rPr>
          <w:b/>
          <w:sz w:val="22"/>
        </w:rPr>
        <w:t>43. C</w:t>
      </w:r>
      <w:r>
        <w:rPr>
          <w:color w:val="787068"/>
          <w:sz w:val="18"/>
        </w:rPr>
        <w:t xml:space="preserve">  [cogul vs 3. tekil]</w:t>
      </w:r>
      <w:r>
        <w:rPr>
          <w:sz w:val="19"/>
        </w:rPr>
        <w:t xml:space="preserve">  ⚡ children=cogul -&gt; play; baby=tekil -&gt; sleeps (-s).</w:t>
      </w:r>
    </w:p>
    <w:p>
      <w:pPr>
        <w:spacing w:after="40"/>
      </w:pPr>
      <w:r>
        <w:rPr>
          <w:b/>
          <w:sz w:val="22"/>
        </w:rPr>
        <w:t>44. D</w:t>
      </w:r>
      <w:r>
        <w:rPr>
          <w:color w:val="787068"/>
          <w:sz w:val="18"/>
        </w:rPr>
        <w:t xml:space="preserve">  [3. tekil x2 (tuzak: ikisi de -s)]</w:t>
      </w:r>
      <w:r>
        <w:rPr>
          <w:sz w:val="19"/>
        </w:rPr>
        <w:t xml:space="preserve">  ⚡ mother=she + father=he: HER IKISI de -s -&gt; works / works. Yalin 'work' varyantlari her iki boşlukta tuzak.</w:t>
      </w:r>
    </w:p>
    <w:p>
      <w:pPr>
        <w:spacing w:after="40"/>
      </w:pPr>
      <w:r>
        <w:rPr>
          <w:b/>
          <w:sz w:val="22"/>
        </w:rPr>
        <w:t>45. A</w:t>
      </w:r>
      <w:r>
        <w:rPr>
          <w:color w:val="787068"/>
          <w:sz w:val="18"/>
        </w:rPr>
        <w:t xml:space="preserve">  [I vs 3. tekil]</w:t>
      </w:r>
      <w:r>
        <w:rPr>
          <w:sz w:val="19"/>
        </w:rPr>
        <w:t xml:space="preserve">  ⚡ I -&gt; do (yalin); sister=she -&gt; does. Takas tuzagi.</w:t>
      </w:r>
    </w:p>
    <w:p>
      <w:pPr>
        <w:spacing w:after="40"/>
      </w:pPr>
      <w:r>
        <w:rPr>
          <w:b/>
          <w:sz w:val="22"/>
        </w:rPr>
        <w:t>46. D</w:t>
      </w:r>
      <w:r>
        <w:rPr>
          <w:color w:val="787068"/>
          <w:sz w:val="18"/>
        </w:rPr>
        <w:t xml:space="preserve">  [Dogru cumle: cogul + to be]</w:t>
      </w:r>
      <w:r>
        <w:rPr>
          <w:sz w:val="19"/>
        </w:rPr>
        <w:t xml:space="preserve">  ⚡ friends=cogul -&gt; are; yer -&gt; to be ('are go' yanlis). 'is' cogul ozneye uymaz.</w:t>
      </w:r>
    </w:p>
    <w:p>
      <w:pPr>
        <w:spacing w:after="40"/>
      </w:pPr>
      <w:r>
        <w:rPr>
          <w:b/>
          <w:sz w:val="22"/>
        </w:rPr>
        <w:t>47. C</w:t>
      </w:r>
      <w:r>
        <w:rPr>
          <w:color w:val="787068"/>
          <w:sz w:val="18"/>
        </w:rPr>
        <w:t xml:space="preserve">  [Dogru cumle: olumsuz 3. tekil]</w:t>
      </w:r>
      <w:r>
        <w:rPr>
          <w:sz w:val="19"/>
        </w:rPr>
        <w:t xml:space="preserve">  ⚡ she -&gt; doesn't (don't yanlis); doesn't + V1 (likes yanlis); 'isn't like' yanlis.</w:t>
      </w:r>
    </w:p>
    <w:p>
      <w:pPr>
        <w:spacing w:after="40"/>
      </w:pPr>
      <w:r>
        <w:rPr>
          <w:b/>
          <w:sz w:val="22"/>
        </w:rPr>
        <w:t>48. B</w:t>
      </w:r>
      <w:r>
        <w:rPr>
          <w:color w:val="787068"/>
          <w:sz w:val="18"/>
        </w:rPr>
        <w:t xml:space="preserve">  [Dogru cumle: has]</w:t>
      </w:r>
      <w:r>
        <w:rPr>
          <w:sz w:val="19"/>
        </w:rPr>
        <w:t xml:space="preserve">  ⚡ brother=he -&gt; has; 'have' 3. tekildegil; 'is a bicycle' anlamsiz.</w:t>
      </w:r>
    </w:p>
    <w:p>
      <w:pPr>
        <w:spacing w:after="40"/>
      </w:pPr>
      <w:r>
        <w:rPr>
          <w:b/>
          <w:sz w:val="22"/>
        </w:rPr>
        <w:t>49. A</w:t>
      </w:r>
      <w:r>
        <w:rPr>
          <w:color w:val="787068"/>
          <w:sz w:val="18"/>
        </w:rPr>
        <w:t xml:space="preserve">  [do/does + have]</w:t>
      </w:r>
      <w:r>
        <w:rPr>
          <w:sz w:val="19"/>
        </w:rPr>
        <w:t xml:space="preserve">  ⚡ Soru do/does ile (have yalin kalir); kisa cevap Yes, he does. 'Does / have' 2. boşlukta, 'Is / is' her iki boşlukta tuzak.</w:t>
      </w:r>
    </w:p>
    <w:p>
      <w:pPr>
        <w:spacing w:after="40"/>
      </w:pPr>
      <w:r>
        <w:rPr>
          <w:b/>
          <w:sz w:val="22"/>
        </w:rPr>
        <w:t>50. A</w:t>
      </w:r>
      <w:r>
        <w:rPr>
          <w:color w:val="787068"/>
          <w:sz w:val="18"/>
        </w:rPr>
        <w:t xml:space="preserve">  [am / is / are (boy bildirme)]</w:t>
      </w:r>
      <w:r>
        <w:rPr>
          <w:sz w:val="19"/>
        </w:rPr>
        <w:t xml:space="preserve">  ⚡ sisters=cogul -&gt; are; brother=tekil -&gt; is. Takas tuzagi.</w:t>
      </w:r>
    </w:p>
    <w:p/>
    <w:p>
      <w:r>
        <w:rPr>
          <w:b/>
          <w:sz w:val="19"/>
        </w:rPr>
        <w:t>Kapsam Notu</w:t>
      </w:r>
    </w:p>
    <w:p>
      <w:r>
        <w:rPr>
          <w:sz w:val="18"/>
        </w:rPr>
        <w:t>• Konular: to be vs fiil, çoğul vs 3. tekil, do/does, have/has, olumsuzluk</w:t>
        <w:br/>
        <w:t>• Seviye: Zor + Çok Zor + Ultra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