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Ünite 1 · Verb -s  /  Çoğul İsim -s Ayrımı</w:t>
      </w:r>
    </w:p>
    <w:p>
      <w:pPr>
        <w:jc w:val="center"/>
      </w:pPr>
      <w:r>
        <w:rPr>
          <w:color w:val="6E6860"/>
          <w:sz w:val="19"/>
        </w:rPr>
        <w:t>Kapsam: Present Simple: he/she/it + V-s (fiil -s) · Plural Nouns (-s/-es) (çoğul isim) · Fiil -s / Çoğul -s ayırt etme · Subject–Verb Agreement (özne-yüklem uyumu)</w:t>
      </w:r>
    </w:p>
    <w:p>
      <w:pPr>
        <w:jc w:val="center"/>
      </w:pPr>
      <w:r>
        <w:rPr>
          <w:color w:val="6E6860"/>
          <w:sz w:val="19"/>
        </w:rPr>
        <w:t>50 soru · 4 seçenekli · 5. Sınıf · Ünite 1 · Seviye: Kolay + Orta + Zor +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brother ___ football on Saturdays.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</w:t>
      </w:r>
      <w:r>
        <w:tab/>
      </w:r>
      <w:r>
        <w:rPr>
          <w:sz w:val="24"/>
        </w:rPr>
        <w:t>B) play</w:t>
      </w:r>
      <w:r>
        <w:tab/>
      </w:r>
      <w:r>
        <w:rPr>
          <w:sz w:val="24"/>
        </w:rPr>
        <w:t>C) playing</w:t>
      </w:r>
      <w:r>
        <w:tab/>
      </w:r>
      <w:r>
        <w:rPr>
          <w:sz w:val="24"/>
        </w:rPr>
        <w:t>D) to play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My sister ___ her homework after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</w:t>
      </w:r>
      <w:r>
        <w:tab/>
      </w:r>
      <w:r>
        <w:rPr>
          <w:sz w:val="24"/>
        </w:rPr>
        <w:t>B) do</w:t>
      </w:r>
      <w:r>
        <w:tab/>
      </w:r>
      <w:r>
        <w:rPr>
          <w:sz w:val="24"/>
        </w:rPr>
        <w:t>C) doing</w:t>
      </w:r>
      <w:r>
        <w:tab/>
      </w:r>
      <w:r>
        <w:rPr>
          <w:sz w:val="24"/>
        </w:rPr>
        <w:t>D) to do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My dad ___ warm milk in the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drinks</w:t>
      </w:r>
      <w:r>
        <w:tab/>
      </w:r>
      <w:r>
        <w:rPr>
          <w:sz w:val="24"/>
        </w:rPr>
        <w:t>B) drink</w:t>
      </w:r>
      <w:r>
        <w:tab/>
      </w:r>
      <w:r>
        <w:rPr>
          <w:sz w:val="24"/>
        </w:rPr>
        <w:t>C) drinking</w:t>
      </w:r>
      <w:r>
        <w:tab/>
      </w:r>
      <w:r>
        <w:rPr>
          <w:sz w:val="24"/>
        </w:rPr>
        <w:t>D) to drink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The cat ___ on my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sleeps</w:t>
      </w:r>
      <w:r>
        <w:tab/>
      </w:r>
      <w:r>
        <w:rPr>
          <w:sz w:val="24"/>
        </w:rPr>
        <w:t>B) sleep</w:t>
      </w:r>
      <w:r>
        <w:tab/>
      </w:r>
      <w:r>
        <w:rPr>
          <w:sz w:val="24"/>
        </w:rPr>
        <w:t>C) sleeping</w:t>
      </w:r>
      <w:r>
        <w:tab/>
      </w:r>
      <w:r>
        <w:rPr>
          <w:sz w:val="24"/>
        </w:rPr>
        <w:t>D) to sleep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Mum ___ a cake on Sundays.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makes</w:t>
      </w:r>
      <w:r>
        <w:tab/>
      </w:r>
      <w:r>
        <w:rPr>
          <w:sz w:val="24"/>
        </w:rPr>
        <w:t>B) make</w:t>
      </w:r>
      <w:r>
        <w:tab/>
      </w:r>
      <w:r>
        <w:rPr>
          <w:sz w:val="24"/>
        </w:rPr>
        <w:t>C) making</w:t>
      </w:r>
      <w:r>
        <w:tab/>
      </w:r>
      <w:r>
        <w:rPr>
          <w:sz w:val="24"/>
        </w:rPr>
        <w:t>D) to make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Tom ___ his teeth at seven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brushes</w:t>
      </w:r>
      <w:r>
        <w:tab/>
      </w:r>
      <w:r>
        <w:rPr>
          <w:sz w:val="24"/>
        </w:rPr>
        <w:t>B) brush</w:t>
      </w:r>
      <w:r>
        <w:tab/>
      </w:r>
      <w:r>
        <w:rPr>
          <w:sz w:val="24"/>
        </w:rPr>
        <w:t>C) brushing</w:t>
      </w:r>
      <w:r>
        <w:tab/>
      </w:r>
      <w:r>
        <w:rPr>
          <w:sz w:val="24"/>
        </w:rPr>
        <w:t>D) to brush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My grandpa ___ a book at 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reads</w:t>
      </w:r>
      <w:r>
        <w:tab/>
      </w:r>
      <w:r>
        <w:rPr>
          <w:sz w:val="24"/>
        </w:rPr>
        <w:t>B) read</w:t>
      </w:r>
      <w:r>
        <w:tab/>
      </w:r>
      <w:r>
        <w:rPr>
          <w:sz w:val="24"/>
        </w:rPr>
        <w:t>C) reading</w:t>
      </w:r>
      <w:r>
        <w:tab/>
      </w:r>
      <w:r>
        <w:rPr>
          <w:sz w:val="24"/>
        </w:rPr>
        <w:t>D) to read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The baby ___ an apple at lunch.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eats</w:t>
      </w:r>
      <w:r>
        <w:tab/>
      </w:r>
      <w:r>
        <w:rPr>
          <w:sz w:val="24"/>
        </w:rPr>
        <w:t>B) eat</w:t>
      </w:r>
      <w:r>
        <w:tab/>
      </w:r>
      <w:r>
        <w:rPr>
          <w:sz w:val="24"/>
        </w:rPr>
        <w:t>C) eating</w:t>
      </w:r>
      <w:r>
        <w:tab/>
      </w:r>
      <w:r>
        <w:rPr>
          <w:sz w:val="24"/>
        </w:rPr>
        <w:t>D) to eat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Sara ___ TV after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watches</w:t>
      </w:r>
      <w:r>
        <w:tab/>
      </w:r>
      <w:r>
        <w:rPr>
          <w:sz w:val="24"/>
        </w:rPr>
        <w:t>B) watch</w:t>
      </w:r>
      <w:r>
        <w:tab/>
      </w:r>
      <w:r>
        <w:rPr>
          <w:sz w:val="24"/>
        </w:rPr>
        <w:t>C) watching</w:t>
      </w:r>
      <w:r>
        <w:tab/>
      </w:r>
      <w:r>
        <w:rPr>
          <w:sz w:val="24"/>
        </w:rPr>
        <w:t>D) to watch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Leyla ___ very well.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sings</w:t>
      </w:r>
      <w:r>
        <w:tab/>
      </w:r>
      <w:r>
        <w:rPr>
          <w:sz w:val="24"/>
        </w:rPr>
        <w:t>B) sing</w:t>
      </w:r>
      <w:r>
        <w:tab/>
      </w:r>
      <w:r>
        <w:rPr>
          <w:sz w:val="24"/>
        </w:rPr>
        <w:t>C) singing</w:t>
      </w:r>
      <w:r>
        <w:tab/>
      </w:r>
      <w:r>
        <w:rPr>
          <w:sz w:val="24"/>
        </w:rPr>
        <w:t>D) to sing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Ali ___ a big picture.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draws</w:t>
      </w:r>
      <w:r>
        <w:tab/>
      </w:r>
      <w:r>
        <w:rPr>
          <w:sz w:val="24"/>
        </w:rPr>
        <w:t>B) draw</w:t>
      </w:r>
      <w:r>
        <w:tab/>
      </w:r>
      <w:r>
        <w:rPr>
          <w:sz w:val="24"/>
        </w:rPr>
        <w:t>C) drawing</w:t>
      </w:r>
      <w:r>
        <w:tab/>
      </w:r>
      <w:r>
        <w:rPr>
          <w:sz w:val="24"/>
        </w:rPr>
        <w:t>D) to draw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There are two ___ on my desk.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books</w:t>
      </w:r>
      <w:r>
        <w:tab/>
      </w:r>
      <w:r>
        <w:rPr>
          <w:sz w:val="24"/>
        </w:rPr>
        <w:t>B) book</w:t>
      </w:r>
      <w:r>
        <w:tab/>
      </w:r>
      <w:r>
        <w:rPr>
          <w:sz w:val="24"/>
        </w:rPr>
        <w:t>C) reads</w:t>
      </w:r>
      <w:r>
        <w:tab/>
      </w:r>
      <w:r>
        <w:rPr>
          <w:sz w:val="24"/>
        </w:rPr>
        <w:t>D) plays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Ali has three ___ in his schoolbag.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box</w:t>
      </w:r>
      <w:r>
        <w:tab/>
      </w:r>
      <w:r>
        <w:rPr>
          <w:sz w:val="24"/>
        </w:rPr>
        <w:t>B) boxs</w:t>
      </w:r>
      <w:r>
        <w:tab/>
      </w:r>
      <w:r>
        <w:rPr>
          <w:sz w:val="24"/>
        </w:rPr>
        <w:t>C) a box</w:t>
      </w:r>
      <w:r>
        <w:tab/>
      </w:r>
      <w:r>
        <w:rPr>
          <w:sz w:val="24"/>
        </w:rPr>
        <w:t>D) boxes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I can see four ___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cat</w:t>
      </w:r>
      <w:r>
        <w:tab/>
      </w:r>
      <w:r>
        <w:rPr>
          <w:sz w:val="24"/>
        </w:rPr>
        <w:t>B) runs</w:t>
      </w:r>
      <w:r>
        <w:tab/>
      </w:r>
      <w:r>
        <w:rPr>
          <w:sz w:val="24"/>
        </w:rPr>
        <w:t>C) eats</w:t>
      </w:r>
      <w:r>
        <w:tab/>
      </w:r>
      <w:r>
        <w:rPr>
          <w:sz w:val="24"/>
        </w:rPr>
        <w:t>D) cats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Mum buys six ___ at the shop.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apple</w:t>
      </w:r>
      <w:r>
        <w:tab/>
      </w:r>
      <w:r>
        <w:rPr>
          <w:sz w:val="24"/>
        </w:rPr>
        <w:t>B) sleeps</w:t>
      </w:r>
      <w:r>
        <w:tab/>
      </w:r>
      <w:r>
        <w:rPr>
          <w:sz w:val="24"/>
        </w:rPr>
        <w:t>C) makes</w:t>
      </w:r>
      <w:r>
        <w:tab/>
      </w:r>
      <w:r>
        <w:rPr>
          <w:sz w:val="24"/>
        </w:rPr>
        <w:t>D) apples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There are ten ___ in my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student</w:t>
      </w:r>
      <w:r>
        <w:tab/>
      </w:r>
      <w:r>
        <w:rPr>
          <w:sz w:val="24"/>
        </w:rPr>
        <w:t>B) reads</w:t>
      </w:r>
      <w:r>
        <w:tab/>
      </w:r>
      <w:r>
        <w:rPr>
          <w:sz w:val="24"/>
        </w:rPr>
        <w:t>C) sings</w:t>
      </w:r>
      <w:r>
        <w:tab/>
      </w:r>
      <w:r>
        <w:rPr>
          <w:sz w:val="24"/>
        </w:rPr>
        <w:t>D) students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I buy two ___ at the shop.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sandwich</w:t>
      </w:r>
      <w:r>
        <w:tab/>
      </w:r>
      <w:r>
        <w:rPr>
          <w:sz w:val="24"/>
        </w:rPr>
        <w:t>B) sandwichs</w:t>
      </w:r>
      <w:r>
        <w:tab/>
      </w:r>
      <w:r>
        <w:rPr>
          <w:sz w:val="24"/>
        </w:rPr>
        <w:t>C) a sandwich</w:t>
      </w:r>
      <w:r>
        <w:tab/>
      </w:r>
      <w:r>
        <w:rPr>
          <w:sz w:val="24"/>
        </w:rPr>
        <w:t>D) sandwiches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We have three ___ at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dog</w:t>
      </w:r>
      <w:r>
        <w:tab/>
      </w:r>
      <w:r>
        <w:rPr>
          <w:sz w:val="24"/>
        </w:rPr>
        <w:t>B) plays</w:t>
      </w:r>
      <w:r>
        <w:tab/>
      </w:r>
      <w:r>
        <w:rPr>
          <w:sz w:val="24"/>
        </w:rPr>
        <w:t>C) drinks</w:t>
      </w:r>
      <w:r>
        <w:tab/>
      </w:r>
      <w:r>
        <w:rPr>
          <w:sz w:val="24"/>
        </w:rPr>
        <w:t>D) dogs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She has two yellow ___ in her bag.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banana</w:t>
      </w:r>
      <w:r>
        <w:tab/>
      </w:r>
      <w:r>
        <w:rPr>
          <w:sz w:val="24"/>
        </w:rPr>
        <w:t>B) washes</w:t>
      </w:r>
      <w:r>
        <w:tab/>
      </w:r>
      <w:r>
        <w:rPr>
          <w:sz w:val="24"/>
        </w:rPr>
        <w:t>C) watches</w:t>
      </w:r>
      <w:r>
        <w:tab/>
      </w:r>
      <w:r>
        <w:rPr>
          <w:sz w:val="24"/>
        </w:rPr>
        <w:t>D) bananas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There are many ___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animal</w:t>
      </w:r>
      <w:r>
        <w:tab/>
      </w:r>
      <w:r>
        <w:rPr>
          <w:sz w:val="24"/>
        </w:rPr>
        <w:t>B) draws</w:t>
      </w:r>
      <w:r>
        <w:tab/>
      </w:r>
      <w:r>
        <w:rPr>
          <w:sz w:val="24"/>
        </w:rPr>
        <w:t>C) walks</w:t>
      </w:r>
      <w:r>
        <w:tab/>
      </w:r>
      <w:r>
        <w:rPr>
          <w:sz w:val="24"/>
        </w:rPr>
        <w:t>D) animals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My grandpa has five orange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carrot</w:t>
      </w:r>
      <w:r>
        <w:tab/>
      </w:r>
      <w:r>
        <w:rPr>
          <w:sz w:val="24"/>
        </w:rPr>
        <w:t>B) runs</w:t>
      </w:r>
      <w:r>
        <w:tab/>
      </w:r>
      <w:r>
        <w:rPr>
          <w:sz w:val="24"/>
        </w:rPr>
        <w:t>C) eats</w:t>
      </w:r>
      <w:r>
        <w:tab/>
      </w:r>
      <w:r>
        <w:rPr>
          <w:sz w:val="24"/>
        </w:rPr>
        <w:t>D) carrots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I have three ___ for my art class.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crayon</w:t>
      </w:r>
      <w:r>
        <w:tab/>
      </w:r>
      <w:r>
        <w:rPr>
          <w:sz w:val="24"/>
        </w:rPr>
        <w:t>B) sleeps</w:t>
      </w:r>
      <w:r>
        <w:tab/>
      </w:r>
      <w:r>
        <w:rPr>
          <w:sz w:val="24"/>
        </w:rPr>
        <w:t>C) makes</w:t>
      </w:r>
      <w:r>
        <w:tab/>
      </w:r>
      <w:r>
        <w:rPr>
          <w:sz w:val="24"/>
        </w:rPr>
        <w:t>D) crayons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In which sentence does '-s' name a PLURAL noun?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My sister reads a lot.</w:t>
      </w:r>
      <w:r>
        <w:tab/>
      </w:r>
      <w:r>
        <w:rPr>
          <w:sz w:val="24"/>
        </w:rPr>
        <w:t>B) The baby sleeps now.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Tom plays the piano.</w:t>
      </w:r>
      <w:r>
        <w:tab/>
      </w:r>
      <w:r>
        <w:rPr>
          <w:sz w:val="24"/>
        </w:rPr>
        <w:t>D) I have three new books.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Which sentence has a plural noun with -s?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Ali walks to school.</w:t>
      </w:r>
      <w:r>
        <w:tab/>
      </w:r>
      <w:r>
        <w:rPr>
          <w:sz w:val="24"/>
        </w:rPr>
        <w:t>B) It rains in winter.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She likes music.</w:t>
      </w:r>
      <w:r>
        <w:tab/>
      </w:r>
      <w:r>
        <w:rPr>
          <w:sz w:val="24"/>
        </w:rPr>
        <w:t>D) There are ten students here.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Find the sentence where '-s' makes a plural noun.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The dog runs fast.</w:t>
      </w:r>
      <w:r>
        <w:tab/>
      </w:r>
      <w:r>
        <w:rPr>
          <w:sz w:val="24"/>
        </w:rPr>
        <w:t>B) Mum makes a cake.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We can see six cars.</w:t>
      </w:r>
      <w:r>
        <w:tab/>
      </w:r>
      <w:r>
        <w:rPr>
          <w:sz w:val="24"/>
        </w:rPr>
        <w:t>D) Dad drives a bus.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Which sentence uses '-s' to make a plural noun?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She sings well.</w:t>
      </w:r>
      <w:r>
        <w:tab/>
      </w:r>
      <w:r>
        <w:rPr>
          <w:sz w:val="24"/>
        </w:rPr>
        <w:t>B) It runs fast.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They have two red kites.</w:t>
      </w:r>
      <w:r>
        <w:tab/>
      </w:r>
      <w:r>
        <w:rPr>
          <w:sz w:val="24"/>
        </w:rPr>
        <w:t>D) He rides a bike.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In which sentence is '-s' a VERB ending?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They buy two apples.</w:t>
      </w:r>
      <w:r>
        <w:tab/>
      </w:r>
      <w:r>
        <w:rPr>
          <w:sz w:val="24"/>
        </w:rPr>
        <w:t>B) I count ten eggs.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My grandpa reads at night.</w:t>
      </w:r>
      <w:r>
        <w:tab/>
      </w:r>
      <w:r>
        <w:rPr>
          <w:sz w:val="24"/>
        </w:rPr>
        <w:t>D) We see two cats.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Which sentence has a verb with the -s ending?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We have many friends.</w:t>
      </w:r>
      <w:r>
        <w:tab/>
      </w:r>
      <w:r>
        <w:rPr>
          <w:sz w:val="24"/>
        </w:rPr>
        <w:t>B) The boys run fast.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My brother sings very well.</w:t>
      </w:r>
      <w:r>
        <w:tab/>
      </w:r>
      <w:r>
        <w:rPr>
          <w:sz w:val="24"/>
        </w:rPr>
        <w:t>D) I eat two eggs.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Find the sentence where '-s' is a verb ending.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We buy three books.</w:t>
      </w:r>
      <w:r>
        <w:tab/>
      </w:r>
      <w:r>
        <w:rPr>
          <w:sz w:val="24"/>
        </w:rPr>
        <w:t>B) They have two dogs.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The old man walks to school.</w:t>
      </w:r>
      <w:r>
        <w:tab/>
      </w:r>
      <w:r>
        <w:rPr>
          <w:sz w:val="24"/>
        </w:rPr>
        <w:t>D) Girls like dolls.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Which sentence uses '-s' as a verb ending?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We have four chairs.</w:t>
      </w:r>
      <w:r>
        <w:tab/>
      </w:r>
      <w:r>
        <w:rPr>
          <w:sz w:val="24"/>
        </w:rPr>
        <w:t>B) They have six pens.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Tom drinks milk at breakfast.</w:t>
      </w:r>
      <w:r>
        <w:tab/>
      </w:r>
      <w:r>
        <w:rPr>
          <w:sz w:val="24"/>
        </w:rPr>
        <w:t>D) I see two birds.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Which word in this sentence is a PLURAL noun: 'My brother plays with three balls.'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brother</w:t>
      </w:r>
      <w:r>
        <w:tab/>
      </w:r>
      <w:r>
        <w:rPr>
          <w:sz w:val="24"/>
        </w:rPr>
        <w:t>B) three</w:t>
      </w:r>
      <w:r>
        <w:tab/>
      </w:r>
      <w:r>
        <w:rPr>
          <w:sz w:val="24"/>
        </w:rPr>
        <w:t>C) balls</w:t>
      </w:r>
      <w:r>
        <w:tab/>
      </w:r>
      <w:r>
        <w:rPr>
          <w:sz w:val="24"/>
        </w:rPr>
        <w:t>D) plays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Which word in this sentence is a PLURAL noun: 'Tom washes his hands before dinner.'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washes</w:t>
      </w:r>
      <w:r>
        <w:tab/>
      </w:r>
      <w:r>
        <w:rPr>
          <w:sz w:val="24"/>
        </w:rPr>
        <w:t>B) dinner</w:t>
      </w:r>
      <w:r>
        <w:tab/>
      </w:r>
      <w:r>
        <w:rPr>
          <w:sz w:val="24"/>
        </w:rPr>
        <w:t>C) hands</w:t>
      </w:r>
      <w:r>
        <w:tab/>
      </w:r>
      <w:r>
        <w:rPr>
          <w:sz w:val="24"/>
        </w:rPr>
        <w:t>D) Tom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Which word in this sentence is a PLURAL noun: 'Sara buys two yellow bananas.'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yellow</w:t>
      </w:r>
      <w:r>
        <w:tab/>
      </w:r>
      <w:r>
        <w:rPr>
          <w:sz w:val="24"/>
        </w:rPr>
        <w:t>B) two</w:t>
      </w:r>
      <w:r>
        <w:tab/>
      </w:r>
      <w:r>
        <w:rPr>
          <w:sz w:val="24"/>
        </w:rPr>
        <w:t>C) bananas</w:t>
      </w:r>
      <w:r>
        <w:tab/>
      </w:r>
      <w:r>
        <w:rPr>
          <w:sz w:val="24"/>
        </w:rPr>
        <w:t>D) buys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Which word in this sentence is a PLURAL noun: 'The small cat has green eyes.'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cat</w:t>
      </w:r>
      <w:r>
        <w:tab/>
      </w:r>
      <w:r>
        <w:rPr>
          <w:sz w:val="24"/>
        </w:rPr>
        <w:t>B) small</w:t>
      </w:r>
      <w:r>
        <w:tab/>
      </w:r>
      <w:r>
        <w:rPr>
          <w:sz w:val="24"/>
        </w:rPr>
        <w:t>C) eyes</w:t>
      </w:r>
      <w:r>
        <w:tab/>
      </w:r>
      <w:r>
        <w:rPr>
          <w:sz w:val="24"/>
        </w:rPr>
        <w:t>D) has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Which word in this sentence is a VERB with -s: 'Sara drinks water with her lunch.'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lunch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drinks</w:t>
      </w:r>
      <w:r>
        <w:tab/>
      </w:r>
      <w:r>
        <w:rPr>
          <w:sz w:val="24"/>
        </w:rPr>
        <w:t>D) water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Which word in this sentence is a VERB with -s: 'My sister watches TV at night.'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TV</w:t>
      </w:r>
      <w:r>
        <w:tab/>
      </w:r>
      <w:r>
        <w:rPr>
          <w:sz w:val="24"/>
        </w:rPr>
        <w:t>B) night</w:t>
      </w:r>
      <w:r>
        <w:tab/>
      </w:r>
      <w:r>
        <w:rPr>
          <w:sz w:val="24"/>
        </w:rPr>
        <w:t>C) watches</w:t>
      </w:r>
      <w:r>
        <w:tab/>
      </w:r>
      <w:r>
        <w:rPr>
          <w:sz w:val="24"/>
        </w:rPr>
        <w:t>D) sister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Which sentence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My brother to play football.</w:t>
      </w:r>
      <w:r>
        <w:tab/>
      </w:r>
      <w:r>
        <w:rPr>
          <w:sz w:val="24"/>
        </w:rPr>
        <w:t>B) My brother plays football.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My brother play football.</w:t>
      </w:r>
      <w:r>
        <w:tab/>
      </w:r>
      <w:r>
        <w:rPr>
          <w:sz w:val="24"/>
        </w:rPr>
        <w:t>D) My brother playing football.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Choose the correct sentence: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There are three books on desk.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There are three books on the desk.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There is three books on the desk.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There are three book on the desk.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My friend ___ tennis. My friends play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play</w:t>
      </w:r>
      <w:r>
        <w:tab/>
      </w:r>
      <w:r>
        <w:rPr>
          <w:sz w:val="24"/>
        </w:rPr>
        <w:t>B) plays</w:t>
      </w:r>
      <w:r>
        <w:tab/>
      </w:r>
      <w:r>
        <w:rPr>
          <w:sz w:val="24"/>
        </w:rPr>
        <w:t>C) play</w:t>
      </w:r>
      <w:r>
        <w:tab/>
      </w:r>
      <w:r>
        <w:rPr>
          <w:sz w:val="24"/>
        </w:rPr>
        <w:t>D) playing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My brother and I ___ milk. My sister drinks water.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drink</w:t>
      </w:r>
      <w:r>
        <w:tab/>
      </w:r>
      <w:r>
        <w:rPr>
          <w:sz w:val="24"/>
        </w:rPr>
        <w:t>B) drink</w:t>
      </w:r>
      <w:r>
        <w:tab/>
      </w:r>
      <w:r>
        <w:rPr>
          <w:sz w:val="24"/>
        </w:rPr>
        <w:t>C) drinks</w:t>
      </w:r>
      <w:r>
        <w:tab/>
      </w:r>
      <w:r>
        <w:rPr>
          <w:sz w:val="24"/>
        </w:rPr>
        <w:t>D) drinking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Two cats ___ on the sofa. A dog sleeps on the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sit</w:t>
      </w:r>
      <w:r>
        <w:tab/>
      </w:r>
      <w:r>
        <w:rPr>
          <w:sz w:val="24"/>
        </w:rPr>
        <w:t>B) sit</w:t>
      </w:r>
      <w:r>
        <w:tab/>
      </w:r>
      <w:r>
        <w:rPr>
          <w:sz w:val="24"/>
        </w:rPr>
        <w:t>C) sits</w:t>
      </w:r>
      <w:r>
        <w:tab/>
      </w:r>
      <w:r>
        <w:rPr>
          <w:sz w:val="24"/>
        </w:rPr>
        <w:t>D) sitting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The boys have two balls. The girl ___ one 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have</w:t>
      </w:r>
      <w:r>
        <w:tab/>
      </w:r>
      <w:r>
        <w:rPr>
          <w:sz w:val="24"/>
        </w:rPr>
        <w:t>B) has</w:t>
      </w:r>
      <w:r>
        <w:tab/>
      </w:r>
      <w:r>
        <w:rPr>
          <w:sz w:val="24"/>
        </w:rPr>
        <w:t>C) have</w:t>
      </w:r>
      <w:r>
        <w:tab/>
      </w:r>
      <w:r>
        <w:rPr>
          <w:sz w:val="24"/>
        </w:rPr>
        <w:t>D) having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My mum ___ breakfast. My brothers make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make</w:t>
      </w:r>
      <w:r>
        <w:tab/>
      </w:r>
      <w:r>
        <w:rPr>
          <w:sz w:val="24"/>
        </w:rPr>
        <w:t>B) makes</w:t>
      </w:r>
      <w:r>
        <w:tab/>
      </w:r>
      <w:r>
        <w:rPr>
          <w:sz w:val="24"/>
        </w:rPr>
        <w:t>C) make</w:t>
      </w:r>
      <w:r>
        <w:tab/>
      </w:r>
      <w:r>
        <w:rPr>
          <w:sz w:val="24"/>
        </w:rPr>
        <w:t>D) making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The big dog ___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run</w:t>
      </w:r>
      <w:r>
        <w:tab/>
      </w:r>
      <w:r>
        <w:rPr>
          <w:sz w:val="24"/>
        </w:rPr>
        <w:t>B) runs</w:t>
      </w:r>
      <w:r>
        <w:tab/>
      </w:r>
      <w:r>
        <w:rPr>
          <w:sz w:val="24"/>
        </w:rPr>
        <w:t>C) run</w:t>
      </w:r>
      <w:r>
        <w:tab/>
      </w:r>
      <w:r>
        <w:rPr>
          <w:sz w:val="24"/>
        </w:rPr>
        <w:t>D) running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We ___ in the park on Sundays.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play</w:t>
      </w:r>
      <w:r>
        <w:tab/>
      </w:r>
      <w:r>
        <w:rPr>
          <w:sz w:val="24"/>
        </w:rPr>
        <w:t>B) play</w:t>
      </w:r>
      <w:r>
        <w:tab/>
      </w:r>
      <w:r>
        <w:rPr>
          <w:sz w:val="24"/>
        </w:rPr>
        <w:t>C) plays</w:t>
      </w:r>
      <w:r>
        <w:tab/>
      </w:r>
      <w:r>
        <w:rPr>
          <w:sz w:val="24"/>
        </w:rPr>
        <w:t>D) playing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The students ___ English books. The teacher reads a story.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read</w:t>
      </w:r>
      <w:r>
        <w:tab/>
      </w:r>
      <w:r>
        <w:rPr>
          <w:sz w:val="24"/>
        </w:rPr>
        <w:t>B) read</w:t>
      </w:r>
      <w:r>
        <w:tab/>
      </w:r>
      <w:r>
        <w:rPr>
          <w:sz w:val="24"/>
        </w:rPr>
        <w:t>C) reads</w:t>
      </w:r>
      <w:r>
        <w:tab/>
      </w:r>
      <w:r>
        <w:rPr>
          <w:sz w:val="24"/>
        </w:rPr>
        <w:t>D) reading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My father ___ his new car on Sundays.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looks great!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 wash</w:t>
      </w:r>
      <w:r>
        <w:tab/>
      </w:r>
      <w:r>
        <w:rPr>
          <w:sz w:val="24"/>
        </w:rPr>
        <w:t>B) washes</w:t>
      </w:r>
      <w:r>
        <w:tab/>
      </w:r>
      <w:r>
        <w:rPr>
          <w:sz w:val="24"/>
        </w:rPr>
        <w:t>C) wash</w:t>
      </w:r>
      <w:r>
        <w:tab/>
      </w:r>
      <w:r>
        <w:rPr>
          <w:sz w:val="24"/>
        </w:rPr>
        <w:t>D) washing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There are two ___ in the tree.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Yes, and they are singing.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 bird</w:t>
      </w:r>
      <w:r>
        <w:tab/>
      </w:r>
      <w:r>
        <w:rPr>
          <w:sz w:val="24"/>
        </w:rPr>
        <w:t>B) birds</w:t>
      </w:r>
      <w:r>
        <w:tab/>
      </w:r>
      <w:r>
        <w:rPr>
          <w:sz w:val="24"/>
        </w:rPr>
        <w:t>C) bird</w:t>
      </w:r>
      <w:r>
        <w:tab/>
      </w:r>
      <w:r>
        <w:rPr>
          <w:sz w:val="24"/>
        </w:rPr>
        <w:t>D) sleeps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My brother ___ football very well.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I like to watch him.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plays</w:t>
      </w:r>
      <w:r>
        <w:tab/>
      </w:r>
      <w:r>
        <w:rPr>
          <w:sz w:val="24"/>
        </w:rPr>
        <w:t>B) play</w:t>
      </w:r>
      <w:r>
        <w:tab/>
      </w:r>
      <w:r>
        <w:rPr>
          <w:sz w:val="24"/>
        </w:rPr>
        <w:t>C) playing</w:t>
      </w:r>
      <w:r>
        <w:tab/>
      </w:r>
      <w:r>
        <w:rPr>
          <w:sz w:val="24"/>
        </w:rPr>
        <w:t>D) to play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Diyalogdaki 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My sister ___ two new books.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She likes reading.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have</w:t>
      </w:r>
      <w:r>
        <w:tab/>
      </w:r>
      <w:r>
        <w:rPr>
          <w:sz w:val="24"/>
        </w:rPr>
        <w:t>B) having</w:t>
      </w:r>
      <w:r>
        <w:tab/>
      </w:r>
      <w:r>
        <w:rPr>
          <w:sz w:val="24"/>
        </w:rPr>
        <w:t>C) to have</w:t>
      </w:r>
      <w:r>
        <w:tab/>
      </w:r>
      <w:r>
        <w:rPr>
          <w:sz w:val="24"/>
        </w:rPr>
        <w:t>D) has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