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Ünite 1 · Verb -s  /  Çoğul İsim -s Ayrımı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Simple: he/she/it + V-s (fiil -s), Plural Nouns (-s/-es) (çoğul isim), Fiil -s / Çoğul -s ayırt etme, Subject–Verb Agreement (özne-yüklem uyumu)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