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5. Sınıf İngilizce — Ünite 1 My Day · Birleşik Test (Present Simple: to be + Object pronouns)</w:t>
      </w:r>
    </w:p>
    <w:p>
      <w:pPr>
        <w:jc w:val="center"/>
      </w:pPr>
      <w:r>
        <w:rPr>
          <w:color w:val="6E6860"/>
          <w:sz w:val="19"/>
        </w:rPr>
        <w:t>Kapsam: Present Simple (to be) · Object pronouns (me, him, her, us, them, it) · Subject pronouns (karşıtlık) · Subject vs object ayrımı</w:t>
      </w:r>
    </w:p>
    <w:p>
      <w:pPr>
        <w:jc w:val="center"/>
      </w:pPr>
      <w:r>
        <w:rPr>
          <w:color w:val="6E6860"/>
          <w:sz w:val="19"/>
        </w:rPr>
        <w:t>60 soru · 4 seçenekli · 5. Sınıf · Ünite 1</w:t>
      </w:r>
    </w:p>
    <w:p>
      <w:r>
        <w:rPr>
          <w:sz w:val="20"/>
        </w:rPr>
        <w:t>Ad Soyad: .............................................        Puan: ............</w:t>
      </w:r>
    </w:p>
    <w:p>
      <w:r>
        <w:rPr>
          <w:i/>
          <w:color w:val="6E6860"/>
          <w:sz w:val="20"/>
        </w:rPr>
        <w:t>Aşağıdaki sorularda doğru seçeneği işaretleyin.</w:t>
      </w:r>
    </w:p>
    <w:p/>
    <w:p>
      <w:pPr>
        <w:spacing w:after="60"/>
      </w:pPr>
      <w:r>
        <w:rPr>
          <w:b/>
        </w:rPr>
        <w:t xml:space="preserve">1. </w:t>
      </w:r>
      <w:r>
        <w:t>I ___ a student at this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2. </w:t>
      </w:r>
      <w:r>
        <w:t>Look at Ali. Can you see ___ 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3. </w:t>
      </w:r>
      <w:r>
        <w:t>My mother is at home. ___ is in the kitchen.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4. </w:t>
      </w:r>
      <w:r>
        <w:t>My brother is tall. ___ likes basketball.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5. </w:t>
      </w:r>
      <w:r>
        <w:t>My sister ___ ten years old.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6. </w:t>
      </w:r>
      <w:r>
        <w:t>This present is for my sister. It is for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7. </w:t>
      </w:r>
      <w:r>
        <w:t>Ali is my friend. ___ is ten years old.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8. </w:t>
      </w:r>
      <w:r>
        <w:t>My brother is tall. I play basketball with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him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9. </w:t>
      </w:r>
      <w:r>
        <w:t>We ___ in the classroom now.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10. </w:t>
      </w:r>
      <w:r>
        <w:t>My teacher is very good. I like ___ a lot.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11. </w:t>
      </w:r>
      <w:r>
        <w:t>My brother and I are students. ___ are at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us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We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ours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12. </w:t>
      </w:r>
      <w:r>
        <w:t>My sister is my friend. ___ can help me.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she's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She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13. </w:t>
      </w:r>
      <w:r>
        <w:t>My brother and I ___ good friends.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14. </w:t>
      </w:r>
      <w:r>
        <w:t>We are students. The teacher can help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us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ours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15. </w:t>
      </w:r>
      <w:r>
        <w:t>The cat is under the table. ___ is sleeping.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its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it's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16. </w:t>
      </w:r>
      <w:r>
        <w:t>My sister is my friend. I can help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she's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17. </w:t>
      </w:r>
      <w:r>
        <w:t>She ___ my English teacher.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18. </w:t>
      </w:r>
      <w:r>
        <w:t>The dog is hungry. Give ___ some food.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its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it's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they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19. </w:t>
      </w:r>
      <w:r>
        <w:t>My friends are in the park. ___ like football.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them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their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They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theirs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20. </w:t>
      </w:r>
      <w:r>
        <w:t>My friends are at school. ___ like English.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them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their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theirs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They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21. </w:t>
      </w:r>
      <w:r>
        <w:t>You ___ a very good student.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22. </w:t>
      </w:r>
      <w:r>
        <w:t>Tom is my friend. I play football with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23. </w:t>
      </w:r>
      <w:r>
        <w:t>My father and I are at home. ___ are happy.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us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We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ours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24. </w:t>
      </w:r>
      <w:r>
        <w:t>My friends are at school. I am at school with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they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their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theirs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25. </w:t>
      </w:r>
      <w:r>
        <w:t>It ___ a big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26. </w:t>
      </w:r>
      <w:r>
        <w:t>Can you help ___ , please?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me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my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mine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27. </w:t>
      </w:r>
      <w:r>
        <w:t>Sara is my sister. ___ likes ice cream.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28. </w:t>
      </w:r>
      <w:r>
        <w:t>My father is a teacher. ___ is at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29. </w:t>
      </w:r>
      <w:r>
        <w:t>They ___ at home today.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30. </w:t>
      </w:r>
      <w:r>
        <w:t>The children are in the garden. Look at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they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them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their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theirs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31. </w:t>
      </w:r>
      <w:r>
        <w:t>Tom is my cousin. ___ is ten years old.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32. </w:t>
      </w:r>
      <w:r>
        <w:t>My father is a teacher. I like ___ a lot.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him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33. </w:t>
      </w:r>
      <w:r>
        <w:t>My father ___ at work now.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34. </w:t>
      </w:r>
      <w:r>
        <w:t>This book is for you. It is for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your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you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yours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you're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35. </w:t>
      </w:r>
      <w:r>
        <w:t>My dog is in the garden. ___ likes to run.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its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it's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36. </w:t>
      </w:r>
      <w:r>
        <w:t>You and I are friends. ___ are at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us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ours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We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37. </w:t>
      </w:r>
      <w:r>
        <w:t>I ___ happy today.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38. </w:t>
      </w:r>
      <w:r>
        <w:t>My father is talking to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us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ours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39. </w:t>
      </w:r>
      <w:r>
        <w:t>My grandparents are old. ___ are in a village.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them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their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They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theirs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40. </w:t>
      </w:r>
      <w:r>
        <w:t>You and I are friends. Come and sit with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ours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us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41. </w:t>
      </w:r>
      <w:r>
        <w:t>The children ___ in the garden.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42. </w:t>
      </w:r>
      <w:r>
        <w:t>The cat is under the chair. Can you see ___ 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its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it's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they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43. </w:t>
      </w:r>
      <w:r>
        <w:t>My mother ___ a teacher.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44. </w:t>
      </w:r>
      <w:r>
        <w:t>Ali and Tom are my friends. I like ___ a lot.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they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their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theirs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45. </w:t>
      </w:r>
      <w:r>
        <w:t>Tom and Ali ___ classmates.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46. </w:t>
      </w:r>
      <w:r>
        <w:t>My grandmother is old. I visit ___ each week.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47. </w:t>
      </w:r>
      <w:r>
        <w:t>You and I ___ good friends.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48. </w:t>
      </w:r>
      <w:r>
        <w:t>I cannot open my bag. Can you help ___ 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my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mine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me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49. </w:t>
      </w:r>
      <w:r>
        <w:t>My dog ___ in the garden.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50. </w:t>
      </w:r>
      <w:r>
        <w:t>My brother is my friend. I like ___ a lot.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51. </w:t>
      </w:r>
      <w:r>
        <w:t>This book ___ very interesting.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52. </w:t>
      </w:r>
      <w:r>
        <w:t>My friends ___ at school now.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53. </w:t>
      </w:r>
      <w:r>
        <w:t>He ___ my cousin.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54. </w:t>
      </w:r>
      <w:r>
        <w:t>I ___ ten years old.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55. </w:t>
      </w:r>
      <w:r>
        <w:t>My grandparents ___ old.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56. </w:t>
      </w:r>
      <w:r>
        <w:t>I ___ not tired today.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57. </w:t>
      </w:r>
      <w:r>
        <w:t>She ___ not at home now.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58. </w:t>
      </w:r>
      <w:r>
        <w:t>They ___ not in the classroom.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59. </w:t>
      </w:r>
      <w:r>
        <w:t>My brother ___ not a doctor.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60. </w:t>
      </w:r>
      <w:r>
        <w:t>We ___ not ready.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