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5. Sınıf İngilizce — Ünite 1 My Day · before / after + at / in / on (Time) · Birleşik Test</w:t>
      </w:r>
    </w:p>
    <w:p>
      <w:pPr>
        <w:jc w:val="center"/>
      </w:pPr>
      <w:r>
        <w:rPr>
          <w:color w:val="6E6860"/>
          <w:sz w:val="19"/>
        </w:rPr>
        <w:t>Kapsam: at / in / on — tam envanter (saat · midday · midnight · night · the weekend · gün · gün+bölüm · tarih · özel gün · ay · mevsim) · iki boşluk — çift karar · before / after / then (sıralama) · karşıt kutup (2. cümleyi okumayan yakalanır) · WH question — zaman (What time / When) · diyalog — alt alta, konuşmacı isimli · cloze · doğru cümleyi seç · metin (TRUE/FALSE)</w:t>
      </w:r>
    </w:p>
    <w:p>
      <w:pPr>
        <w:jc w:val="center"/>
      </w:pPr>
      <w:r>
        <w:rPr>
          <w:color w:val="6E6860"/>
          <w:sz w:val="19"/>
        </w:rPr>
        <w:t>49 soru · 4 seçenekli · 5. Sınıf · Ünite 1 · Seviye: Çok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birthday is ___ 5 May.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We have a party ___ my birthday.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in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My brother plays football ___ Sunday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of</w:t>
      </w:r>
      <w:r>
        <w:tab/>
      </w:r>
      <w:r>
        <w:rPr>
          <w:sz w:val="24"/>
        </w:rPr>
        <w:t>D)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The school is closed ___ August.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Our lesson is ___ three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from</w:t>
      </w:r>
      <w:r>
        <w:tab/>
      </w:r>
      <w:r>
        <w:rPr>
          <w:sz w:val="24"/>
        </w:rPr>
        <w:t>D)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We have breakfast ___ the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in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I play football ___ Saturday.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It is cold ___ winter.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of</w:t>
      </w:r>
      <w:r>
        <w:tab/>
      </w:r>
      <w:r>
        <w:rPr>
          <w:sz w:val="24"/>
        </w:rPr>
        <w:t>D) 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We visit my grandma ___ Sunday.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for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I go to bed ___ ten o'clock.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in</w:t>
      </w:r>
      <w:r>
        <w:tab/>
      </w:r>
      <w:r>
        <w:rPr>
          <w:sz w:val="24"/>
        </w:rPr>
        <w:t>D) from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There are a lot of flowers ___ spring.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I go home ___ midday.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of</w:t>
      </w:r>
      <w:r>
        <w:tab/>
      </w:r>
      <w:r>
        <w:rPr>
          <w:sz w:val="24"/>
        </w:rPr>
        <w:t>D)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We have a holiday ___ the weekend.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Our school starts ___ September.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</w:t>
      </w:r>
      <w:r>
        <w:tab/>
      </w:r>
      <w:r>
        <w:rPr>
          <w:sz w:val="24"/>
        </w:rPr>
        <w:t>B) in</w:t>
      </w:r>
      <w:r>
        <w:tab/>
      </w:r>
      <w:r>
        <w:rPr>
          <w:sz w:val="24"/>
        </w:rPr>
        <w:t>C) at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We go to school ___ Monday morning and stay at home ___ the weekend.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on</w:t>
      </w:r>
      <w:r>
        <w:tab/>
      </w:r>
      <w:r>
        <w:rPr>
          <w:sz w:val="24"/>
        </w:rPr>
        <w:t>B) in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The film starts ___ night and finishes ___ midnight.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at / at</w:t>
      </w:r>
      <w:r>
        <w:tab/>
      </w:r>
      <w:r>
        <w:rPr>
          <w:sz w:val="24"/>
        </w:rPr>
        <w:t>D) at / 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We go to school ___ Monday, but we stay at home ___ the weekend.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</w:t>
      </w:r>
      <w:r>
        <w:tab/>
      </w:r>
      <w:r>
        <w:rPr>
          <w:sz w:val="24"/>
        </w:rPr>
        <w:t>B) on / on</w:t>
      </w:r>
      <w:r>
        <w:tab/>
      </w:r>
      <w:r>
        <w:rPr>
          <w:sz w:val="24"/>
        </w:rPr>
        <w:t>C) at / on</w:t>
      </w:r>
      <w:r>
        <w:tab/>
      </w:r>
      <w:r>
        <w:rPr>
          <w:sz w:val="24"/>
        </w:rPr>
        <w:t>D) in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 do my homework ___ the afternoon and watch TV ___ 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in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in / at</w:t>
      </w:r>
      <w:r>
        <w:tab/>
      </w:r>
      <w:r>
        <w:rPr>
          <w:sz w:val="24"/>
        </w:rPr>
        <w:t>D) in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I get up ___ seven o'clock ___ Monday.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</w:t>
      </w:r>
      <w:r>
        <w:tab/>
      </w:r>
      <w:r>
        <w:rPr>
          <w:sz w:val="24"/>
        </w:rPr>
        <w:t>B) in / on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at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My mum has breakfast ___ nine o'clock ___ Sunday.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</w:t>
      </w:r>
      <w:r>
        <w:tab/>
      </w:r>
      <w:r>
        <w:rPr>
          <w:sz w:val="24"/>
        </w:rPr>
        <w:t>B) at / on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in / at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We have a lesson ___ Monday and a party ___ Sunday morning.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on</w:t>
      </w:r>
      <w:r>
        <w:tab/>
      </w:r>
      <w:r>
        <w:rPr>
          <w:sz w:val="24"/>
        </w:rPr>
        <w:t>B) on / on</w:t>
      </w:r>
      <w:r>
        <w:tab/>
      </w:r>
      <w:r>
        <w:rPr>
          <w:sz w:val="24"/>
        </w:rPr>
        <w:t>C) on / at</w:t>
      </w:r>
      <w:r>
        <w:tab/>
      </w:r>
      <w:r>
        <w:rPr>
          <w:sz w:val="24"/>
        </w:rPr>
        <w:t>D) in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The shop is open ___ the morning and closed ___ 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at / in</w:t>
      </w:r>
      <w:r>
        <w:tab/>
      </w:r>
      <w:r>
        <w:rPr>
          <w:sz w:val="24"/>
        </w:rPr>
        <w:t>C) on / at</w:t>
      </w:r>
      <w:r>
        <w:tab/>
      </w:r>
      <w:r>
        <w:rPr>
          <w:sz w:val="24"/>
        </w:rPr>
        <w:t>D) in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I eat breakfast ___ I go to school.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___ I go to bed, I brush my teeth.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First I get up. ___ I wash my face.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Then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___ dinner, I go to sleep.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I watch TV ___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when</w:t>
      </w:r>
      <w:r>
        <w:tab/>
      </w:r>
      <w:r>
        <w:rPr>
          <w:sz w:val="24"/>
        </w:rPr>
        <w:t>D) after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I have a shower ___ I go to bed.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___ lunch, we play in the garden.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She goes to bed ___ she watches TV.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He does his homework ___ school and then he plays.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I brush my teeth ___ breakfast. I do not brush my teeth before breakfast.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She watches TV ___ dinner. She does not watch TV before dinner.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I wash my hands ___ I eat and I brush my teeth ___ I go to bed.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after / after</w:t>
      </w:r>
      <w:r>
        <w:tab/>
      </w:r>
      <w:r>
        <w:rPr>
          <w:sz w:val="24"/>
        </w:rPr>
        <w:t>B) before / before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before / after</w:t>
      </w:r>
      <w:r>
        <w:tab/>
      </w:r>
      <w:r>
        <w:rPr>
          <w:sz w:val="24"/>
        </w:rPr>
        <w:t>D) after / before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___ is your birthday?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It is on 5 May.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And my birthday is in May!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 time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___ do you have lunch?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At twelve o'clock.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That is late!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Where</w:t>
      </w:r>
      <w:r>
        <w:tab/>
      </w:r>
      <w:r>
        <w:rPr>
          <w:sz w:val="24"/>
        </w:rPr>
        <w:t>B) Who</w:t>
      </w:r>
      <w:r>
        <w:tab/>
      </w:r>
      <w:r>
        <w:rPr>
          <w:sz w:val="24"/>
        </w:rPr>
        <w:t>C) What time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___ do you get up?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At seven o'clock on Monday.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That is early!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 time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How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___ is your favourite day?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Sunday. I get up late and watch TV.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Nice!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What</w:t>
      </w:r>
      <w:r>
        <w:tab/>
      </w:r>
      <w:r>
        <w:rPr>
          <w:sz w:val="24"/>
        </w:rPr>
        <w:t>B) Where</w:t>
      </w:r>
      <w:r>
        <w:tab/>
      </w:r>
      <w:r>
        <w:rPr>
          <w:sz w:val="24"/>
        </w:rPr>
        <w:t>C) Who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When is our English lesson?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It is ___ Monday morning.</w:t>
      </w:r>
    </w:p>
    <w:p>
      <w:pPr>
        <w:spacing w:before="0" w:after="20"/>
        <w:ind w:left="720"/>
      </w:pPr>
      <w:r>
        <w:rPr>
          <w:b/>
          <w:sz w:val="24"/>
        </w:rPr>
        <w:t>Tom:</w:t>
      </w:r>
      <w:r>
        <w:rPr>
          <w:sz w:val="24"/>
        </w:rPr>
        <w:t xml:space="preserve"> </w:t>
      </w:r>
      <w:r>
        <w:rPr>
          <w:sz w:val="24"/>
        </w:rPr>
        <w:t>Good, I am at home in the afternoon.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in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What time do you go to bed?</w:t>
      </w:r>
    </w:p>
    <w:p>
      <w:pPr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I go to bed ___ ten o'clock.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That is early for me!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on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Boşluğu tamamlayan doğru seçenek hangisidir?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Do you watch TV before dinner?</w:t>
      </w:r>
    </w:p>
    <w:p>
      <w:pPr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No, I watch TV ___ dinner.</w:t>
      </w:r>
    </w:p>
    <w:p>
      <w:pPr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Good, then you can do your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at</w:t>
      </w:r>
      <w:r>
        <w:tab/>
      </w:r>
      <w:r>
        <w:rPr>
          <w:sz w:val="24"/>
        </w:rPr>
        <w:t>C) after</w:t>
      </w:r>
      <w:r>
        <w:tab/>
      </w:r>
      <w:r>
        <w:rPr>
          <w:sz w:val="24"/>
        </w:rPr>
        <w:t>D) in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Ali gets up ___ seven o'clock every morning. He has breakfast ___ half past seven. Then he goes to school ___ Monday.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 / in</w:t>
      </w:r>
      <w:r>
        <w:tab/>
      </w:r>
      <w:r>
        <w:rPr>
          <w:sz w:val="24"/>
        </w:rPr>
        <w:t>B) at / on / on</w:t>
      </w:r>
      <w:r>
        <w:tab/>
      </w:r>
      <w:r>
        <w:rPr>
          <w:sz w:val="24"/>
        </w:rPr>
        <w:t>C) in / at / in</w:t>
      </w:r>
      <w:r>
        <w:tab/>
      </w:r>
      <w:r>
        <w:rPr>
          <w:sz w:val="24"/>
        </w:rPr>
        <w:t>D) at / at / 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I have breakfast at seven o'clock ___ Monday morning. Then I go to school. After school, I do my homework.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</w:t>
      </w:r>
      <w:r>
        <w:tab/>
      </w:r>
      <w:r>
        <w:rPr>
          <w:sz w:val="24"/>
        </w:rPr>
        <w:t>B) on</w:t>
      </w:r>
      <w:r>
        <w:tab/>
      </w:r>
      <w:r>
        <w:rPr>
          <w:sz w:val="24"/>
        </w:rPr>
        <w:t>C) in</w:t>
      </w:r>
      <w:r>
        <w:tab/>
      </w:r>
      <w:r>
        <w:rPr>
          <w:sz w:val="24"/>
        </w:rPr>
        <w:t>D) of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We have a lesson on Monday morning.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We have a lesson at Monday morning.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We have a lesson in Monday morning.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We have a lesson of Monday morning.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Which sentence is correct?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I brush my teeth after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I brush my teeth before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I brush my teeth then I go to bed.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I brush my teeth when I go to bed.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Which sentence is correct?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My birthday is at 5 May.</w:t>
      </w:r>
      <w:r>
        <w:tab/>
      </w:r>
      <w:r>
        <w:rPr>
          <w:sz w:val="24"/>
        </w:rPr>
        <w:t>B) My birthday is on 5 May.</w:t>
      </w:r>
    </w:p>
    <w:p>
      <w:pPr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My birthday is in 5 May.</w:t>
      </w:r>
      <w:r>
        <w:tab/>
      </w:r>
      <w:r>
        <w:rPr>
          <w:sz w:val="24"/>
        </w:rPr>
        <w:t>D) My birthday is of 5 May.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Ali is a student. He gets up at seven o'clock on Monday. At the weekend, he gets up late. He has breakfast at nine o'clock on Sunday. Which sentence is FALSE?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A) Ali gets up at seven o'clock on Monday.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B) Ali has breakfast at nine o'clock on Sunday.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C) Ali is a student.</w:t>
      </w:r>
    </w:p>
    <w:p>
      <w:pPr>
        <w:tabs>
          <w:tab w:pos="720" w:val="left"/>
        </w:tabs>
        <w:spacing w:before="20" w:after="40"/>
      </w:pPr>
      <w:r>
        <w:tab/>
      </w:r>
      <w:r>
        <w:rPr>
          <w:sz w:val="24"/>
        </w:rPr>
        <w:t>D) Ali gets up early at the weekend.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At twelve o'clock at night, it is ___.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midnight</w:t>
      </w:r>
      <w:r>
        <w:tab/>
      </w:r>
      <w:r>
        <w:rPr>
          <w:sz w:val="24"/>
        </w:rPr>
        <w:t>B) midday</w:t>
      </w:r>
      <w:r>
        <w:tab/>
      </w:r>
      <w:r>
        <w:rPr>
          <w:sz w:val="24"/>
        </w:rPr>
        <w:t>C) morning</w:t>
      </w:r>
      <w:r>
        <w:tab/>
      </w:r>
      <w:r>
        <w:rPr>
          <w:sz w:val="24"/>
        </w:rPr>
        <w:t>D) afternoon</w:t>
      </w:r>
    </w:p>
    <w:p>
      <w:pPr>
        <w:spacing w:after="40"/>
      </w:pPr>
    </w:p>
    <w:p>
      <w:pPr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I have lunch ___ midday and go to bed ___ midnight.</w:t>
      </w:r>
    </w:p>
    <w:p>
      <w:pPr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at / at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