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before / after / then · Kolay Birleşik Test</w:t>
      </w:r>
    </w:p>
    <w:p>
      <w:pPr>
        <w:jc w:val="center"/>
      </w:pPr>
      <w:r>
        <w:rPr>
          <w:color w:val="6E6860"/>
          <w:sz w:val="19"/>
        </w:rPr>
        <w:t>Kapsam: before / after (siralama) · then (yeni cumle siralama) · ozne-fiil uyumu (he / she / it + fiil) · olumsuz yapi (don't / doesn't) · WH question (When / What / Where / Who) · karsit kutup (ters siralama secen yakalanir) · diyalog - konusmaci isimli</w:t>
      </w:r>
    </w:p>
    <w:p>
      <w:pPr>
        <w:jc w:val="center"/>
      </w:pPr>
      <w:r>
        <w:rPr>
          <w:color w:val="6E6860"/>
          <w:sz w:val="19"/>
        </w:rPr>
        <w:t>55 soru · 4 seçenekli · 5. Sınıf · Ünite 1 · Seviye: Kolay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I wash my face ___ I get dressed.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I have breakfast ___ I get up.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I go to bed ___ I watch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I watch TV ___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She goes to school ___ she has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He has breakfast ___ he goes to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before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We play in the garden ___ we do our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I brush my teeth ___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My mother cooks dinner ___ we come home.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I do my homework ___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I get dressed ___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before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I get up ___ I have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 have breakfast ___ I brush my teeth.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He reads a book ___ he goes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before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Sara does her homework ___ she watches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We have dinner ___ we watch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I have lunch ___ I come home.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 come home ___ I have lunch.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before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My brother does his homework ___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She reads a book ___ she goes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First I get up. ___ I wash my face.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First we have lunch. ___ we play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First she does her homework. ___ she watches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Then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First I brush my teeth. ___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Then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___ I go to school, I have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___ dinner, I do my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___ school, I play football with my friends.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___ I go to bed, I brush my teeth.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___ breakfast, I brush my teeth.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___ bed, I read a book.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___ lunch, we play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First I get up. Then I wash my face ___ I have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before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I come home after school. ___ I have lunch, I do my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My mother ___ breakfast before she goes to 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cook</w:t>
      </w:r>
      <w:r>
        <w:tab/>
      </w:r>
      <w:r>
        <w:rPr>
          <w:sz w:val="24"/>
        </w:rPr>
        <w:t>B) cooks</w:t>
      </w:r>
      <w:r>
        <w:tab/>
      </w:r>
      <w:r>
        <w:rPr>
          <w:sz w:val="24"/>
        </w:rPr>
        <w:t>C) doesn't cook</w:t>
      </w:r>
      <w:r>
        <w:tab/>
      </w:r>
      <w:r>
        <w:rPr>
          <w:sz w:val="24"/>
        </w:rPr>
        <w:t>D) don't cook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Ali ___ TV after he does his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</w:t>
      </w:r>
      <w:r>
        <w:tab/>
      </w:r>
      <w:r>
        <w:rPr>
          <w:sz w:val="24"/>
        </w:rPr>
        <w:t>B) doesn't watch</w:t>
      </w:r>
      <w:r>
        <w:tab/>
      </w:r>
      <w:r>
        <w:rPr>
          <w:sz w:val="24"/>
        </w:rPr>
        <w:t>C) don't watch</w:t>
      </w:r>
      <w:r>
        <w:tab/>
      </w:r>
      <w:r>
        <w:rPr>
          <w:sz w:val="24"/>
        </w:rPr>
        <w:t>D) watches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My sister ___ her teeth before she goes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</w:t>
      </w:r>
      <w:r>
        <w:tab/>
      </w:r>
      <w:r>
        <w:rPr>
          <w:sz w:val="24"/>
        </w:rPr>
        <w:t>B) brushes</w:t>
      </w:r>
      <w:r>
        <w:tab/>
      </w:r>
      <w:r>
        <w:rPr>
          <w:sz w:val="24"/>
        </w:rPr>
        <w:t>C) doesn't brush</w:t>
      </w:r>
      <w:r>
        <w:tab/>
      </w:r>
      <w:r>
        <w:rPr>
          <w:sz w:val="24"/>
        </w:rPr>
        <w:t>D) don't brush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He ___ to school after he has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</w:t>
      </w:r>
      <w:r>
        <w:tab/>
      </w:r>
      <w:r>
        <w:rPr>
          <w:sz w:val="24"/>
        </w:rPr>
        <w:t>B) goes</w:t>
      </w:r>
      <w:r>
        <w:tab/>
      </w:r>
      <w:r>
        <w:rPr>
          <w:sz w:val="24"/>
        </w:rPr>
        <w:t>C) doesn't go</w:t>
      </w:r>
      <w:r>
        <w:tab/>
      </w:r>
      <w:r>
        <w:rPr>
          <w:sz w:val="24"/>
        </w:rPr>
        <w:t>D) don't go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I ___ my homework after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don't do</w:t>
      </w:r>
      <w:r>
        <w:tab/>
      </w:r>
      <w:r>
        <w:rPr>
          <w:sz w:val="24"/>
        </w:rPr>
        <w:t>D) doesn't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They ___ football after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plays</w:t>
      </w:r>
      <w:r>
        <w:tab/>
      </w:r>
      <w:r>
        <w:rPr>
          <w:sz w:val="24"/>
        </w:rPr>
        <w:t>B) play</w:t>
      </w:r>
      <w:r>
        <w:tab/>
      </w:r>
      <w:r>
        <w:rPr>
          <w:sz w:val="24"/>
        </w:rPr>
        <w:t>C) don't play</w:t>
      </w:r>
      <w:r>
        <w:tab/>
      </w:r>
      <w:r>
        <w:rPr>
          <w:sz w:val="24"/>
        </w:rPr>
        <w:t>D) doesn't play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My father ___ home before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come</w:t>
      </w:r>
      <w:r>
        <w:tab/>
      </w:r>
      <w:r>
        <w:rPr>
          <w:sz w:val="24"/>
        </w:rPr>
        <w:t>B) doesn't come</w:t>
      </w:r>
      <w:r>
        <w:tab/>
      </w:r>
      <w:r>
        <w:rPr>
          <w:sz w:val="24"/>
        </w:rPr>
        <w:t>C) don't come</w:t>
      </w:r>
      <w:r>
        <w:tab/>
      </w:r>
      <w:r>
        <w:rPr>
          <w:sz w:val="24"/>
        </w:rPr>
        <w:t>D) comes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We ___ breakfast before we go to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has</w:t>
      </w:r>
      <w:r>
        <w:tab/>
      </w:r>
      <w:r>
        <w:rPr>
          <w:sz w:val="24"/>
        </w:rPr>
        <w:t>B) don't have</w:t>
      </w:r>
      <w:r>
        <w:tab/>
      </w:r>
      <w:r>
        <w:rPr>
          <w:sz w:val="24"/>
        </w:rPr>
        <w:t>C) have</w:t>
      </w:r>
      <w:r>
        <w:tab/>
      </w:r>
      <w:r>
        <w:rPr>
          <w:sz w:val="24"/>
        </w:rPr>
        <w:t>D) doesn't have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She ___ her hands before she eats.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washes</w:t>
      </w:r>
      <w:r>
        <w:tab/>
      </w:r>
      <w:r>
        <w:rPr>
          <w:sz w:val="24"/>
        </w:rPr>
        <w:t>B) wash</w:t>
      </w:r>
      <w:r>
        <w:tab/>
      </w:r>
      <w:r>
        <w:rPr>
          <w:sz w:val="24"/>
        </w:rPr>
        <w:t>C) doesn't wash</w:t>
      </w:r>
      <w:r>
        <w:tab/>
      </w:r>
      <w:r>
        <w:rPr>
          <w:sz w:val="24"/>
        </w:rPr>
        <w:t>D) don't wash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Tom ___ his homework before he plays.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doesn't do</w:t>
      </w:r>
      <w:r>
        <w:tab/>
      </w:r>
      <w:r>
        <w:rPr>
          <w:sz w:val="24"/>
        </w:rPr>
        <w:t>D) don't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My mother ___ dinner after 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cooks</w:t>
      </w:r>
      <w:r>
        <w:tab/>
      </w:r>
      <w:r>
        <w:rPr>
          <w:sz w:val="24"/>
        </w:rPr>
        <w:t>B) cook</w:t>
      </w:r>
      <w:r>
        <w:tab/>
      </w:r>
      <w:r>
        <w:rPr>
          <w:sz w:val="24"/>
        </w:rPr>
        <w:t>C) doesn't cook</w:t>
      </w:r>
      <w:r>
        <w:tab/>
      </w:r>
      <w:r>
        <w:rPr>
          <w:sz w:val="24"/>
        </w:rPr>
        <w:t>D) don't cook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My friends ___ football before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plays</w:t>
      </w:r>
      <w:r>
        <w:tab/>
      </w:r>
      <w:r>
        <w:rPr>
          <w:sz w:val="24"/>
        </w:rPr>
        <w:t>B) play</w:t>
      </w:r>
      <w:r>
        <w:tab/>
      </w:r>
      <w:r>
        <w:rPr>
          <w:sz w:val="24"/>
        </w:rPr>
        <w:t>C) don't play</w:t>
      </w:r>
      <w:r>
        <w:tab/>
      </w:r>
      <w:r>
        <w:rPr>
          <w:sz w:val="24"/>
        </w:rPr>
        <w:t>D) doesn't play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My brother ___ to bed before ten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</w:t>
      </w:r>
      <w:r>
        <w:tab/>
      </w:r>
      <w:r>
        <w:rPr>
          <w:sz w:val="24"/>
        </w:rPr>
        <w:t>B) doesn't go</w:t>
      </w:r>
      <w:r>
        <w:tab/>
      </w:r>
      <w:r>
        <w:rPr>
          <w:sz w:val="24"/>
        </w:rPr>
        <w:t>C) goes</w:t>
      </w:r>
      <w:r>
        <w:tab/>
      </w:r>
      <w:r>
        <w:rPr>
          <w:sz w:val="24"/>
        </w:rPr>
        <w:t>D) don't go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I ___ my hands before I eat.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washes</w:t>
      </w:r>
      <w:r>
        <w:tab/>
      </w:r>
      <w:r>
        <w:rPr>
          <w:sz w:val="24"/>
        </w:rPr>
        <w:t>B) don't wash</w:t>
      </w:r>
      <w:r>
        <w:tab/>
      </w:r>
      <w:r>
        <w:rPr>
          <w:sz w:val="24"/>
        </w:rPr>
        <w:t>C) doesn't wash</w:t>
      </w:r>
      <w:r>
        <w:tab/>
      </w:r>
      <w:r>
        <w:rPr>
          <w:sz w:val="24"/>
        </w:rPr>
        <w:t>D) wash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Do you watch TV before dinner?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I watch TV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Do you brush your teeth after dinner?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No, I brush my teeth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Do you brush your teeth before breakfast?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Yes, I brush my teeth ___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Do you play football before school?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No, I play football ___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___ do you do your homework?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 do my homework after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When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Who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does your sister go to bed?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She goes to bed after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I brush my teeth before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I brush my teeth after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I brush my teeth then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I brush my teeth when I go to bed.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I have breakfast before I get up.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I have breakfast then I get up.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I have breakfast when I get up.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I have breakfast after I get up.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