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— Ünite 1 My Day · before / after / then · Kolay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D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before / after (siralama), then (yeni cumle siralama), ozne-fiil uyumu (he / she / it + fiil), olumsuz yapi (don't / doesn't), WH question (When / What / Where / Who), karsit kutup (ters siralama secen yakalanir), diyalog - konusmaci isimli</w:t>
        <w:br/>
        <w:t>• Seviye: Kolay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