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5. Sınıf İngilizce — Ünite 1 My Day · before / after / then · Karışık Seviye Birleşik Test</w:t>
      </w:r>
    </w:p>
    <w:p>
      <w:pPr>
        <w:jc w:val="center"/>
      </w:pPr>
      <w:r>
        <w:rPr>
          <w:color w:val="6E6860"/>
          <w:sz w:val="19"/>
        </w:rPr>
        <w:t>Kapsam: before / after (siralama) · then (First ... Then ... · yeni cumle siralama) · then + ozne / iyelik (mapping) · ozne-fiil uyumu (he / she / it + fiil) · olumsuz yapi (don't / doesn't) · iki bosluk (cift karar) · WH question (When / What / Who) · karsit kutup (2. cumleyi okumayan yakalanir) · diyalog - konusmaci isimli · metin - dogru/yanlis (FALSE)</w:t>
      </w:r>
    </w:p>
    <w:p>
      <w:pPr>
        <w:jc w:val="center"/>
      </w:pPr>
      <w:r>
        <w:rPr>
          <w:color w:val="6E6860"/>
          <w:sz w:val="19"/>
        </w:rPr>
        <w:t>77 soru · 4 seçenekli · 5. Sınıf · Ünite 1 · Seviye: Kolay + Orta + Zor + Çok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I wash my face ___ I get dressed.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I have breakfast ___ I get up.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I go to bed ___ I watch TV.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I watch TV ___ I go to bed.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She goes to school ___ she has breakfast.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after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He has breakfast ___ he goes to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We play in the garden ___ we do our homework.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I brush my teeth ___ I go to bed.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My mother cooks dinner ___ we come home.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I do my homework ___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I get dressed ___ breakfast.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I get up ___ I have breakfast.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He reads a book ___ he goes to bed.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Sara does her homework ___ she watches TV.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We have dinner ___ we watch TV.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I have lunch ___ I come home.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after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My brother does his homework ___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First I get up. ___ I wash my face.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First we have lunch. ___ we play in the garden.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First she does her homework. ___ she watches TV.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Then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First I brush my teeth. ___ I go to bed.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Then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First he comes home. ___ he has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First I have breakfast. ___ I go to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First my mother cooks dinner. ___ we eat.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Then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I wash my hands. ___ I get dressed.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We have dinner. ___ we watch TV.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Then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First she washes her hands. ___ she cooks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Then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I get up. ___ I have breakfast and then I go to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Then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First I do my homework. Then I play football ___ I have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___ I go to bed, I brush my teeth. Then I read a book.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Then I brush my teeth ___ I go to bed, but I don't sleep.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I come home. First I have lunch, then I do my homework ___ I play.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then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First Ali gets up. Then ___ washes his face.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she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his</w:t>
      </w:r>
      <w:r>
        <w:tab/>
      </w:r>
      <w:r>
        <w:rPr>
          <w:sz w:val="24"/>
        </w:rPr>
        <w:t>D) he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First my sister does her homework. Then ___ watches TV.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she</w:t>
      </w:r>
      <w:r>
        <w:tab/>
      </w:r>
      <w:r>
        <w:rPr>
          <w:sz w:val="24"/>
        </w:rPr>
        <w:t>D) they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First my brothers play football. Then ___ do their homework.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</w:t>
      </w:r>
      <w:r>
        <w:tab/>
      </w:r>
      <w:r>
        <w:rPr>
          <w:sz w:val="24"/>
        </w:rPr>
        <w:t>B) them</w:t>
      </w:r>
      <w:r>
        <w:tab/>
      </w:r>
      <w:r>
        <w:rPr>
          <w:sz w:val="24"/>
        </w:rPr>
        <w:t>C) it</w:t>
      </w:r>
      <w:r>
        <w:tab/>
      </w:r>
      <w:r>
        <w:rPr>
          <w:sz w:val="24"/>
        </w:rPr>
        <w:t>D) they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First my father comes home. Then ___ has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she</w:t>
      </w:r>
      <w:r>
        <w:tab/>
      </w:r>
      <w:r>
        <w:rPr>
          <w:sz w:val="24"/>
        </w:rPr>
        <w:t>B) it</w:t>
      </w:r>
      <w:r>
        <w:tab/>
      </w:r>
      <w:r>
        <w:rPr>
          <w:sz w:val="24"/>
        </w:rPr>
        <w:t>C) him</w:t>
      </w:r>
      <w:r>
        <w:tab/>
      </w:r>
      <w:r>
        <w:rPr>
          <w:sz w:val="24"/>
        </w:rPr>
        <w:t>D) he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First Tom does ___ homework. Then he plays football.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his</w:t>
      </w:r>
      <w:r>
        <w:tab/>
      </w:r>
      <w:r>
        <w:rPr>
          <w:sz w:val="24"/>
        </w:rPr>
        <w:t>B) he</w:t>
      </w:r>
      <w:r>
        <w:tab/>
      </w:r>
      <w:r>
        <w:rPr>
          <w:sz w:val="24"/>
        </w:rPr>
        <w:t>C) she</w:t>
      </w:r>
      <w:r>
        <w:tab/>
      </w:r>
      <w:r>
        <w:rPr>
          <w:sz w:val="24"/>
        </w:rPr>
        <w:t>D) her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First Sara washes ___ hands. Then she has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she</w:t>
      </w:r>
      <w:r>
        <w:tab/>
      </w:r>
      <w:r>
        <w:rPr>
          <w:sz w:val="24"/>
        </w:rPr>
        <w:t>B) his</w:t>
      </w:r>
      <w:r>
        <w:tab/>
      </w:r>
      <w:r>
        <w:rPr>
          <w:sz w:val="24"/>
        </w:rPr>
        <w:t>C) hers</w:t>
      </w:r>
      <w:r>
        <w:tab/>
      </w:r>
      <w:r>
        <w:rPr>
          <w:sz w:val="24"/>
        </w:rPr>
        <w:t>D) her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First I get up. Then I ___ my face.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washes</w:t>
      </w:r>
      <w:r>
        <w:tab/>
      </w:r>
      <w:r>
        <w:rPr>
          <w:sz w:val="24"/>
        </w:rPr>
        <w:t>B) don't wash</w:t>
      </w:r>
      <w:r>
        <w:tab/>
      </w:r>
      <w:r>
        <w:rPr>
          <w:sz w:val="24"/>
        </w:rPr>
        <w:t>C) doesn't wash</w:t>
      </w:r>
      <w:r>
        <w:tab/>
      </w:r>
      <w:r>
        <w:rPr>
          <w:sz w:val="24"/>
        </w:rPr>
        <w:t>D) wash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First my mother gets up. Then she ___ breakfast.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cooks</w:t>
      </w:r>
      <w:r>
        <w:tab/>
      </w:r>
      <w:r>
        <w:rPr>
          <w:sz w:val="24"/>
        </w:rPr>
        <w:t>B) cook</w:t>
      </w:r>
      <w:r>
        <w:tab/>
      </w:r>
      <w:r>
        <w:rPr>
          <w:sz w:val="24"/>
        </w:rPr>
        <w:t>C) doesn't cook</w:t>
      </w:r>
      <w:r>
        <w:tab/>
      </w:r>
      <w:r>
        <w:rPr>
          <w:sz w:val="24"/>
        </w:rPr>
        <w:t>D) don't cook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First Ali does his homework. Then he ___ TV.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watch</w:t>
      </w:r>
      <w:r>
        <w:tab/>
      </w:r>
      <w:r>
        <w:rPr>
          <w:sz w:val="24"/>
        </w:rPr>
        <w:t>B) watches</w:t>
      </w:r>
      <w:r>
        <w:tab/>
      </w:r>
      <w:r>
        <w:rPr>
          <w:sz w:val="24"/>
        </w:rPr>
        <w:t>C) doesn't watch</w:t>
      </w:r>
      <w:r>
        <w:tab/>
      </w:r>
      <w:r>
        <w:rPr>
          <w:sz w:val="24"/>
        </w:rPr>
        <w:t>D) don't watch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First my sister washes her face. Then she ___ her teeth.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brush</w:t>
      </w:r>
      <w:r>
        <w:tab/>
      </w:r>
      <w:r>
        <w:rPr>
          <w:sz w:val="24"/>
        </w:rPr>
        <w:t>B) brushes</w:t>
      </w:r>
      <w:r>
        <w:tab/>
      </w:r>
      <w:r>
        <w:rPr>
          <w:sz w:val="24"/>
        </w:rPr>
        <w:t>C) doesn't brush</w:t>
      </w:r>
      <w:r>
        <w:tab/>
      </w:r>
      <w:r>
        <w:rPr>
          <w:sz w:val="24"/>
        </w:rPr>
        <w:t>D) don't brush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First he has breakfast. Then he ___ to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go</w:t>
      </w:r>
      <w:r>
        <w:tab/>
      </w:r>
      <w:r>
        <w:rPr>
          <w:sz w:val="24"/>
        </w:rPr>
        <w:t>B) doesn't go</w:t>
      </w:r>
      <w:r>
        <w:tab/>
      </w:r>
      <w:r>
        <w:rPr>
          <w:sz w:val="24"/>
        </w:rPr>
        <w:t>C) don't go</w:t>
      </w:r>
      <w:r>
        <w:tab/>
      </w:r>
      <w:r>
        <w:rPr>
          <w:sz w:val="24"/>
        </w:rPr>
        <w:t>D) goes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First we come home. Then we ___ our homework.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</w:t>
      </w:r>
      <w:r>
        <w:tab/>
      </w:r>
      <w:r>
        <w:rPr>
          <w:sz w:val="24"/>
        </w:rPr>
        <w:t>B) does</w:t>
      </w:r>
      <w:r>
        <w:tab/>
      </w:r>
      <w:r>
        <w:rPr>
          <w:sz w:val="24"/>
        </w:rPr>
        <w:t>C) don't do</w:t>
      </w:r>
      <w:r>
        <w:tab/>
      </w:r>
      <w:r>
        <w:rPr>
          <w:sz w:val="24"/>
        </w:rPr>
        <w:t>D) doesn't do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First they do their homework. Then they ___ football.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play</w:t>
      </w:r>
      <w:r>
        <w:tab/>
      </w:r>
      <w:r>
        <w:rPr>
          <w:sz w:val="24"/>
        </w:rPr>
        <w:t>B) plays</w:t>
      </w:r>
      <w:r>
        <w:tab/>
      </w:r>
      <w:r>
        <w:rPr>
          <w:sz w:val="24"/>
        </w:rPr>
        <w:t>C) don't play</w:t>
      </w:r>
      <w:r>
        <w:tab/>
      </w:r>
      <w:r>
        <w:rPr>
          <w:sz w:val="24"/>
        </w:rPr>
        <w:t>D) doesn't play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First my father comes home. Then he ___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cook</w:t>
      </w:r>
      <w:r>
        <w:tab/>
      </w:r>
      <w:r>
        <w:rPr>
          <w:sz w:val="24"/>
        </w:rPr>
        <w:t>B) doesn't cook</w:t>
      </w:r>
      <w:r>
        <w:tab/>
      </w:r>
      <w:r>
        <w:rPr>
          <w:sz w:val="24"/>
        </w:rPr>
        <w:t>C) cooks</w:t>
      </w:r>
      <w:r>
        <w:tab/>
      </w:r>
      <w:r>
        <w:rPr>
          <w:sz w:val="24"/>
        </w:rPr>
        <w:t>D) don't cook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First Tom gets up. Then he ___ his bed.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make</w:t>
      </w:r>
      <w:r>
        <w:tab/>
      </w:r>
      <w:r>
        <w:rPr>
          <w:sz w:val="24"/>
        </w:rPr>
        <w:t>B) doesn't make</w:t>
      </w:r>
      <w:r>
        <w:tab/>
      </w:r>
      <w:r>
        <w:rPr>
          <w:sz w:val="24"/>
        </w:rPr>
        <w:t>C) don't make</w:t>
      </w:r>
      <w:r>
        <w:tab/>
      </w:r>
      <w:r>
        <w:rPr>
          <w:sz w:val="24"/>
        </w:rPr>
        <w:t>D) makes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Ali doesn't watch TV before dinner. He watches TV ___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after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Sara isn't at home in the morning. She is at home ___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I don't get up early. I get up ___ I have breakfast.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51. </w:t>
      </w:r>
      <w:r>
        <w:rPr>
          <w:sz w:val="24"/>
        </w:rPr>
        <w:t>My brother doesn't play before school. He plays ___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52. </w:t>
      </w:r>
      <w:r>
        <w:rPr>
          <w:sz w:val="24"/>
        </w:rPr>
        <w:t>She doesn't brush her teeth after dinner. She brushes them ___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53. </w:t>
      </w:r>
      <w:r>
        <w:rPr>
          <w:sz w:val="24"/>
        </w:rPr>
        <w:t>We don't have dinner before seven. We have dinner ___ seven.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after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54. </w:t>
      </w:r>
      <w:r>
        <w:rPr>
          <w:sz w:val="24"/>
        </w:rPr>
        <w:t>First I do my homework. Then I ___ TV because I have a test.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watch</w:t>
      </w:r>
      <w:r>
        <w:tab/>
      </w:r>
      <w:r>
        <w:rPr>
          <w:sz w:val="24"/>
        </w:rPr>
        <w:t>B) doesn't watch</w:t>
      </w:r>
      <w:r>
        <w:tab/>
      </w:r>
      <w:r>
        <w:rPr>
          <w:sz w:val="24"/>
        </w:rPr>
        <w:t>C) watches</w:t>
      </w:r>
      <w:r>
        <w:tab/>
      </w:r>
      <w:r>
        <w:rPr>
          <w:sz w:val="24"/>
        </w:rPr>
        <w:t>D) don't watch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55. </w:t>
      </w:r>
      <w:r>
        <w:rPr>
          <w:sz w:val="24"/>
        </w:rPr>
        <w:t>First Sara washes her hands. Then she ___ dinner. She is tired.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cook</w:t>
      </w:r>
      <w:r>
        <w:tab/>
      </w:r>
      <w:r>
        <w:rPr>
          <w:sz w:val="24"/>
        </w:rPr>
        <w:t>B) doesn't cook</w:t>
      </w:r>
      <w:r>
        <w:tab/>
      </w:r>
      <w:r>
        <w:rPr>
          <w:sz w:val="24"/>
        </w:rPr>
        <w:t>C) don't cook</w:t>
      </w:r>
      <w:r>
        <w:tab/>
      </w:r>
      <w:r>
        <w:rPr>
          <w:sz w:val="24"/>
        </w:rPr>
        <w:t>D) cooks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56. </w:t>
      </w:r>
      <w:r>
        <w:rPr>
          <w:sz w:val="24"/>
        </w:rPr>
        <w:t>First Ali gets up. Then he ___ to school. He is ill today.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doesn't go</w:t>
      </w:r>
      <w:r>
        <w:tab/>
      </w:r>
      <w:r>
        <w:rPr>
          <w:sz w:val="24"/>
        </w:rPr>
        <w:t>B) goes</w:t>
      </w:r>
      <w:r>
        <w:tab/>
      </w:r>
      <w:r>
        <w:rPr>
          <w:sz w:val="24"/>
        </w:rPr>
        <w:t>C) go</w:t>
      </w:r>
      <w:r>
        <w:tab/>
      </w:r>
      <w:r>
        <w:rPr>
          <w:sz w:val="24"/>
        </w:rPr>
        <w:t>D) don't go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57. </w:t>
      </w:r>
      <w:r>
        <w:rPr>
          <w:sz w:val="24"/>
        </w:rPr>
        <w:t>First I ___ up. Then I ___ my face.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get / wash</w:t>
      </w:r>
      <w:r>
        <w:tab/>
      </w:r>
      <w:r>
        <w:rPr>
          <w:sz w:val="24"/>
        </w:rPr>
        <w:t>B) gets / washes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get / washes</w:t>
      </w:r>
      <w:r>
        <w:tab/>
      </w:r>
      <w:r>
        <w:rPr>
          <w:sz w:val="24"/>
        </w:rPr>
        <w:t>D) don't get / wash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58. </w:t>
      </w:r>
      <w:r>
        <w:rPr>
          <w:sz w:val="24"/>
        </w:rPr>
        <w:t>First my mother ___ breakfast. Then we ___ it.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cook / eats</w:t>
      </w:r>
      <w:r>
        <w:tab/>
      </w:r>
      <w:r>
        <w:rPr>
          <w:sz w:val="24"/>
        </w:rPr>
        <w:t>B) cooks / eat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cooks / eats</w:t>
      </w:r>
      <w:r>
        <w:tab/>
      </w:r>
      <w:r>
        <w:rPr>
          <w:sz w:val="24"/>
        </w:rPr>
        <w:t>D) doesn't cook / eat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59. </w:t>
      </w:r>
      <w:r>
        <w:rPr>
          <w:sz w:val="24"/>
        </w:rPr>
        <w:t>First he ___ his homework. Then he ___ TV.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does / watches</w:t>
      </w:r>
      <w:r>
        <w:tab/>
      </w:r>
      <w:r>
        <w:rPr>
          <w:sz w:val="24"/>
        </w:rPr>
        <w:t>B) do / watch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does / watch</w:t>
      </w:r>
      <w:r>
        <w:tab/>
      </w:r>
      <w:r>
        <w:rPr>
          <w:sz w:val="24"/>
        </w:rPr>
        <w:t>D) doesn't do / watches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60. </w:t>
      </w:r>
      <w:r>
        <w:rPr>
          <w:sz w:val="24"/>
        </w:rPr>
        <w:t>First I get up. ___ I wash my face. ___ I have breakfast.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Then / Then</w:t>
      </w:r>
      <w:r>
        <w:tab/>
      </w:r>
      <w:r>
        <w:rPr>
          <w:sz w:val="24"/>
        </w:rPr>
        <w:t>B) Before / Before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After / After</w:t>
      </w:r>
      <w:r>
        <w:tab/>
      </w:r>
      <w:r>
        <w:rPr>
          <w:sz w:val="24"/>
        </w:rPr>
        <w:t>D) When /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61. </w:t>
      </w:r>
      <w:r>
        <w:rPr>
          <w:sz w:val="24"/>
        </w:rPr>
        <w:t>I ___ my homework before I play, and then I ___ TV.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 / watch</w:t>
      </w:r>
      <w:r>
        <w:tab/>
      </w:r>
      <w:r>
        <w:rPr>
          <w:sz w:val="24"/>
        </w:rPr>
        <w:t>B) does / watches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 / watches</w:t>
      </w:r>
      <w:r>
        <w:tab/>
      </w:r>
      <w:r>
        <w:rPr>
          <w:sz w:val="24"/>
        </w:rPr>
        <w:t>D) don't do / watch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62. </w:t>
      </w:r>
      <w:r>
        <w:rPr>
          <w:sz w:val="24"/>
        </w:rPr>
        <w:t>Which sentence is correct?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A) First I get up. Then I wash my face before.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B) First I get up. Then I wash my face.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C) Then I get up. First I wash my face.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D) First I get up. Then before I wash my face.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63. </w:t>
      </w:r>
      <w:r>
        <w:rPr>
          <w:sz w:val="24"/>
        </w:rPr>
        <w:t>Which sentence is correct?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A) I brush my teeth after I go to bed.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B) I brush my teeth before I go to bed.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C) I brush my teeth then I go to bed.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D) I brush my teeth when I go to bed.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64. </w:t>
      </w:r>
      <w:r>
        <w:rPr>
          <w:sz w:val="24"/>
        </w:rPr>
        <w:t>Which sentence is correct?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A) I do my homework. Then I play football.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B) I do my homework. Then I play football before.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C) Then I do my homework. I play football.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D) I do my homework. Then before I play football.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65. </w:t>
      </w:r>
      <w:r>
        <w:rPr>
          <w:sz w:val="24"/>
        </w:rPr>
        <w:t>Which sentence is correct?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A) My sister has breakfast after she goes to school.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B) My sister has breakfast then she goes to school.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C) My sister has breakfast when she goes to school.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D) My sister has breakfast before she goes to school.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66. </w:t>
      </w:r>
      <w:r>
        <w:rPr>
          <w:sz w:val="24"/>
        </w:rPr>
        <w:t>Ali is a student. First he gets up. Then he washes his face and has breakfast. He goes to school after breakfast. He plays football after school. Which sentence is FALSE?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A) Ali washes his face after he gets up.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B) Ali has breakfast before school.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C) Ali plays football after school.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D) Ali goes to school before breakfast.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67. </w:t>
      </w:r>
      <w:r>
        <w:rPr>
          <w:sz w:val="24"/>
        </w:rPr>
        <w:t>___ do you do after school?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___ do you do after school?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First I do my homework. Then I play football.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Where</w:t>
      </w:r>
      <w:r>
        <w:tab/>
      </w:r>
      <w:r>
        <w:rPr>
          <w:sz w:val="24"/>
        </w:rPr>
        <w:t>C) Who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68. </w:t>
      </w:r>
      <w:r>
        <w:rPr>
          <w:sz w:val="24"/>
        </w:rPr>
        <w:t>___ do you have breakfast?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___ do you have breakfast?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 have breakfast before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When</w:t>
      </w:r>
      <w:r>
        <w:tab/>
      </w:r>
      <w:r>
        <w:rPr>
          <w:sz w:val="24"/>
        </w:rPr>
        <w:t>C) Where</w:t>
      </w:r>
      <w:r>
        <w:tab/>
      </w:r>
      <w:r>
        <w:rPr>
          <w:sz w:val="24"/>
        </w:rPr>
        <w:t>D) Who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69. </w:t>
      </w:r>
      <w:r>
        <w:rPr>
          <w:sz w:val="24"/>
        </w:rPr>
        <w:t>___ does your sister go to bed?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___ does your sister go to bed?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She goes to bed after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When</w:t>
      </w:r>
      <w:r>
        <w:tab/>
      </w:r>
      <w:r>
        <w:rPr>
          <w:sz w:val="24"/>
        </w:rPr>
        <w:t>C) Where</w:t>
      </w:r>
      <w:r>
        <w:tab/>
      </w:r>
      <w:r>
        <w:rPr>
          <w:sz w:val="24"/>
        </w:rPr>
        <w:t>D) Who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70.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Do you watch TV before dinner?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No, I watch TV ___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71.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Do you brush your teeth after dinner?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No, I brush my teeth ___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before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72.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First you brush your teeth. ___ you go to bed.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OK, Mum.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Then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73.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What do you do after school?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First I have lunch. ___ I do my homework.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74.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It is seven o'clock. What do you do first?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First I get up and wash my face.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Good. ___ you have breakfast.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OK, Mum.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Then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75.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 do my homework after school.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Do you play football first?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No, I play football ___ I do my homework.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I see. Homework first!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76.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First Tom does his homework. Then he plays football.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He ___ play before his homework.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Yes, homework first. Then football.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don't</w:t>
      </w:r>
      <w:r>
        <w:tab/>
      </w:r>
      <w:r>
        <w:rPr>
          <w:sz w:val="24"/>
        </w:rPr>
        <w:t>B) doesn't</w:t>
      </w:r>
      <w:r>
        <w:tab/>
      </w:r>
      <w:r>
        <w:rPr>
          <w:sz w:val="24"/>
        </w:rPr>
        <w:t>C) does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77.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What do you do after dinner?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I do my homework. Then I ___ TV with my father.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Good, but not too late!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watches</w:t>
      </w:r>
      <w:r>
        <w:tab/>
      </w:r>
      <w:r>
        <w:rPr>
          <w:sz w:val="24"/>
        </w:rPr>
        <w:t>B) watching</w:t>
      </w:r>
      <w:r>
        <w:tab/>
      </w:r>
      <w:r>
        <w:rPr>
          <w:sz w:val="24"/>
        </w:rPr>
        <w:t>C) watch</w:t>
      </w:r>
      <w:r>
        <w:tab/>
      </w:r>
      <w:r>
        <w:rPr>
          <w:sz w:val="24"/>
        </w:rPr>
        <w:t>D) don't watch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