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5. Sınıf İngilizce — Ünite 1 My Day · before / after / then · Karışık Seviye Birleşik Test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63.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71.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76.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77. C</w:t>
            </w:r>
          </w:p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before / after (siralama), then (First ... Then ... · yeni cumle siralama), then + ozne / iyelik (mapping), ozne-fiil uyumu (he / she / it + fiil), olumsuz yapi (don't / doesn't), iki bosluk (cift karar), WH question (When / What / Who), karsit kutup (2. cumleyi okumayan yakalanir), diyalog - konusmaci isimli, metin - dogru/yanlis (FALSE)</w:t>
        <w:br/>
        <w:t>• Seviye: Kolay + Orta + Zor + Çok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