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5. Sınıf İngilizce — Ünite 1 My Day · Present Simple (to be) + Daily routines · Birleşik Test</w:t>
      </w:r>
    </w:p>
    <w:p>
      <w:pPr>
        <w:jc w:val="center"/>
      </w:pPr>
      <w:r>
        <w:rPr>
          <w:color w:val="6E6860"/>
          <w:sz w:val="19"/>
        </w:rPr>
        <w:t>Kapsam: Present Simple (to be) · to be — negative · to be — question / short answer · WH question + to be · to be vs do/does · Subject vs object pronouns (karışık) · Possessive adjectives / contraction (he's / his) · Daily routines · Times (o'clock, half past)</w:t>
      </w:r>
    </w:p>
    <w:p>
      <w:pPr>
        <w:jc w:val="center"/>
      </w:pPr>
      <w:r>
        <w:rPr>
          <w:color w:val="6E6860"/>
          <w:sz w:val="19"/>
        </w:rPr>
        <w:t>64 soru · 4 seçenekli · 5. Sınıf · Ünite 1 · Seviye: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My brother and I ___ at school now.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Ali and Tom ___ good friends.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be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The books on the table ___ new.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The cat under the table ___ black.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My friends ___ in the classroom.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I ___ twelve years old.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My sister ___ at home now. She is at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My parents ___ old. They are young.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Ali ___ at school today. He is ill.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Sara ___ from Turkey. She is from Cyprus.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I ___ a teacher. I am a student.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The students ___ in the library. They are in the classroom.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My father ___ at home now. He is at 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It ___ a cat. It is a dog.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 not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We ___ in the classroom. We are in the garden.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The cat ___ black. It is white.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___ your brother a student?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___ they at home now?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Be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Is your mother a doctor? Yes, she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Are Ali and Tom brothers? No, they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Are you and Ali at school now? Yes, we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Where ___ your books?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How old ___ your brother?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What colour ___ your bag?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Who ___ your English teacher?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My father ___ a teacher. He works at a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does</w:t>
      </w:r>
      <w:r>
        <w:tab/>
      </w:r>
      <w:r>
        <w:rPr>
          <w:sz w:val="24"/>
        </w:rPr>
        <w:t>C) has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We ___ students. We are at school today.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do</w:t>
      </w:r>
      <w:r>
        <w:tab/>
      </w:r>
      <w:r>
        <w:rPr>
          <w:sz w:val="24"/>
        </w:rPr>
        <w:t>D) have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I ___ tired today.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have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It ___ a big school. It has got a garden.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does</w:t>
      </w:r>
      <w:r>
        <w:tab/>
      </w:r>
      <w:r>
        <w:rPr>
          <w:sz w:val="24"/>
        </w:rPr>
        <w:t>C) has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My brother ___ like coffee. He likes tea.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don't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doesn't</w:t>
      </w:r>
      <w:r>
        <w:tab/>
      </w:r>
      <w:r>
        <w:rPr>
          <w:sz w:val="24"/>
        </w:rPr>
        <w:t>D) does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Look at Ali. Can you see ___ 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us</w:t>
      </w:r>
      <w:r>
        <w:tab/>
      </w:r>
      <w:r>
        <w:rPr>
          <w:sz w:val="24"/>
        </w:rPr>
        <w:t>B) him</w:t>
      </w:r>
      <w:r>
        <w:tab/>
      </w:r>
      <w:r>
        <w:rPr>
          <w:sz w:val="24"/>
        </w:rPr>
        <w:t>C) her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This present is for my sister. It is for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him</w:t>
      </w:r>
      <w:r>
        <w:tab/>
      </w:r>
      <w:r>
        <w:rPr>
          <w:sz w:val="24"/>
        </w:rPr>
        <w:t>B) us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her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We are at home. Please come and see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me</w:t>
      </w:r>
      <w:r>
        <w:tab/>
      </w:r>
      <w:r>
        <w:rPr>
          <w:sz w:val="24"/>
        </w:rPr>
        <w:t>B) him</w:t>
      </w:r>
      <w:r>
        <w:tab/>
      </w:r>
      <w:r>
        <w:rPr>
          <w:sz w:val="24"/>
        </w:rPr>
        <w:t>C) us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My shoes are old. I can wash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them</w:t>
      </w:r>
      <w:r>
        <w:tab/>
      </w:r>
      <w:r>
        <w:rPr>
          <w:sz w:val="24"/>
        </w:rPr>
        <w:t>C) it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My sister cannot swim. Can you help ___ 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them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him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Tom is my friend. I play football with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him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My mother is a teacher. I like ___ a lot.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us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him</w:t>
      </w:r>
      <w:r>
        <w:tab/>
      </w:r>
      <w:r>
        <w:rPr>
          <w:sz w:val="24"/>
        </w:rPr>
        <w:t>D) them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My friends are at school. I am at school with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us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him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My grandmother is old. I visit ___ each week.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him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us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This is my friend Ali. ___ ten years old.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He's</w:t>
      </w:r>
      <w:r>
        <w:tab/>
      </w:r>
      <w:r>
        <w:rPr>
          <w:sz w:val="24"/>
        </w:rPr>
        <w:t>B) His</w:t>
      </w:r>
      <w:r>
        <w:tab/>
      </w:r>
      <w:r>
        <w:rPr>
          <w:sz w:val="24"/>
        </w:rPr>
        <w:t>C) They're</w:t>
      </w:r>
      <w:r>
        <w:tab/>
      </w:r>
      <w:r>
        <w:rPr>
          <w:sz w:val="24"/>
        </w:rPr>
        <w:t>D) 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She is my mother. ___ name is Leyla.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She's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His</w:t>
      </w:r>
      <w:r>
        <w:tab/>
      </w:r>
      <w:r>
        <w:rPr>
          <w:sz w:val="24"/>
        </w:rPr>
        <w:t>D) Their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My mother is at home. ___ is in the kitchen.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She</w:t>
      </w:r>
      <w:r>
        <w:tab/>
      </w:r>
      <w:r>
        <w:rPr>
          <w:sz w:val="24"/>
        </w:rPr>
        <w:t>B) He</w:t>
      </w:r>
      <w:r>
        <w:tab/>
      </w:r>
      <w:r>
        <w:rPr>
          <w:sz w:val="24"/>
        </w:rPr>
        <w:t>C) They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My brother is tall. ___ likes basketball.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She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We</w:t>
      </w:r>
      <w:r>
        <w:tab/>
      </w:r>
      <w:r>
        <w:rPr>
          <w:sz w:val="24"/>
        </w:rPr>
        <w:t>D) 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My friends are in the park. ___ like football.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You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He</w:t>
      </w:r>
      <w:r>
        <w:tab/>
      </w:r>
      <w:r>
        <w:rPr>
          <w:sz w:val="24"/>
        </w:rPr>
        <w:t>D) She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The cat is black. ___ likes milk.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They</w:t>
      </w:r>
      <w:r>
        <w:tab/>
      </w:r>
      <w:r>
        <w:rPr>
          <w:sz w:val="24"/>
        </w:rPr>
        <w:t>B) We</w:t>
      </w:r>
      <w:r>
        <w:tab/>
      </w:r>
      <w:r>
        <w:rPr>
          <w:sz w:val="24"/>
        </w:rPr>
        <w:t>C) It</w:t>
      </w:r>
      <w:r>
        <w:tab/>
      </w:r>
      <w:r>
        <w:rPr>
          <w:sz w:val="24"/>
        </w:rPr>
        <w:t>D) 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Sara's father ___ a teacher.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Is your father a teacher?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No, he is a doctor.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Where does he work?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He works at a hospital.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 not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You ___ late for school!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Wake up, Ali! It is seven o'clock.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 am tired.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You are late for school. Get up now!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Sara has breakfast at ___ 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What time do you get up?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 get up at seven o'clock.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And when do you have breakfast?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 have breakfast at half past seven.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seven o'clock</w:t>
      </w:r>
      <w:r>
        <w:tab/>
      </w:r>
      <w:r>
        <w:rPr>
          <w:sz w:val="24"/>
        </w:rPr>
        <w:t>B) eight o'clock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ten o'clock</w:t>
      </w:r>
      <w:r>
        <w:tab/>
      </w:r>
      <w:r>
        <w:rPr>
          <w:sz w:val="24"/>
        </w:rPr>
        <w:t>D) half past seven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Sara ___ at home now.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Is Sara at home?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No, she is at school.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And her brother?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He is at school, too.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Ali ___ his teeth after breakfast.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Do you brush your teeth after breakfast?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Yes, I do.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Good! And your brother?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He brushes his teeth, too.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brushes</w:t>
      </w:r>
      <w:r>
        <w:tab/>
      </w:r>
      <w:r>
        <w:rPr>
          <w:sz w:val="24"/>
        </w:rPr>
        <w:t>B) brush</w:t>
      </w:r>
      <w:r>
        <w:tab/>
      </w:r>
      <w:r>
        <w:rPr>
          <w:sz w:val="24"/>
        </w:rPr>
        <w:t>C) brushs</w:t>
      </w:r>
      <w:r>
        <w:tab/>
      </w:r>
      <w:r>
        <w:rPr>
          <w:sz w:val="24"/>
        </w:rPr>
        <w:t>D) does brush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“uyanmak” İngilizce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wake up</w:t>
      </w:r>
      <w:r>
        <w:tab/>
      </w:r>
      <w:r>
        <w:rPr>
          <w:sz w:val="24"/>
        </w:rPr>
        <w:t>B) watch TV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go to bed</w:t>
      </w:r>
      <w:r>
        <w:tab/>
      </w:r>
      <w:r>
        <w:rPr>
          <w:sz w:val="24"/>
        </w:rPr>
        <w:t>D) play with friends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“yataktan kalkmak” kalıbının İngilizcesi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take a bath</w:t>
      </w:r>
      <w:r>
        <w:tab/>
      </w:r>
      <w:r>
        <w:rPr>
          <w:sz w:val="24"/>
        </w:rPr>
        <w:t>B) get up</w:t>
      </w:r>
      <w:r>
        <w:tab/>
      </w:r>
      <w:r>
        <w:rPr>
          <w:sz w:val="24"/>
        </w:rPr>
        <w:t>C) read a book</w:t>
      </w:r>
      <w:r>
        <w:tab/>
      </w:r>
      <w:r>
        <w:rPr>
          <w:sz w:val="24"/>
        </w:rPr>
        <w:t>D) go to bed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“kahvaltı yapmak”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 dinner</w:t>
      </w:r>
      <w:r>
        <w:tab/>
      </w:r>
      <w:r>
        <w:rPr>
          <w:sz w:val="24"/>
        </w:rPr>
        <w:t>B) do homework</w:t>
      </w:r>
      <w:r>
        <w:tab/>
      </w:r>
      <w:r>
        <w:rPr>
          <w:sz w:val="24"/>
        </w:rPr>
        <w:t>C) have breakfast</w:t>
      </w:r>
      <w:r>
        <w:tab/>
      </w:r>
      <w:r>
        <w:rPr>
          <w:sz w:val="24"/>
        </w:rPr>
        <w:t>D) get dressed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“öğle yemeği yemek” kalıbının İngilizcesi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have breakfast</w:t>
      </w:r>
      <w:r>
        <w:tab/>
      </w:r>
      <w:r>
        <w:rPr>
          <w:sz w:val="24"/>
        </w:rPr>
        <w:t>B) have dinner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listen to music</w:t>
      </w:r>
      <w:r>
        <w:tab/>
      </w:r>
      <w:r>
        <w:rPr>
          <w:sz w:val="24"/>
        </w:rPr>
        <w:t>D) have lunch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“akşam yemeği yemek”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 breakfast</w:t>
      </w:r>
      <w:r>
        <w:tab/>
      </w:r>
      <w:r>
        <w:rPr>
          <w:sz w:val="24"/>
        </w:rPr>
        <w:t>B) go to bed</w:t>
      </w:r>
      <w:r>
        <w:tab/>
      </w:r>
      <w:r>
        <w:rPr>
          <w:sz w:val="24"/>
        </w:rPr>
        <w:t>C) have dinner</w:t>
      </w:r>
      <w:r>
        <w:tab/>
      </w:r>
      <w:r>
        <w:rPr>
          <w:sz w:val="24"/>
        </w:rPr>
        <w:t>D) have lunch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56. </w:t>
      </w:r>
      <w:r>
        <w:rPr>
          <w:sz w:val="24"/>
        </w:rPr>
        <w:t>“dişlerini fırçalamak” kalıbının İngilizcesi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 breakfast</w:t>
      </w:r>
      <w:r>
        <w:tab/>
      </w:r>
      <w:r>
        <w:rPr>
          <w:sz w:val="24"/>
        </w:rPr>
        <w:t>B) get dressed</w:t>
      </w:r>
      <w:r>
        <w:tab/>
      </w:r>
      <w:r>
        <w:rPr>
          <w:sz w:val="24"/>
        </w:rPr>
        <w:t>C) brush teeth</w:t>
      </w:r>
      <w:r>
        <w:tab/>
      </w:r>
      <w:r>
        <w:rPr>
          <w:sz w:val="24"/>
        </w:rPr>
        <w:t>D) wash my face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57. </w:t>
      </w:r>
      <w:r>
        <w:rPr>
          <w:sz w:val="24"/>
        </w:rPr>
        <w:t>“yüzünü yıkamak” kalıbının İngilizcesi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brush teeth</w:t>
      </w:r>
      <w:r>
        <w:tab/>
      </w:r>
      <w:r>
        <w:rPr>
          <w:sz w:val="24"/>
        </w:rPr>
        <w:t>B) have breakfast</w:t>
      </w:r>
      <w:r>
        <w:tab/>
      </w:r>
      <w:r>
        <w:rPr>
          <w:sz w:val="24"/>
        </w:rPr>
        <w:t>C) get dressed</w:t>
      </w:r>
      <w:r>
        <w:tab/>
      </w:r>
      <w:r>
        <w:rPr>
          <w:sz w:val="24"/>
        </w:rPr>
        <w:t>D) wash my face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58. </w:t>
      </w:r>
      <w:r>
        <w:rPr>
          <w:sz w:val="24"/>
        </w:rPr>
        <w:t>“giyinmek”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 to bed</w:t>
      </w:r>
      <w:r>
        <w:tab/>
      </w:r>
      <w:r>
        <w:rPr>
          <w:sz w:val="24"/>
        </w:rPr>
        <w:t>B) get dressed</w:t>
      </w:r>
      <w:r>
        <w:tab/>
      </w:r>
      <w:r>
        <w:rPr>
          <w:sz w:val="24"/>
        </w:rPr>
        <w:t>C) get up</w:t>
      </w:r>
      <w:r>
        <w:tab/>
      </w:r>
      <w:r>
        <w:rPr>
          <w:sz w:val="24"/>
        </w:rPr>
        <w:t>D) have breakfast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59. </w:t>
      </w:r>
      <w:r>
        <w:rPr>
          <w:sz w:val="24"/>
        </w:rPr>
        <w:t>“okula gitmek” kalıbının İngilizcesi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get up</w:t>
      </w:r>
      <w:r>
        <w:tab/>
      </w:r>
      <w:r>
        <w:rPr>
          <w:sz w:val="24"/>
        </w:rPr>
        <w:t>B) have lunch</w:t>
      </w:r>
      <w:r>
        <w:tab/>
      </w:r>
      <w:r>
        <w:rPr>
          <w:sz w:val="24"/>
        </w:rPr>
        <w:t>C) go to school</w:t>
      </w:r>
      <w:r>
        <w:tab/>
      </w:r>
      <w:r>
        <w:rPr>
          <w:sz w:val="24"/>
        </w:rPr>
        <w:t>D) go home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60. </w:t>
      </w:r>
      <w:r>
        <w:rPr>
          <w:sz w:val="24"/>
        </w:rPr>
        <w:t>“yatmaya gitmek”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 to bed</w:t>
      </w:r>
      <w:r>
        <w:tab/>
      </w:r>
      <w:r>
        <w:rPr>
          <w:sz w:val="24"/>
        </w:rPr>
        <w:t>B) get up</w:t>
      </w:r>
      <w:r>
        <w:tab/>
      </w:r>
      <w:r>
        <w:rPr>
          <w:sz w:val="24"/>
        </w:rPr>
        <w:t>C) have dinner</w:t>
      </w:r>
      <w:r>
        <w:tab/>
      </w:r>
      <w:r>
        <w:rPr>
          <w:sz w:val="24"/>
        </w:rPr>
        <w:t>D) go to school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61. </w:t>
      </w:r>
      <w:r>
        <w:rPr>
          <w:sz w:val="24"/>
        </w:rPr>
        <w:t>“ödev yapmak” İngilizce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watch TV</w:t>
      </w:r>
      <w:r>
        <w:tab/>
      </w:r>
      <w:r>
        <w:rPr>
          <w:sz w:val="24"/>
        </w:rPr>
        <w:t>B) play football</w:t>
      </w:r>
      <w:r>
        <w:tab/>
      </w:r>
      <w:r>
        <w:rPr>
          <w:sz w:val="24"/>
        </w:rPr>
        <w:t>C) do homework</w:t>
      </w:r>
      <w:r>
        <w:tab/>
      </w:r>
      <w:r>
        <w:rPr>
          <w:sz w:val="24"/>
        </w:rPr>
        <w:t>D) read a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62. </w:t>
      </w:r>
      <w:r>
        <w:rPr>
          <w:sz w:val="24"/>
        </w:rPr>
        <w:t>“banyo yapmak” kalıbının İngilizcesi hangisidir?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brush teeth</w:t>
      </w:r>
      <w:r>
        <w:tab/>
      </w:r>
      <w:r>
        <w:rPr>
          <w:sz w:val="24"/>
        </w:rPr>
        <w:t>B) get dressed</w:t>
      </w:r>
      <w:r>
        <w:tab/>
      </w:r>
      <w:r>
        <w:rPr>
          <w:sz w:val="24"/>
        </w:rPr>
        <w:t>C) take a bath</w:t>
      </w:r>
      <w:r>
        <w:tab/>
      </w:r>
      <w:r>
        <w:rPr>
          <w:sz w:val="24"/>
        </w:rPr>
        <w:t>D) wash my face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63. </w:t>
      </w:r>
      <w:r>
        <w:rPr>
          <w:sz w:val="24"/>
        </w:rPr>
        <w:t>“sabah” İngilizce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at school</w:t>
      </w:r>
      <w:r>
        <w:tab/>
      </w:r>
      <w:r>
        <w:rPr>
          <w:sz w:val="24"/>
        </w:rPr>
        <w:t>B) in the morning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in the afternoon</w:t>
      </w:r>
      <w:r>
        <w:tab/>
      </w:r>
      <w:r>
        <w:rPr>
          <w:sz w:val="24"/>
        </w:rPr>
        <w:t>D) at night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64. </w:t>
      </w:r>
      <w:r>
        <w:rPr>
          <w:sz w:val="24"/>
        </w:rPr>
        <w:t>“gece” İngilizce hangisidir?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in the morning</w:t>
      </w:r>
      <w:r>
        <w:tab/>
      </w:r>
      <w:r>
        <w:rPr>
          <w:sz w:val="24"/>
        </w:rPr>
        <w:t>B) in the afternoon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at school</w:t>
      </w:r>
      <w:r>
        <w:tab/>
      </w:r>
      <w:r>
        <w:rPr>
          <w:sz w:val="24"/>
        </w:rPr>
        <w:t>D) at night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