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jc w:val="center"/>
      </w:pPr>
      <w:r>
        <w:rPr>
          <w:b/>
          <w:sz w:val="30"/>
        </w:rPr>
        <w:t>5. Sınıf İngilizce - Ünite 1 My Day · 200 Soruluk Birleşik Test</w:t>
      </w:r>
    </w:p>
    <w:p>
      <w:pPr>
        <w:jc w:val="center"/>
      </w:pPr>
      <w:r>
        <w:rPr>
          <w:color w:val="6E6860"/>
          <w:sz w:val="19"/>
        </w:rPr>
        <w:t>Kapsam: to be vs fiil, coğul vs 3. tekil, do/does, have/has, olumsuzluk · zaman edatları (in/on/at), parçacık, okuma-anlama</w:t>
      </w:r>
    </w:p>
    <w:p>
      <w:pPr>
        <w:jc w:val="center"/>
      </w:pPr>
      <w:r>
        <w:rPr>
          <w:color w:val="6E6860"/>
          <w:sz w:val="19"/>
        </w:rPr>
        <w:t>200 soru · 4 seçenekli · 5. Sınıf · Ünite 1 · Seviye: Zor + Çok Zor + Ultra Zor</w:t>
      </w:r>
    </w:p>
    <w:p>
      <w:r>
        <w:rPr>
          <w:sz w:val="21"/>
        </w:rPr>
        <w:t>Ad Soyad: .............................................        Puan: ............</w:t>
      </w:r>
    </w:p>
    <w:p>
      <w:r>
        <w:rPr>
          <w:i/>
          <w:color w:val="6E6860"/>
          <w:sz w:val="21"/>
        </w:rPr>
        <w:t>Aşağıdaki sorularda doğru seçeneği işaretleyin.</w:t>
      </w:r>
    </w:p>
    <w:p/>
    <w:p>
      <w:pPr>
        <w:spacing w:before="240" w:after="80"/>
      </w:pPr>
      <w:r>
        <w:rPr>
          <w:b/>
          <w:color w:val="C2603C"/>
          <w:sz w:val="25"/>
        </w:rPr>
        <w:t>BOLUM A - KARISTIRILAN YAPILAR</w:t>
      </w:r>
    </w:p>
    <w:p>
      <w:pPr>
        <w:keepNext/>
        <w:keepLines/>
        <w:spacing w:after="40"/>
      </w:pPr>
      <w:r>
        <w:rPr>
          <w:b/>
          <w:sz w:val="24"/>
        </w:rPr>
        <w:t xml:space="preserve">1. </w:t>
      </w:r>
      <w:r>
        <w:rPr>
          <w:sz w:val="24"/>
        </w:rPr>
        <w:t>My father ___ a doctor, and he ___ in a hospital.</w:t>
      </w:r>
    </w:p>
    <w:p>
      <w:pPr>
        <w:keepNext/>
        <w:keepLines/>
        <w:tabs>
          <w:tab w:pos="567" w:val="left"/>
          <w:tab w:pos="2835" w:val="left"/>
          <w:tab w:pos="5102" w:val="left"/>
          <w:tab w:pos="7370" w:val="left"/>
        </w:tabs>
        <w:spacing w:before="20" w:after="40"/>
      </w:pPr>
      <w:r>
        <w:tab/>
      </w:r>
      <w:r>
        <w:rPr>
          <w:sz w:val="24"/>
        </w:rPr>
        <w:t>A) works / is</w:t>
      </w:r>
      <w:r>
        <w:tab/>
      </w:r>
      <w:r>
        <w:rPr>
          <w:sz w:val="24"/>
        </w:rPr>
        <w:t>B) are / works</w:t>
      </w:r>
      <w:r>
        <w:tab/>
      </w:r>
      <w:r>
        <w:rPr>
          <w:sz w:val="24"/>
        </w:rPr>
        <w:t>C) is / works</w:t>
      </w:r>
      <w:r>
        <w:tab/>
      </w:r>
      <w:r>
        <w:rPr>
          <w:sz w:val="24"/>
        </w:rPr>
        <w:t>D) is / work</w:t>
      </w:r>
    </w:p>
    <w:p>
      <w:pPr>
        <w:spacing w:after="40"/>
      </w:pPr>
    </w:p>
    <w:p>
      <w:pPr>
        <w:keepNext/>
        <w:keepLines/>
        <w:spacing w:after="40"/>
      </w:pPr>
      <w:r>
        <w:rPr>
          <w:b/>
          <w:sz w:val="24"/>
        </w:rPr>
        <w:t xml:space="preserve">2. </w:t>
      </w:r>
      <w:r>
        <w:rPr>
          <w:sz w:val="24"/>
        </w:rPr>
        <w:t>I ___ a student, and I ___ to school every day.</w:t>
      </w:r>
    </w:p>
    <w:p>
      <w:pPr>
        <w:keepNext/>
        <w:keepLines/>
        <w:tabs>
          <w:tab w:pos="567" w:val="left"/>
          <w:tab w:pos="2835" w:val="left"/>
          <w:tab w:pos="5102" w:val="left"/>
          <w:tab w:pos="7370" w:val="left"/>
        </w:tabs>
        <w:spacing w:before="20" w:after="40"/>
      </w:pPr>
      <w:r>
        <w:tab/>
      </w:r>
      <w:r>
        <w:rPr>
          <w:sz w:val="24"/>
        </w:rPr>
        <w:t>A) go / am</w:t>
      </w:r>
      <w:r>
        <w:tab/>
      </w:r>
      <w:r>
        <w:rPr>
          <w:sz w:val="24"/>
        </w:rPr>
        <w:t>B) is / go</w:t>
      </w:r>
      <w:r>
        <w:tab/>
      </w:r>
      <w:r>
        <w:rPr>
          <w:sz w:val="24"/>
        </w:rPr>
        <w:t>C) am / goes</w:t>
      </w:r>
      <w:r>
        <w:tab/>
      </w:r>
      <w:r>
        <w:rPr>
          <w:sz w:val="24"/>
        </w:rPr>
        <w:t>D) am / go</w:t>
      </w:r>
    </w:p>
    <w:p>
      <w:pPr>
        <w:spacing w:after="40"/>
      </w:pPr>
    </w:p>
    <w:p>
      <w:pPr>
        <w:keepNext/>
        <w:keepLines/>
        <w:spacing w:after="40"/>
      </w:pPr>
      <w:r>
        <w:rPr>
          <w:b/>
          <w:sz w:val="24"/>
        </w:rPr>
        <w:t xml:space="preserve">3. </w:t>
      </w:r>
      <w:r>
        <w:rPr>
          <w:sz w:val="24"/>
        </w:rPr>
        <w:t>She ___ my sister, and she ___ music.</w:t>
      </w:r>
    </w:p>
    <w:p>
      <w:pPr>
        <w:keepNext/>
        <w:keepLines/>
        <w:tabs>
          <w:tab w:pos="567" w:val="left"/>
          <w:tab w:pos="2835" w:val="left"/>
          <w:tab w:pos="5102" w:val="left"/>
          <w:tab w:pos="7370" w:val="left"/>
        </w:tabs>
        <w:spacing w:before="20" w:after="40"/>
      </w:pPr>
      <w:r>
        <w:tab/>
      </w:r>
      <w:r>
        <w:rPr>
          <w:sz w:val="24"/>
        </w:rPr>
        <w:t>A) likes / is</w:t>
      </w:r>
      <w:r>
        <w:tab/>
      </w:r>
      <w:r>
        <w:rPr>
          <w:sz w:val="24"/>
        </w:rPr>
        <w:t>B) is / likes</w:t>
      </w:r>
      <w:r>
        <w:tab/>
      </w:r>
      <w:r>
        <w:rPr>
          <w:sz w:val="24"/>
        </w:rPr>
        <w:t>C) are / likes</w:t>
      </w:r>
      <w:r>
        <w:tab/>
      </w:r>
      <w:r>
        <w:rPr>
          <w:sz w:val="24"/>
        </w:rPr>
        <w:t>D) is / like</w:t>
      </w:r>
    </w:p>
    <w:p>
      <w:pPr>
        <w:spacing w:after="40"/>
      </w:pPr>
    </w:p>
    <w:p>
      <w:pPr>
        <w:keepNext/>
        <w:keepLines/>
        <w:spacing w:after="40"/>
      </w:pPr>
      <w:r>
        <w:rPr>
          <w:b/>
          <w:sz w:val="24"/>
        </w:rPr>
        <w:t xml:space="preserve">4. </w:t>
      </w:r>
      <w:r>
        <w:rPr>
          <w:sz w:val="24"/>
        </w:rPr>
        <w:t>We ___ at home, and we ___ TV.</w:t>
      </w:r>
    </w:p>
    <w:p>
      <w:pPr>
        <w:keepNext/>
        <w:keepLines/>
        <w:tabs>
          <w:tab w:pos="567" w:val="left"/>
          <w:tab w:pos="2835" w:val="left"/>
          <w:tab w:pos="5102" w:val="left"/>
          <w:tab w:pos="7370" w:val="left"/>
        </w:tabs>
        <w:spacing w:before="20" w:after="40"/>
      </w:pPr>
      <w:r>
        <w:tab/>
      </w:r>
      <w:r>
        <w:rPr>
          <w:sz w:val="24"/>
        </w:rPr>
        <w:t>A) are / watch</w:t>
      </w:r>
      <w:r>
        <w:tab/>
      </w:r>
      <w:r>
        <w:rPr>
          <w:sz w:val="24"/>
        </w:rPr>
        <w:t>B) watch / are</w:t>
      </w:r>
      <w:r>
        <w:tab/>
      </w:r>
      <w:r>
        <w:rPr>
          <w:sz w:val="24"/>
        </w:rPr>
        <w:t>C) is / watch</w:t>
      </w:r>
      <w:r>
        <w:tab/>
      </w:r>
      <w:r>
        <w:rPr>
          <w:sz w:val="24"/>
        </w:rPr>
        <w:t>D) are / watches</w:t>
      </w:r>
    </w:p>
    <w:p>
      <w:pPr>
        <w:spacing w:after="40"/>
      </w:pPr>
    </w:p>
    <w:p>
      <w:pPr>
        <w:keepNext/>
        <w:keepLines/>
        <w:spacing w:after="40"/>
      </w:pPr>
      <w:r>
        <w:rPr>
          <w:b/>
          <w:sz w:val="24"/>
        </w:rPr>
        <w:t xml:space="preserve">5. </w:t>
      </w:r>
      <w:r>
        <w:rPr>
          <w:sz w:val="24"/>
        </w:rPr>
        <w:t>My mother ___ a teacher, and she ___ books.</w:t>
      </w:r>
    </w:p>
    <w:p>
      <w:pPr>
        <w:keepNext/>
        <w:keepLines/>
        <w:tabs>
          <w:tab w:pos="567" w:val="left"/>
          <w:tab w:pos="2835" w:val="left"/>
          <w:tab w:pos="5102" w:val="left"/>
          <w:tab w:pos="7370" w:val="left"/>
        </w:tabs>
        <w:spacing w:before="20" w:after="40"/>
      </w:pPr>
      <w:r>
        <w:tab/>
      </w:r>
      <w:r>
        <w:rPr>
          <w:sz w:val="24"/>
        </w:rPr>
        <w:t>A) reads / is</w:t>
      </w:r>
      <w:r>
        <w:tab/>
      </w:r>
      <w:r>
        <w:rPr>
          <w:sz w:val="24"/>
        </w:rPr>
        <w:t>B) are / reads</w:t>
      </w:r>
      <w:r>
        <w:tab/>
      </w:r>
      <w:r>
        <w:rPr>
          <w:sz w:val="24"/>
        </w:rPr>
        <w:t>C) is / read</w:t>
      </w:r>
      <w:r>
        <w:tab/>
      </w:r>
      <w:r>
        <w:rPr>
          <w:sz w:val="24"/>
        </w:rPr>
        <w:t>D) is / reads</w:t>
      </w:r>
    </w:p>
    <w:p>
      <w:pPr>
        <w:spacing w:after="40"/>
      </w:pPr>
    </w:p>
    <w:p>
      <w:pPr>
        <w:keepNext/>
        <w:keepLines/>
        <w:spacing w:after="40"/>
      </w:pPr>
      <w:r>
        <w:rPr>
          <w:b/>
          <w:sz w:val="24"/>
        </w:rPr>
        <w:t xml:space="preserve">6. </w:t>
      </w:r>
      <w:r>
        <w:rPr>
          <w:sz w:val="24"/>
        </w:rPr>
        <w:t>They ___ my friends, and they ___ football.</w:t>
      </w:r>
    </w:p>
    <w:p>
      <w:pPr>
        <w:keepNext/>
        <w:keepLines/>
        <w:tabs>
          <w:tab w:pos="567" w:val="left"/>
          <w:tab w:pos="2835" w:val="left"/>
          <w:tab w:pos="5102" w:val="left"/>
          <w:tab w:pos="7370" w:val="left"/>
        </w:tabs>
        <w:spacing w:before="20" w:after="40"/>
      </w:pPr>
      <w:r>
        <w:tab/>
      </w:r>
      <w:r>
        <w:rPr>
          <w:sz w:val="24"/>
        </w:rPr>
        <w:t>A) are / play</w:t>
      </w:r>
      <w:r>
        <w:tab/>
      </w:r>
      <w:r>
        <w:rPr>
          <w:sz w:val="24"/>
        </w:rPr>
        <w:t>B) play / are</w:t>
      </w:r>
      <w:r>
        <w:tab/>
      </w:r>
      <w:r>
        <w:rPr>
          <w:sz w:val="24"/>
        </w:rPr>
        <w:t>C) is / play</w:t>
      </w:r>
      <w:r>
        <w:tab/>
      </w:r>
      <w:r>
        <w:rPr>
          <w:sz w:val="24"/>
        </w:rPr>
        <w:t>D) are / plays</w:t>
      </w:r>
    </w:p>
    <w:p>
      <w:pPr>
        <w:spacing w:after="40"/>
      </w:pPr>
    </w:p>
    <w:p>
      <w:pPr>
        <w:keepNext/>
        <w:keepLines/>
        <w:spacing w:after="40"/>
      </w:pPr>
      <w:r>
        <w:rPr>
          <w:b/>
          <w:sz w:val="24"/>
        </w:rPr>
        <w:t xml:space="preserve">7. </w:t>
      </w:r>
      <w:r>
        <w:rPr>
          <w:sz w:val="24"/>
        </w:rPr>
        <w:t>My friends ___ in London, but my sister ___ in Cyprus.</w:t>
      </w:r>
    </w:p>
    <w:p>
      <w:pPr>
        <w:keepNext/>
        <w:keepLines/>
        <w:tabs>
          <w:tab w:pos="567" w:val="left"/>
          <w:tab w:pos="2835" w:val="left"/>
          <w:tab w:pos="5102" w:val="left"/>
          <w:tab w:pos="7370" w:val="left"/>
        </w:tabs>
        <w:spacing w:before="20" w:after="40"/>
      </w:pPr>
      <w:r>
        <w:tab/>
      </w:r>
      <w:r>
        <w:rPr>
          <w:sz w:val="24"/>
        </w:rPr>
        <w:t>A) lives / live</w:t>
      </w:r>
      <w:r>
        <w:tab/>
      </w:r>
      <w:r>
        <w:rPr>
          <w:sz w:val="24"/>
        </w:rPr>
        <w:t>B) is / am</w:t>
      </w:r>
      <w:r>
        <w:tab/>
      </w:r>
      <w:r>
        <w:rPr>
          <w:sz w:val="24"/>
        </w:rPr>
        <w:t>C) live / lives</w:t>
      </w:r>
      <w:r>
        <w:tab/>
      </w:r>
      <w:r>
        <w:rPr>
          <w:sz w:val="24"/>
        </w:rPr>
        <w:t>D) live / live</w:t>
      </w:r>
    </w:p>
    <w:p>
      <w:pPr>
        <w:spacing w:after="40"/>
      </w:pPr>
    </w:p>
    <w:p>
      <w:pPr>
        <w:keepNext/>
        <w:keepLines/>
        <w:spacing w:after="40"/>
      </w:pPr>
      <w:r>
        <w:rPr>
          <w:b/>
          <w:sz w:val="24"/>
        </w:rPr>
        <w:t xml:space="preserve">8. </w:t>
      </w:r>
      <w:r>
        <w:rPr>
          <w:sz w:val="24"/>
        </w:rPr>
        <w:t>We ___ tennis, but he ___ football.</w:t>
      </w:r>
    </w:p>
    <w:p>
      <w:pPr>
        <w:keepNext/>
        <w:keepLines/>
        <w:tabs>
          <w:tab w:pos="567" w:val="left"/>
          <w:tab w:pos="2835" w:val="left"/>
          <w:tab w:pos="5102" w:val="left"/>
          <w:tab w:pos="7370" w:val="left"/>
        </w:tabs>
        <w:spacing w:before="20" w:after="40"/>
      </w:pPr>
      <w:r>
        <w:tab/>
      </w:r>
      <w:r>
        <w:rPr>
          <w:sz w:val="24"/>
        </w:rPr>
        <w:t>A) plays / play</w:t>
      </w:r>
      <w:r>
        <w:tab/>
      </w:r>
      <w:r>
        <w:rPr>
          <w:sz w:val="24"/>
        </w:rPr>
        <w:t>B) play / plays</w:t>
      </w:r>
      <w:r>
        <w:tab/>
      </w:r>
      <w:r>
        <w:rPr>
          <w:sz w:val="24"/>
        </w:rPr>
        <w:t>C) are / is</w:t>
      </w:r>
      <w:r>
        <w:tab/>
      </w:r>
      <w:r>
        <w:rPr>
          <w:sz w:val="24"/>
        </w:rPr>
        <w:t>D) play / play</w:t>
      </w:r>
    </w:p>
    <w:p>
      <w:pPr>
        <w:spacing w:after="40"/>
      </w:pPr>
    </w:p>
    <w:p>
      <w:pPr>
        <w:keepNext/>
        <w:keepLines/>
        <w:spacing w:after="40"/>
      </w:pPr>
      <w:r>
        <w:rPr>
          <w:b/>
          <w:sz w:val="24"/>
        </w:rPr>
        <w:t xml:space="preserve">9. </w:t>
      </w:r>
      <w:r>
        <w:rPr>
          <w:sz w:val="24"/>
        </w:rPr>
        <w:t>They ___ water, but she ___ juice.</w:t>
      </w:r>
    </w:p>
    <w:p>
      <w:pPr>
        <w:keepNext/>
        <w:keepLines/>
        <w:tabs>
          <w:tab w:pos="567" w:val="left"/>
          <w:tab w:pos="2835" w:val="left"/>
          <w:tab w:pos="5102" w:val="left"/>
          <w:tab w:pos="7370" w:val="left"/>
        </w:tabs>
        <w:spacing w:before="20" w:after="40"/>
      </w:pPr>
      <w:r>
        <w:tab/>
      </w:r>
      <w:r>
        <w:rPr>
          <w:sz w:val="24"/>
        </w:rPr>
        <w:t>A) drinks / drink</w:t>
      </w:r>
      <w:r>
        <w:tab/>
      </w:r>
      <w:r>
        <w:rPr>
          <w:sz w:val="24"/>
        </w:rPr>
        <w:t>B) are / is</w:t>
      </w:r>
      <w:r>
        <w:tab/>
      </w:r>
      <w:r>
        <w:rPr>
          <w:sz w:val="24"/>
        </w:rPr>
        <w:t>C) drink / drinks</w:t>
      </w:r>
      <w:r>
        <w:tab/>
      </w:r>
      <w:r>
        <w:rPr>
          <w:sz w:val="24"/>
        </w:rPr>
        <w:t>D) drink / drink</w:t>
      </w:r>
    </w:p>
    <w:p>
      <w:pPr>
        <w:spacing w:after="40"/>
      </w:pPr>
    </w:p>
    <w:p>
      <w:pPr>
        <w:keepNext/>
        <w:keepLines/>
        <w:spacing w:after="40"/>
      </w:pPr>
      <w:r>
        <w:rPr>
          <w:b/>
          <w:sz w:val="24"/>
        </w:rPr>
        <w:t xml:space="preserve">10. </w:t>
      </w:r>
      <w:r>
        <w:rPr>
          <w:sz w:val="24"/>
        </w:rPr>
        <w:t>The students ___ English, but Ali ___ Turkish.</w:t>
      </w:r>
    </w:p>
    <w:p>
      <w:pPr>
        <w:keepNext/>
        <w:keepLines/>
        <w:tabs>
          <w:tab w:pos="567" w:val="left"/>
          <w:tab w:pos="2835" w:val="left"/>
          <w:tab w:pos="5102" w:val="left"/>
          <w:tab w:pos="7370" w:val="left"/>
        </w:tabs>
        <w:spacing w:before="20" w:after="40"/>
      </w:pPr>
      <w:r>
        <w:tab/>
      </w:r>
      <w:r>
        <w:rPr>
          <w:sz w:val="24"/>
        </w:rPr>
        <w:t>A) speaks / speak</w:t>
      </w:r>
      <w:r>
        <w:tab/>
      </w:r>
      <w:r>
        <w:rPr>
          <w:sz w:val="24"/>
        </w:rPr>
        <w:t>B) are / is</w:t>
      </w:r>
      <w:r>
        <w:tab/>
      </w:r>
      <w:r>
        <w:rPr>
          <w:sz w:val="24"/>
        </w:rPr>
        <w:t>C) speak / speak</w:t>
      </w:r>
      <w:r>
        <w:tab/>
      </w:r>
      <w:r>
        <w:rPr>
          <w:sz w:val="24"/>
        </w:rPr>
        <w:t>D) speak / speaks</w:t>
      </w:r>
    </w:p>
    <w:p>
      <w:pPr>
        <w:spacing w:after="40"/>
      </w:pPr>
    </w:p>
    <w:p>
      <w:pPr>
        <w:keepNext/>
        <w:keepLines/>
        <w:spacing w:after="40"/>
      </w:pPr>
      <w:r>
        <w:rPr>
          <w:b/>
          <w:sz w:val="24"/>
        </w:rPr>
        <w:t xml:space="preserve">11. </w:t>
      </w:r>
      <w:r>
        <w:rPr>
          <w:sz w:val="24"/>
        </w:rPr>
        <w:t>My grandparents ___ in a big house, but my cousin ___ in a small house.</w:t>
      </w:r>
    </w:p>
    <w:p>
      <w:pPr>
        <w:keepNext/>
        <w:keepLines/>
        <w:tabs>
          <w:tab w:pos="567" w:val="left"/>
          <w:tab w:pos="2835" w:val="left"/>
          <w:tab w:pos="5102" w:val="left"/>
          <w:tab w:pos="7370" w:val="left"/>
        </w:tabs>
        <w:spacing w:before="20" w:after="40"/>
      </w:pPr>
      <w:r>
        <w:tab/>
      </w:r>
      <w:r>
        <w:rPr>
          <w:sz w:val="24"/>
        </w:rPr>
        <w:t>A) live / lives</w:t>
      </w:r>
      <w:r>
        <w:tab/>
      </w:r>
      <w:r>
        <w:rPr>
          <w:sz w:val="24"/>
        </w:rPr>
        <w:t>B) lives / live</w:t>
      </w:r>
      <w:r>
        <w:tab/>
      </w:r>
      <w:r>
        <w:rPr>
          <w:sz w:val="24"/>
        </w:rPr>
        <w:t>C) are / is</w:t>
      </w:r>
      <w:r>
        <w:tab/>
      </w:r>
      <w:r>
        <w:rPr>
          <w:sz w:val="24"/>
        </w:rPr>
        <w:t>D) live / live</w:t>
      </w:r>
    </w:p>
    <w:p>
      <w:pPr>
        <w:spacing w:after="40"/>
      </w:pPr>
    </w:p>
    <w:p>
      <w:pPr>
        <w:keepNext/>
        <w:keepLines/>
        <w:spacing w:after="40"/>
      </w:pPr>
      <w:r>
        <w:rPr>
          <w:b/>
          <w:sz w:val="24"/>
        </w:rPr>
        <w:t xml:space="preserve">12. </w:t>
      </w:r>
      <w:r>
        <w:rPr>
          <w:sz w:val="24"/>
        </w:rPr>
        <w:t>The children ___ in the garden, but the teacher ___ in the classroom.</w:t>
      </w:r>
    </w:p>
    <w:p>
      <w:pPr>
        <w:keepNext/>
        <w:keepLines/>
        <w:tabs>
          <w:tab w:pos="567" w:val="left"/>
          <w:tab w:pos="2835" w:val="left"/>
          <w:tab w:pos="5102" w:val="left"/>
          <w:tab w:pos="7370" w:val="left"/>
        </w:tabs>
        <w:spacing w:before="20" w:after="40"/>
      </w:pPr>
      <w:r>
        <w:tab/>
      </w:r>
      <w:r>
        <w:rPr>
          <w:sz w:val="24"/>
        </w:rPr>
        <w:t>A) plays / play</w:t>
      </w:r>
      <w:r>
        <w:tab/>
      </w:r>
      <w:r>
        <w:rPr>
          <w:sz w:val="24"/>
        </w:rPr>
        <w:t>B) play / plays</w:t>
      </w:r>
      <w:r>
        <w:tab/>
      </w:r>
      <w:r>
        <w:rPr>
          <w:sz w:val="24"/>
        </w:rPr>
        <w:t>C) are / is</w:t>
      </w:r>
      <w:r>
        <w:tab/>
      </w:r>
      <w:r>
        <w:rPr>
          <w:sz w:val="24"/>
        </w:rPr>
        <w:t>D) play / play</w:t>
      </w:r>
    </w:p>
    <w:p>
      <w:pPr>
        <w:spacing w:after="40"/>
      </w:pPr>
    </w:p>
    <w:p>
      <w:pPr>
        <w:keepNext/>
        <w:keepLines/>
        <w:spacing w:after="40"/>
      </w:pPr>
      <w:r>
        <w:rPr>
          <w:b/>
          <w:sz w:val="24"/>
        </w:rPr>
        <w:t xml:space="preserve">13. </w:t>
      </w:r>
      <w:r>
        <w:rPr>
          <w:sz w:val="24"/>
        </w:rPr>
        <w:t>I ___ ten years old, and my brother ___ seven.</w:t>
      </w:r>
    </w:p>
    <w:p>
      <w:pPr>
        <w:keepNext/>
        <w:keepLines/>
        <w:tabs>
          <w:tab w:pos="567" w:val="left"/>
          <w:tab w:pos="2835" w:val="left"/>
          <w:tab w:pos="5102" w:val="left"/>
          <w:tab w:pos="7370" w:val="left"/>
        </w:tabs>
        <w:spacing w:before="20" w:after="40"/>
      </w:pPr>
      <w:r>
        <w:tab/>
      </w:r>
      <w:r>
        <w:rPr>
          <w:sz w:val="24"/>
        </w:rPr>
        <w:t>A) is / am</w:t>
      </w:r>
      <w:r>
        <w:tab/>
      </w:r>
      <w:r>
        <w:rPr>
          <w:sz w:val="24"/>
        </w:rPr>
        <w:t>B) have / is</w:t>
      </w:r>
      <w:r>
        <w:tab/>
      </w:r>
      <w:r>
        <w:rPr>
          <w:sz w:val="24"/>
        </w:rPr>
        <w:t>C) am / has</w:t>
      </w:r>
      <w:r>
        <w:tab/>
      </w:r>
      <w:r>
        <w:rPr>
          <w:sz w:val="24"/>
        </w:rPr>
        <w:t>D) am / is</w:t>
      </w:r>
    </w:p>
    <w:p>
      <w:pPr>
        <w:spacing w:after="40"/>
      </w:pPr>
    </w:p>
    <w:p>
      <w:pPr>
        <w:keepNext/>
        <w:keepLines/>
        <w:spacing w:after="40"/>
      </w:pPr>
      <w:r>
        <w:rPr>
          <w:b/>
          <w:sz w:val="24"/>
        </w:rPr>
        <w:t xml:space="preserve">14. </w:t>
      </w:r>
      <w:r>
        <w:rPr>
          <w:sz w:val="24"/>
        </w:rPr>
        <w:t>You ___ my friend, and he ___ my brother.</w:t>
      </w:r>
    </w:p>
    <w:p>
      <w:pPr>
        <w:keepNext/>
        <w:keepLines/>
        <w:tabs>
          <w:tab w:pos="567" w:val="left"/>
          <w:tab w:pos="2835" w:val="left"/>
          <w:tab w:pos="5102" w:val="left"/>
          <w:tab w:pos="7370" w:val="left"/>
        </w:tabs>
        <w:spacing w:before="20" w:after="40"/>
      </w:pPr>
      <w:r>
        <w:tab/>
      </w:r>
      <w:r>
        <w:rPr>
          <w:sz w:val="24"/>
        </w:rPr>
        <w:t>A) is / are</w:t>
      </w:r>
      <w:r>
        <w:tab/>
      </w:r>
      <w:r>
        <w:rPr>
          <w:sz w:val="24"/>
        </w:rPr>
        <w:t>B) have / is</w:t>
      </w:r>
      <w:r>
        <w:tab/>
      </w:r>
      <w:r>
        <w:rPr>
          <w:sz w:val="24"/>
        </w:rPr>
        <w:t>C) are / is</w:t>
      </w:r>
      <w:r>
        <w:tab/>
      </w:r>
      <w:r>
        <w:rPr>
          <w:sz w:val="24"/>
        </w:rPr>
        <w:t>D) are / has</w:t>
      </w:r>
    </w:p>
    <w:p>
      <w:pPr>
        <w:spacing w:after="40"/>
      </w:pPr>
    </w:p>
    <w:p>
      <w:pPr>
        <w:keepNext/>
        <w:keepLines/>
        <w:spacing w:after="40"/>
      </w:pPr>
      <w:r>
        <w:rPr>
          <w:b/>
          <w:sz w:val="24"/>
        </w:rPr>
        <w:t xml:space="preserve">15. </w:t>
      </w:r>
      <w:r>
        <w:rPr>
          <w:sz w:val="24"/>
        </w:rPr>
        <w:t>My sisters ___ six, and my brother ___ ten.</w:t>
      </w:r>
    </w:p>
    <w:p>
      <w:pPr>
        <w:keepNext/>
        <w:keepLines/>
        <w:tabs>
          <w:tab w:pos="567" w:val="left"/>
          <w:tab w:pos="2835" w:val="left"/>
          <w:tab w:pos="5102" w:val="left"/>
          <w:tab w:pos="7370" w:val="left"/>
        </w:tabs>
        <w:spacing w:before="20" w:after="40"/>
      </w:pPr>
      <w:r>
        <w:tab/>
      </w:r>
      <w:r>
        <w:rPr>
          <w:sz w:val="24"/>
        </w:rPr>
        <w:t>A) are / is</w:t>
      </w:r>
      <w:r>
        <w:tab/>
      </w:r>
      <w:r>
        <w:rPr>
          <w:sz w:val="24"/>
        </w:rPr>
        <w:t>B) is / are</w:t>
      </w:r>
      <w:r>
        <w:tab/>
      </w:r>
      <w:r>
        <w:rPr>
          <w:sz w:val="24"/>
        </w:rPr>
        <w:t>C) have / is</w:t>
      </w:r>
      <w:r>
        <w:tab/>
      </w:r>
      <w:r>
        <w:rPr>
          <w:sz w:val="24"/>
        </w:rPr>
        <w:t>D) are / has</w:t>
      </w:r>
    </w:p>
    <w:p>
      <w:pPr>
        <w:spacing w:after="40"/>
      </w:pPr>
    </w:p>
    <w:p>
      <w:pPr>
        <w:keepNext/>
        <w:keepLines/>
        <w:spacing w:after="40"/>
      </w:pPr>
      <w:r>
        <w:rPr>
          <w:b/>
          <w:sz w:val="24"/>
        </w:rPr>
        <w:t xml:space="preserve">16. </w:t>
      </w:r>
      <w:r>
        <w:rPr>
          <w:sz w:val="24"/>
        </w:rPr>
        <w:t>My friends ___ students, and my sister ___ a teacher.</w:t>
      </w:r>
    </w:p>
    <w:p>
      <w:pPr>
        <w:keepNext/>
        <w:keepLines/>
        <w:tabs>
          <w:tab w:pos="567" w:val="left"/>
          <w:tab w:pos="2835" w:val="left"/>
          <w:tab w:pos="5102" w:val="left"/>
          <w:tab w:pos="7370" w:val="left"/>
        </w:tabs>
        <w:spacing w:before="20" w:after="40"/>
      </w:pPr>
      <w:r>
        <w:tab/>
      </w:r>
      <w:r>
        <w:rPr>
          <w:sz w:val="24"/>
        </w:rPr>
        <w:t>A) am / are</w:t>
      </w:r>
      <w:r>
        <w:tab/>
      </w:r>
      <w:r>
        <w:rPr>
          <w:sz w:val="24"/>
        </w:rPr>
        <w:t>B) are / am</w:t>
      </w:r>
      <w:r>
        <w:tab/>
      </w:r>
      <w:r>
        <w:rPr>
          <w:sz w:val="24"/>
        </w:rPr>
        <w:t>C) is / am</w:t>
      </w:r>
      <w:r>
        <w:tab/>
      </w:r>
      <w:r>
        <w:rPr>
          <w:sz w:val="24"/>
        </w:rPr>
        <w:t>D) are / has</w:t>
      </w:r>
    </w:p>
    <w:p>
      <w:pPr>
        <w:spacing w:after="40"/>
      </w:pPr>
    </w:p>
    <w:p>
      <w:pPr>
        <w:keepNext/>
        <w:keepLines/>
        <w:spacing w:after="40"/>
      </w:pPr>
      <w:r>
        <w:rPr>
          <w:b/>
          <w:sz w:val="24"/>
        </w:rPr>
        <w:t xml:space="preserve">17. </w:t>
      </w:r>
      <w:r>
        <w:rPr>
          <w:sz w:val="24"/>
        </w:rPr>
        <w:t>It ___ a big school, and we ___ happy.</w:t>
      </w:r>
    </w:p>
    <w:p>
      <w:pPr>
        <w:keepNext/>
        <w:keepLines/>
        <w:tabs>
          <w:tab w:pos="567" w:val="left"/>
          <w:tab w:pos="2835" w:val="left"/>
          <w:tab w:pos="5102" w:val="left"/>
          <w:tab w:pos="7370" w:val="left"/>
        </w:tabs>
        <w:spacing w:before="20" w:after="40"/>
      </w:pPr>
      <w:r>
        <w:tab/>
      </w:r>
      <w:r>
        <w:rPr>
          <w:sz w:val="24"/>
        </w:rPr>
        <w:t>A) is / are</w:t>
      </w:r>
      <w:r>
        <w:tab/>
      </w:r>
      <w:r>
        <w:rPr>
          <w:sz w:val="24"/>
        </w:rPr>
        <w:t>B) are / is</w:t>
      </w:r>
      <w:r>
        <w:tab/>
      </w:r>
      <w:r>
        <w:rPr>
          <w:sz w:val="24"/>
        </w:rPr>
        <w:t>C) am / are</w:t>
      </w:r>
      <w:r>
        <w:tab/>
      </w:r>
      <w:r>
        <w:rPr>
          <w:sz w:val="24"/>
        </w:rPr>
        <w:t>D) are / are</w:t>
      </w:r>
    </w:p>
    <w:p>
      <w:pPr>
        <w:spacing w:after="40"/>
      </w:pPr>
    </w:p>
    <w:p>
      <w:pPr>
        <w:keepNext/>
        <w:keepLines/>
        <w:spacing w:after="40"/>
      </w:pPr>
      <w:r>
        <w:rPr>
          <w:b/>
          <w:sz w:val="24"/>
        </w:rPr>
        <w:t xml:space="preserve">18. </w:t>
      </w:r>
      <w:r>
        <w:rPr>
          <w:sz w:val="24"/>
        </w:rPr>
        <w:t>I ___ at home, and my parents ___ at work.</w:t>
      </w:r>
    </w:p>
    <w:p>
      <w:pPr>
        <w:keepNext/>
        <w:keepLines/>
        <w:tabs>
          <w:tab w:pos="567" w:val="left"/>
          <w:tab w:pos="2835" w:val="left"/>
          <w:tab w:pos="5102" w:val="left"/>
          <w:tab w:pos="7370" w:val="left"/>
        </w:tabs>
        <w:spacing w:before="20" w:after="40"/>
      </w:pPr>
      <w:r>
        <w:tab/>
      </w:r>
      <w:r>
        <w:rPr>
          <w:sz w:val="24"/>
        </w:rPr>
        <w:t>A) are / am</w:t>
      </w:r>
      <w:r>
        <w:tab/>
      </w:r>
      <w:r>
        <w:rPr>
          <w:sz w:val="24"/>
        </w:rPr>
        <w:t>B) am / is</w:t>
      </w:r>
      <w:r>
        <w:tab/>
      </w:r>
      <w:r>
        <w:rPr>
          <w:sz w:val="24"/>
        </w:rPr>
        <w:t>C) am / are</w:t>
      </w:r>
      <w:r>
        <w:tab/>
      </w:r>
      <w:r>
        <w:rPr>
          <w:sz w:val="24"/>
        </w:rPr>
        <w:t>D) is / are</w:t>
      </w:r>
    </w:p>
    <w:p>
      <w:pPr>
        <w:spacing w:after="40"/>
      </w:pPr>
    </w:p>
    <w:p>
      <w:pPr>
        <w:keepNext/>
        <w:keepLines/>
        <w:spacing w:after="40"/>
      </w:pPr>
      <w:r>
        <w:rPr>
          <w:b/>
          <w:sz w:val="24"/>
        </w:rPr>
        <w:t xml:space="preserve">19. </w:t>
      </w:r>
      <w:r>
        <w:rPr>
          <w:sz w:val="24"/>
        </w:rPr>
        <w:t>___ you like milk? Yes, I ___ .</w:t>
      </w:r>
    </w:p>
    <w:p>
      <w:pPr>
        <w:keepNext/>
        <w:keepLines/>
        <w:tabs>
          <w:tab w:pos="567" w:val="left"/>
          <w:tab w:pos="2835" w:val="left"/>
          <w:tab w:pos="5102" w:val="left"/>
          <w:tab w:pos="7370" w:val="left"/>
        </w:tabs>
        <w:spacing w:before="20" w:after="40"/>
      </w:pPr>
      <w:r>
        <w:tab/>
      </w:r>
      <w:r>
        <w:rPr>
          <w:sz w:val="24"/>
        </w:rPr>
        <w:t>A) Does / does</w:t>
      </w:r>
      <w:r>
        <w:tab/>
      </w:r>
      <w:r>
        <w:rPr>
          <w:sz w:val="24"/>
        </w:rPr>
        <w:t>B) Do / does</w:t>
      </w:r>
      <w:r>
        <w:tab/>
      </w:r>
      <w:r>
        <w:rPr>
          <w:sz w:val="24"/>
        </w:rPr>
        <w:t>C) Are / am</w:t>
      </w:r>
      <w:r>
        <w:tab/>
      </w:r>
      <w:r>
        <w:rPr>
          <w:sz w:val="24"/>
        </w:rPr>
        <w:t>D) Do / do</w:t>
      </w:r>
    </w:p>
    <w:p>
      <w:pPr>
        <w:spacing w:after="40"/>
      </w:pPr>
    </w:p>
    <w:p>
      <w:pPr>
        <w:keepNext/>
        <w:keepLines/>
        <w:spacing w:after="40"/>
      </w:pPr>
      <w:r>
        <w:rPr>
          <w:b/>
          <w:sz w:val="24"/>
        </w:rPr>
        <w:t xml:space="preserve">20. </w:t>
      </w:r>
      <w:r>
        <w:rPr>
          <w:sz w:val="24"/>
        </w:rPr>
        <w:t>___ she live in London? Yes, she ___ .</w:t>
      </w:r>
    </w:p>
    <w:p>
      <w:pPr>
        <w:keepNext/>
        <w:keepLines/>
        <w:tabs>
          <w:tab w:pos="567" w:val="left"/>
          <w:tab w:pos="2835" w:val="left"/>
          <w:tab w:pos="5102" w:val="left"/>
          <w:tab w:pos="7370" w:val="left"/>
        </w:tabs>
        <w:spacing w:before="20" w:after="40"/>
      </w:pPr>
      <w:r>
        <w:tab/>
      </w:r>
      <w:r>
        <w:rPr>
          <w:sz w:val="24"/>
        </w:rPr>
        <w:t>A) Do / do</w:t>
      </w:r>
      <w:r>
        <w:tab/>
      </w:r>
      <w:r>
        <w:rPr>
          <w:sz w:val="24"/>
        </w:rPr>
        <w:t>B) Does / does</w:t>
      </w:r>
      <w:r>
        <w:tab/>
      </w:r>
      <w:r>
        <w:rPr>
          <w:sz w:val="24"/>
        </w:rPr>
        <w:t>C) Does / do</w:t>
      </w:r>
      <w:r>
        <w:tab/>
      </w:r>
      <w:r>
        <w:rPr>
          <w:sz w:val="24"/>
        </w:rPr>
        <w:t>D) Is / is</w:t>
      </w:r>
    </w:p>
    <w:p>
      <w:pPr>
        <w:spacing w:after="40"/>
      </w:pPr>
    </w:p>
    <w:p>
      <w:pPr>
        <w:keepNext/>
        <w:keepLines/>
        <w:spacing w:after="40"/>
      </w:pPr>
      <w:r>
        <w:rPr>
          <w:b/>
          <w:sz w:val="24"/>
        </w:rPr>
        <w:t xml:space="preserve">21. </w:t>
      </w:r>
      <w:r>
        <w:rPr>
          <w:sz w:val="24"/>
        </w:rPr>
        <w:t>___ they play football? Yes, they ___ .</w:t>
      </w:r>
    </w:p>
    <w:p>
      <w:pPr>
        <w:keepNext/>
        <w:keepLines/>
        <w:tabs>
          <w:tab w:pos="567" w:val="left"/>
          <w:tab w:pos="2835" w:val="left"/>
          <w:tab w:pos="5102" w:val="left"/>
          <w:tab w:pos="7370" w:val="left"/>
        </w:tabs>
        <w:spacing w:before="20" w:after="40"/>
      </w:pPr>
      <w:r>
        <w:tab/>
      </w:r>
      <w:r>
        <w:rPr>
          <w:sz w:val="24"/>
        </w:rPr>
        <w:t>A) Does / does</w:t>
      </w:r>
      <w:r>
        <w:tab/>
      </w:r>
      <w:r>
        <w:rPr>
          <w:sz w:val="24"/>
        </w:rPr>
        <w:t>B) Do / do</w:t>
      </w:r>
      <w:r>
        <w:tab/>
      </w:r>
      <w:r>
        <w:rPr>
          <w:sz w:val="24"/>
        </w:rPr>
        <w:t>C) Do / does</w:t>
      </w:r>
      <w:r>
        <w:tab/>
      </w:r>
      <w:r>
        <w:rPr>
          <w:sz w:val="24"/>
        </w:rPr>
        <w:t>D) Are / are</w:t>
      </w:r>
    </w:p>
    <w:p>
      <w:pPr>
        <w:spacing w:after="40"/>
      </w:pPr>
    </w:p>
    <w:p>
      <w:pPr>
        <w:keepNext/>
        <w:keepLines/>
        <w:spacing w:after="40"/>
      </w:pPr>
      <w:r>
        <w:rPr>
          <w:b/>
          <w:sz w:val="24"/>
        </w:rPr>
        <w:t xml:space="preserve">22. </w:t>
      </w:r>
      <w:r>
        <w:rPr>
          <w:sz w:val="24"/>
        </w:rPr>
        <w:t>___ he speak English? No, he ___ .</w:t>
      </w:r>
    </w:p>
    <w:p>
      <w:pPr>
        <w:keepNext/>
        <w:keepLines/>
        <w:tabs>
          <w:tab w:pos="567" w:val="left"/>
          <w:tab w:pos="2835" w:val="left"/>
          <w:tab w:pos="5102" w:val="left"/>
          <w:tab w:pos="7370" w:val="left"/>
        </w:tabs>
        <w:spacing w:before="20" w:after="40"/>
      </w:pPr>
      <w:r>
        <w:tab/>
      </w:r>
      <w:r>
        <w:rPr>
          <w:sz w:val="24"/>
        </w:rPr>
        <w:t>A) Do / don't</w:t>
      </w:r>
      <w:r>
        <w:tab/>
      </w:r>
      <w:r>
        <w:rPr>
          <w:sz w:val="24"/>
        </w:rPr>
        <w:t>B) Does / don't</w:t>
      </w:r>
      <w:r>
        <w:tab/>
      </w:r>
      <w:r>
        <w:rPr>
          <w:sz w:val="24"/>
        </w:rPr>
        <w:t>C) Does / doesn't</w:t>
      </w:r>
      <w:r>
        <w:tab/>
      </w:r>
      <w:r>
        <w:rPr>
          <w:sz w:val="24"/>
        </w:rPr>
        <w:t>D) Is / isn't</w:t>
      </w:r>
    </w:p>
    <w:p>
      <w:pPr>
        <w:spacing w:after="40"/>
      </w:pPr>
    </w:p>
    <w:p>
      <w:pPr>
        <w:keepNext/>
        <w:keepLines/>
        <w:spacing w:after="40"/>
      </w:pPr>
      <w:r>
        <w:rPr>
          <w:b/>
          <w:sz w:val="24"/>
        </w:rPr>
        <w:t xml:space="preserve">23. </w:t>
      </w:r>
      <w:r>
        <w:rPr>
          <w:sz w:val="24"/>
        </w:rPr>
        <w:t>___ your mother work? Yes, she ___ .</w:t>
      </w:r>
    </w:p>
    <w:p>
      <w:pPr>
        <w:keepNext/>
        <w:keepLines/>
        <w:tabs>
          <w:tab w:pos="567" w:val="left"/>
          <w:tab w:pos="2835" w:val="left"/>
          <w:tab w:pos="5102" w:val="left"/>
          <w:tab w:pos="7370" w:val="left"/>
        </w:tabs>
        <w:spacing w:before="20" w:after="40"/>
      </w:pPr>
      <w:r>
        <w:tab/>
      </w:r>
      <w:r>
        <w:rPr>
          <w:sz w:val="24"/>
        </w:rPr>
        <w:t>A) Does / does</w:t>
      </w:r>
      <w:r>
        <w:tab/>
      </w:r>
      <w:r>
        <w:rPr>
          <w:sz w:val="24"/>
        </w:rPr>
        <w:t>B) Do / do</w:t>
      </w:r>
      <w:r>
        <w:tab/>
      </w:r>
      <w:r>
        <w:rPr>
          <w:sz w:val="24"/>
        </w:rPr>
        <w:t>C) Does / do</w:t>
      </w:r>
      <w:r>
        <w:tab/>
      </w:r>
      <w:r>
        <w:rPr>
          <w:sz w:val="24"/>
        </w:rPr>
        <w:t>D) Is / is</w:t>
      </w:r>
    </w:p>
    <w:p>
      <w:pPr>
        <w:spacing w:after="40"/>
      </w:pPr>
    </w:p>
    <w:p>
      <w:pPr>
        <w:keepNext/>
        <w:keepLines/>
        <w:spacing w:after="40"/>
      </w:pPr>
      <w:r>
        <w:rPr>
          <w:b/>
          <w:sz w:val="24"/>
        </w:rPr>
        <w:t xml:space="preserve">24. </w:t>
      </w:r>
      <w:r>
        <w:rPr>
          <w:sz w:val="24"/>
        </w:rPr>
        <w:t>___ we have a test? No, we ___ .</w:t>
      </w:r>
    </w:p>
    <w:p>
      <w:pPr>
        <w:keepNext/>
        <w:keepLines/>
        <w:tabs>
          <w:tab w:pos="567" w:val="left"/>
          <w:tab w:pos="2835" w:val="left"/>
          <w:tab w:pos="5102" w:val="left"/>
          <w:tab w:pos="7370" w:val="left"/>
        </w:tabs>
        <w:spacing w:before="20" w:after="40"/>
      </w:pPr>
      <w:r>
        <w:tab/>
      </w:r>
      <w:r>
        <w:rPr>
          <w:sz w:val="24"/>
        </w:rPr>
        <w:t>A) Does / doesn't</w:t>
      </w:r>
      <w:r>
        <w:tab/>
      </w:r>
      <w:r>
        <w:rPr>
          <w:sz w:val="24"/>
        </w:rPr>
        <w:t>B) Do / doesn't</w:t>
      </w:r>
      <w:r>
        <w:tab/>
      </w:r>
      <w:r>
        <w:rPr>
          <w:sz w:val="24"/>
        </w:rPr>
        <w:t>C) Are / aren't</w:t>
      </w:r>
      <w:r>
        <w:tab/>
      </w:r>
      <w:r>
        <w:rPr>
          <w:sz w:val="24"/>
        </w:rPr>
        <w:t>D) Do / don't</w:t>
      </w:r>
    </w:p>
    <w:p>
      <w:pPr>
        <w:spacing w:after="40"/>
      </w:pPr>
    </w:p>
    <w:p>
      <w:pPr>
        <w:keepNext/>
        <w:keepLines/>
        <w:spacing w:after="40"/>
      </w:pPr>
      <w:r>
        <w:rPr>
          <w:b/>
          <w:sz w:val="24"/>
        </w:rPr>
        <w:t xml:space="preserve">25. </w:t>
      </w:r>
      <w:r>
        <w:rPr>
          <w:sz w:val="24"/>
        </w:rPr>
        <w:t>___ you a student? Yes, I ___ .</w:t>
      </w:r>
    </w:p>
    <w:p>
      <w:pPr>
        <w:keepNext/>
        <w:keepLines/>
        <w:tabs>
          <w:tab w:pos="567" w:val="left"/>
          <w:tab w:pos="2835" w:val="left"/>
          <w:tab w:pos="5102" w:val="left"/>
          <w:tab w:pos="7370" w:val="left"/>
        </w:tabs>
        <w:spacing w:before="20" w:after="40"/>
      </w:pPr>
      <w:r>
        <w:tab/>
      </w:r>
      <w:r>
        <w:rPr>
          <w:sz w:val="24"/>
        </w:rPr>
        <w:t>A) Do / do</w:t>
      </w:r>
      <w:r>
        <w:tab/>
      </w:r>
      <w:r>
        <w:rPr>
          <w:sz w:val="24"/>
        </w:rPr>
        <w:t>B) Are / do</w:t>
      </w:r>
      <w:r>
        <w:tab/>
      </w:r>
      <w:r>
        <w:rPr>
          <w:sz w:val="24"/>
        </w:rPr>
        <w:t>C) Do / am</w:t>
      </w:r>
      <w:r>
        <w:tab/>
      </w:r>
      <w:r>
        <w:rPr>
          <w:sz w:val="24"/>
        </w:rPr>
        <w:t>D) Are / am</w:t>
      </w:r>
    </w:p>
    <w:p>
      <w:pPr>
        <w:spacing w:after="40"/>
      </w:pPr>
    </w:p>
    <w:p>
      <w:pPr>
        <w:keepNext/>
        <w:keepLines/>
        <w:spacing w:after="40"/>
      </w:pPr>
      <w:r>
        <w:rPr>
          <w:b/>
          <w:sz w:val="24"/>
        </w:rPr>
        <w:t xml:space="preserve">26. </w:t>
      </w:r>
      <w:r>
        <w:rPr>
          <w:sz w:val="24"/>
        </w:rPr>
        <w:t>___ he a doctor? Yes, he ___ .</w:t>
      </w:r>
    </w:p>
    <w:p>
      <w:pPr>
        <w:keepNext/>
        <w:keepLines/>
        <w:tabs>
          <w:tab w:pos="567" w:val="left"/>
          <w:tab w:pos="2835" w:val="left"/>
          <w:tab w:pos="5102" w:val="left"/>
          <w:tab w:pos="7370" w:val="left"/>
        </w:tabs>
        <w:spacing w:before="20" w:after="40"/>
      </w:pPr>
      <w:r>
        <w:tab/>
      </w:r>
      <w:r>
        <w:rPr>
          <w:sz w:val="24"/>
        </w:rPr>
        <w:t>A) Does / does</w:t>
      </w:r>
      <w:r>
        <w:tab/>
      </w:r>
      <w:r>
        <w:rPr>
          <w:sz w:val="24"/>
        </w:rPr>
        <w:t>B) Is / does</w:t>
      </w:r>
      <w:r>
        <w:tab/>
      </w:r>
      <w:r>
        <w:rPr>
          <w:sz w:val="24"/>
        </w:rPr>
        <w:t>C) Is / is</w:t>
      </w:r>
      <w:r>
        <w:tab/>
      </w:r>
      <w:r>
        <w:rPr>
          <w:sz w:val="24"/>
        </w:rPr>
        <w:t>D) Does / is</w:t>
      </w:r>
    </w:p>
    <w:p>
      <w:pPr>
        <w:spacing w:after="40"/>
      </w:pPr>
    </w:p>
    <w:p>
      <w:pPr>
        <w:keepNext/>
        <w:keepLines/>
        <w:spacing w:after="40"/>
      </w:pPr>
      <w:r>
        <w:rPr>
          <w:b/>
          <w:sz w:val="24"/>
        </w:rPr>
        <w:t xml:space="preserve">27. </w:t>
      </w:r>
      <w:r>
        <w:rPr>
          <w:sz w:val="24"/>
        </w:rPr>
        <w:t>___ they at school? Yes, they ___ .</w:t>
      </w:r>
    </w:p>
    <w:p>
      <w:pPr>
        <w:keepNext/>
        <w:keepLines/>
        <w:tabs>
          <w:tab w:pos="567" w:val="left"/>
          <w:tab w:pos="2835" w:val="left"/>
          <w:tab w:pos="5102" w:val="left"/>
          <w:tab w:pos="7370" w:val="left"/>
        </w:tabs>
        <w:spacing w:before="20" w:after="40"/>
      </w:pPr>
      <w:r>
        <w:tab/>
      </w:r>
      <w:r>
        <w:rPr>
          <w:sz w:val="24"/>
        </w:rPr>
        <w:t>A) Are / are</w:t>
      </w:r>
      <w:r>
        <w:tab/>
      </w:r>
      <w:r>
        <w:rPr>
          <w:sz w:val="24"/>
        </w:rPr>
        <w:t>B) Do / do</w:t>
      </w:r>
      <w:r>
        <w:tab/>
      </w:r>
      <w:r>
        <w:rPr>
          <w:sz w:val="24"/>
        </w:rPr>
        <w:t>C) Are / do</w:t>
      </w:r>
      <w:r>
        <w:tab/>
      </w:r>
      <w:r>
        <w:rPr>
          <w:sz w:val="24"/>
        </w:rPr>
        <w:t>D) Do / are</w:t>
      </w:r>
    </w:p>
    <w:p>
      <w:pPr>
        <w:spacing w:after="40"/>
      </w:pPr>
    </w:p>
    <w:p>
      <w:pPr>
        <w:keepNext/>
        <w:keepLines/>
        <w:spacing w:after="40"/>
      </w:pPr>
      <w:r>
        <w:rPr>
          <w:b/>
          <w:sz w:val="24"/>
        </w:rPr>
        <w:t xml:space="preserve">28. </w:t>
      </w:r>
      <w:r>
        <w:rPr>
          <w:sz w:val="24"/>
        </w:rPr>
        <w:t>___ you live in Cyprus? Yes, I ___ .</w:t>
      </w:r>
    </w:p>
    <w:p>
      <w:pPr>
        <w:keepNext/>
        <w:keepLines/>
        <w:tabs>
          <w:tab w:pos="567" w:val="left"/>
          <w:tab w:pos="2835" w:val="left"/>
          <w:tab w:pos="5102" w:val="left"/>
          <w:tab w:pos="7370" w:val="left"/>
        </w:tabs>
        <w:spacing w:before="20" w:after="40"/>
      </w:pPr>
      <w:r>
        <w:tab/>
      </w:r>
      <w:r>
        <w:rPr>
          <w:sz w:val="24"/>
        </w:rPr>
        <w:t>A) Are / am</w:t>
      </w:r>
      <w:r>
        <w:tab/>
      </w:r>
      <w:r>
        <w:rPr>
          <w:sz w:val="24"/>
        </w:rPr>
        <w:t>B) Do / do</w:t>
      </w:r>
      <w:r>
        <w:tab/>
      </w:r>
      <w:r>
        <w:rPr>
          <w:sz w:val="24"/>
        </w:rPr>
        <w:t>C) Do / am</w:t>
      </w:r>
      <w:r>
        <w:tab/>
      </w:r>
      <w:r>
        <w:rPr>
          <w:sz w:val="24"/>
        </w:rPr>
        <w:t>D) Are / do</w:t>
      </w:r>
    </w:p>
    <w:p>
      <w:pPr>
        <w:spacing w:after="40"/>
      </w:pPr>
    </w:p>
    <w:p>
      <w:pPr>
        <w:keepNext/>
        <w:keepLines/>
        <w:spacing w:after="40"/>
      </w:pPr>
      <w:r>
        <w:rPr>
          <w:b/>
          <w:sz w:val="24"/>
        </w:rPr>
        <w:t xml:space="preserve">29. </w:t>
      </w:r>
      <w:r>
        <w:rPr>
          <w:sz w:val="24"/>
        </w:rPr>
        <w:t>___ your mother a teacher? No, she ___ .</w:t>
      </w:r>
    </w:p>
    <w:p>
      <w:pPr>
        <w:keepNext/>
        <w:keepLines/>
        <w:tabs>
          <w:tab w:pos="567" w:val="left"/>
          <w:tab w:pos="2835" w:val="left"/>
          <w:tab w:pos="5102" w:val="left"/>
          <w:tab w:pos="7370" w:val="left"/>
        </w:tabs>
        <w:spacing w:before="20" w:after="40"/>
      </w:pPr>
      <w:r>
        <w:tab/>
      </w:r>
      <w:r>
        <w:rPr>
          <w:sz w:val="24"/>
        </w:rPr>
        <w:t>A) Is / isn't</w:t>
      </w:r>
      <w:r>
        <w:tab/>
      </w:r>
      <w:r>
        <w:rPr>
          <w:sz w:val="24"/>
        </w:rPr>
        <w:t>B) Does / doesn't</w:t>
      </w:r>
      <w:r>
        <w:tab/>
      </w:r>
      <w:r>
        <w:rPr>
          <w:sz w:val="24"/>
        </w:rPr>
        <w:t>C) Is / doesn't</w:t>
      </w:r>
      <w:r>
        <w:tab/>
      </w:r>
      <w:r>
        <w:rPr>
          <w:sz w:val="24"/>
        </w:rPr>
        <w:t>D) Does / isn't</w:t>
      </w:r>
    </w:p>
    <w:p>
      <w:pPr>
        <w:spacing w:after="40"/>
      </w:pPr>
    </w:p>
    <w:p>
      <w:pPr>
        <w:keepNext/>
        <w:keepLines/>
        <w:spacing w:after="40"/>
      </w:pPr>
      <w:r>
        <w:rPr>
          <w:b/>
          <w:sz w:val="24"/>
        </w:rPr>
        <w:t xml:space="preserve">30. </w:t>
      </w:r>
      <w:r>
        <w:rPr>
          <w:sz w:val="24"/>
        </w:rPr>
        <w:t>___ your friends like music? Yes, they ___ .</w:t>
      </w:r>
    </w:p>
    <w:p>
      <w:pPr>
        <w:keepNext/>
        <w:keepLines/>
        <w:tabs>
          <w:tab w:pos="567" w:val="left"/>
          <w:tab w:pos="2835" w:val="left"/>
          <w:tab w:pos="5102" w:val="left"/>
          <w:tab w:pos="7370" w:val="left"/>
        </w:tabs>
        <w:spacing w:before="20" w:after="40"/>
      </w:pPr>
      <w:r>
        <w:tab/>
      </w:r>
      <w:r>
        <w:rPr>
          <w:sz w:val="24"/>
        </w:rPr>
        <w:t>A) Are / are</w:t>
      </w:r>
      <w:r>
        <w:tab/>
      </w:r>
      <w:r>
        <w:rPr>
          <w:sz w:val="24"/>
        </w:rPr>
        <w:t>B) Do / do</w:t>
      </w:r>
      <w:r>
        <w:tab/>
      </w:r>
      <w:r>
        <w:rPr>
          <w:sz w:val="24"/>
        </w:rPr>
        <w:t>C) Do / are</w:t>
      </w:r>
      <w:r>
        <w:tab/>
      </w:r>
      <w:r>
        <w:rPr>
          <w:sz w:val="24"/>
        </w:rPr>
        <w:t>D) Are / do</w:t>
      </w:r>
    </w:p>
    <w:p>
      <w:pPr>
        <w:spacing w:after="40"/>
      </w:pPr>
    </w:p>
    <w:p>
      <w:pPr>
        <w:keepNext/>
        <w:keepLines/>
        <w:spacing w:after="40"/>
      </w:pPr>
      <w:r>
        <w:rPr>
          <w:b/>
          <w:sz w:val="24"/>
        </w:rPr>
        <w:t xml:space="preserve">31. </w:t>
      </w:r>
      <w:r>
        <w:rPr>
          <w:sz w:val="24"/>
        </w:rPr>
        <w:t>I ___ a sister, and she ___ two brothers.</w:t>
      </w:r>
    </w:p>
    <w:p>
      <w:pPr>
        <w:keepNext/>
        <w:keepLines/>
        <w:tabs>
          <w:tab w:pos="567" w:val="left"/>
          <w:tab w:pos="2835" w:val="left"/>
          <w:tab w:pos="5102" w:val="left"/>
          <w:tab w:pos="7370" w:val="left"/>
        </w:tabs>
        <w:spacing w:before="20" w:after="40"/>
      </w:pPr>
      <w:r>
        <w:tab/>
      </w:r>
      <w:r>
        <w:rPr>
          <w:sz w:val="24"/>
        </w:rPr>
        <w:t>A) has / have</w:t>
      </w:r>
      <w:r>
        <w:tab/>
      </w:r>
      <w:r>
        <w:rPr>
          <w:sz w:val="24"/>
        </w:rPr>
        <w:t>B) have / have</w:t>
      </w:r>
      <w:r>
        <w:tab/>
      </w:r>
      <w:r>
        <w:rPr>
          <w:sz w:val="24"/>
        </w:rPr>
        <w:t>C) has / has</w:t>
      </w:r>
      <w:r>
        <w:tab/>
      </w:r>
      <w:r>
        <w:rPr>
          <w:sz w:val="24"/>
        </w:rPr>
        <w:t>D) have / has</w:t>
      </w:r>
    </w:p>
    <w:p>
      <w:pPr>
        <w:spacing w:after="40"/>
      </w:pPr>
    </w:p>
    <w:p>
      <w:pPr>
        <w:keepNext/>
        <w:keepLines/>
        <w:spacing w:after="40"/>
      </w:pPr>
      <w:r>
        <w:rPr>
          <w:b/>
          <w:sz w:val="24"/>
        </w:rPr>
        <w:t xml:space="preserve">32. </w:t>
      </w:r>
      <w:r>
        <w:rPr>
          <w:sz w:val="24"/>
        </w:rPr>
        <w:t>My father ___ a car, and we ___ a bicycle.</w:t>
      </w:r>
    </w:p>
    <w:p>
      <w:pPr>
        <w:keepNext/>
        <w:keepLines/>
        <w:tabs>
          <w:tab w:pos="567" w:val="left"/>
          <w:tab w:pos="2835" w:val="left"/>
          <w:tab w:pos="5102" w:val="left"/>
          <w:tab w:pos="7370" w:val="left"/>
        </w:tabs>
        <w:spacing w:before="20" w:after="40"/>
      </w:pPr>
      <w:r>
        <w:tab/>
      </w:r>
      <w:r>
        <w:rPr>
          <w:sz w:val="24"/>
        </w:rPr>
        <w:t>A) have / has</w:t>
      </w:r>
      <w:r>
        <w:tab/>
      </w:r>
      <w:r>
        <w:rPr>
          <w:sz w:val="24"/>
        </w:rPr>
        <w:t>B) has / has</w:t>
      </w:r>
      <w:r>
        <w:tab/>
      </w:r>
      <w:r>
        <w:rPr>
          <w:sz w:val="24"/>
        </w:rPr>
        <w:t>C) has / have</w:t>
      </w:r>
      <w:r>
        <w:tab/>
      </w:r>
      <w:r>
        <w:rPr>
          <w:sz w:val="24"/>
        </w:rPr>
        <w:t>D) have / have</w:t>
      </w:r>
    </w:p>
    <w:p>
      <w:pPr>
        <w:spacing w:after="40"/>
      </w:pPr>
    </w:p>
    <w:p>
      <w:pPr>
        <w:keepNext/>
        <w:keepLines/>
        <w:spacing w:after="40"/>
      </w:pPr>
      <w:r>
        <w:rPr>
          <w:b/>
          <w:sz w:val="24"/>
        </w:rPr>
        <w:t xml:space="preserve">33. </w:t>
      </w:r>
      <w:r>
        <w:rPr>
          <w:sz w:val="24"/>
        </w:rPr>
        <w:t>They ___ a big house, and my friend ___ a small house.</w:t>
      </w:r>
    </w:p>
    <w:p>
      <w:pPr>
        <w:keepNext/>
        <w:keepLines/>
        <w:tabs>
          <w:tab w:pos="567" w:val="left"/>
          <w:tab w:pos="2835" w:val="left"/>
          <w:tab w:pos="5102" w:val="left"/>
          <w:tab w:pos="7370" w:val="left"/>
        </w:tabs>
        <w:spacing w:before="20" w:after="40"/>
      </w:pPr>
      <w:r>
        <w:tab/>
      </w:r>
      <w:r>
        <w:rPr>
          <w:sz w:val="24"/>
        </w:rPr>
        <w:t>A) have / has</w:t>
      </w:r>
      <w:r>
        <w:tab/>
      </w:r>
      <w:r>
        <w:rPr>
          <w:sz w:val="24"/>
        </w:rPr>
        <w:t>B) has / have</w:t>
      </w:r>
      <w:r>
        <w:tab/>
      </w:r>
      <w:r>
        <w:rPr>
          <w:sz w:val="24"/>
        </w:rPr>
        <w:t>C) have / have</w:t>
      </w:r>
      <w:r>
        <w:tab/>
      </w:r>
      <w:r>
        <w:rPr>
          <w:sz w:val="24"/>
        </w:rPr>
        <w:t>D) has / has</w:t>
      </w:r>
    </w:p>
    <w:p>
      <w:pPr>
        <w:spacing w:after="40"/>
      </w:pPr>
    </w:p>
    <w:p>
      <w:pPr>
        <w:keepNext/>
        <w:keepLines/>
        <w:spacing w:after="40"/>
      </w:pPr>
      <w:r>
        <w:rPr>
          <w:b/>
          <w:sz w:val="24"/>
        </w:rPr>
        <w:t xml:space="preserve">34. </w:t>
      </w:r>
      <w:r>
        <w:rPr>
          <w:sz w:val="24"/>
        </w:rPr>
        <w:t>The teacher ___ a book, and the students ___ books.</w:t>
      </w:r>
    </w:p>
    <w:p>
      <w:pPr>
        <w:keepNext/>
        <w:keepLines/>
        <w:tabs>
          <w:tab w:pos="567" w:val="left"/>
          <w:tab w:pos="2835" w:val="left"/>
          <w:tab w:pos="5102" w:val="left"/>
          <w:tab w:pos="7370" w:val="left"/>
        </w:tabs>
        <w:spacing w:before="20" w:after="40"/>
      </w:pPr>
      <w:r>
        <w:tab/>
      </w:r>
      <w:r>
        <w:rPr>
          <w:sz w:val="24"/>
        </w:rPr>
        <w:t>A) have / has</w:t>
      </w:r>
      <w:r>
        <w:tab/>
      </w:r>
      <w:r>
        <w:rPr>
          <w:sz w:val="24"/>
        </w:rPr>
        <w:t>B) has / has</w:t>
      </w:r>
      <w:r>
        <w:tab/>
      </w:r>
      <w:r>
        <w:rPr>
          <w:sz w:val="24"/>
        </w:rPr>
        <w:t>C) has / have</w:t>
      </w:r>
      <w:r>
        <w:tab/>
      </w:r>
      <w:r>
        <w:rPr>
          <w:sz w:val="24"/>
        </w:rPr>
        <w:t>D) have / have</w:t>
      </w:r>
    </w:p>
    <w:p>
      <w:pPr>
        <w:spacing w:after="40"/>
      </w:pPr>
    </w:p>
    <w:p>
      <w:pPr>
        <w:keepNext/>
        <w:keepLines/>
        <w:spacing w:after="40"/>
      </w:pPr>
      <w:r>
        <w:rPr>
          <w:b/>
          <w:sz w:val="24"/>
        </w:rPr>
        <w:t xml:space="preserve">35. </w:t>
      </w:r>
      <w:r>
        <w:rPr>
          <w:sz w:val="24"/>
        </w:rPr>
        <w:t>My brother ___ like tea, but he ___ milk.</w:t>
      </w:r>
    </w:p>
    <w:p>
      <w:pPr>
        <w:keepNext/>
        <w:keepLines/>
        <w:tabs>
          <w:tab w:pos="567" w:val="left"/>
          <w:tab w:pos="5102" w:val="left"/>
        </w:tabs>
        <w:spacing w:before="20" w:after="40"/>
      </w:pPr>
      <w:r>
        <w:tab/>
      </w:r>
      <w:r>
        <w:rPr>
          <w:sz w:val="24"/>
        </w:rPr>
        <w:t>A) don't / likes</w:t>
      </w:r>
      <w:r>
        <w:tab/>
      </w:r>
      <w:r>
        <w:rPr>
          <w:sz w:val="24"/>
        </w:rPr>
        <w:t>B) doesn't / like</w:t>
      </w:r>
    </w:p>
    <w:p>
      <w:pPr>
        <w:keepNext/>
        <w:keepLines/>
        <w:tabs>
          <w:tab w:pos="567" w:val="left"/>
          <w:tab w:pos="5102" w:val="left"/>
        </w:tabs>
        <w:spacing w:before="20" w:after="40"/>
      </w:pPr>
      <w:r>
        <w:tab/>
      </w:r>
      <w:r>
        <w:rPr>
          <w:sz w:val="24"/>
        </w:rPr>
        <w:t>C) isn't / likes</w:t>
      </w:r>
      <w:r>
        <w:tab/>
      </w:r>
      <w:r>
        <w:rPr>
          <w:sz w:val="24"/>
        </w:rPr>
        <w:t>D) doesn't / likes</w:t>
      </w:r>
    </w:p>
    <w:p>
      <w:pPr>
        <w:spacing w:after="40"/>
      </w:pPr>
    </w:p>
    <w:p>
      <w:pPr>
        <w:keepNext/>
        <w:keepLines/>
        <w:spacing w:after="40"/>
      </w:pPr>
      <w:r>
        <w:rPr>
          <w:b/>
          <w:sz w:val="24"/>
        </w:rPr>
        <w:t xml:space="preserve">36. </w:t>
      </w:r>
      <w:r>
        <w:rPr>
          <w:sz w:val="24"/>
        </w:rPr>
        <w:t>They ___ in London. They ___ in Cyprus.</w:t>
      </w:r>
    </w:p>
    <w:p>
      <w:pPr>
        <w:keepNext/>
        <w:keepLines/>
        <w:tabs>
          <w:tab w:pos="567" w:val="left"/>
          <w:tab w:pos="2835" w:val="left"/>
          <w:tab w:pos="5102" w:val="left"/>
          <w:tab w:pos="7370" w:val="left"/>
        </w:tabs>
        <w:spacing w:before="20" w:after="40"/>
      </w:pPr>
      <w:r>
        <w:tab/>
      </w:r>
      <w:r>
        <w:rPr>
          <w:sz w:val="24"/>
        </w:rPr>
        <w:t>A) don't / are</w:t>
      </w:r>
      <w:r>
        <w:tab/>
      </w:r>
      <w:r>
        <w:rPr>
          <w:sz w:val="24"/>
        </w:rPr>
        <w:t>B) aren't / are</w:t>
      </w:r>
      <w:r>
        <w:tab/>
      </w:r>
      <w:r>
        <w:rPr>
          <w:sz w:val="24"/>
        </w:rPr>
        <w:t>C) aren't / do</w:t>
      </w:r>
      <w:r>
        <w:tab/>
      </w:r>
      <w:r>
        <w:rPr>
          <w:sz w:val="24"/>
        </w:rPr>
        <w:t>D) isn't / are</w:t>
      </w:r>
    </w:p>
    <w:p>
      <w:pPr>
        <w:spacing w:after="40"/>
      </w:pPr>
    </w:p>
    <w:p>
      <w:pPr>
        <w:keepNext/>
        <w:keepLines/>
        <w:spacing w:after="40"/>
      </w:pPr>
      <w:r>
        <w:rPr>
          <w:b/>
          <w:sz w:val="24"/>
        </w:rPr>
        <w:t xml:space="preserve">37. </w:t>
      </w:r>
      <w:r>
        <w:rPr>
          <w:sz w:val="24"/>
        </w:rPr>
        <w:t>She ___ a teacher. She ___ a doctor.</w:t>
      </w:r>
    </w:p>
    <w:p>
      <w:pPr>
        <w:keepNext/>
        <w:keepLines/>
        <w:tabs>
          <w:tab w:pos="567" w:val="left"/>
          <w:tab w:pos="2835" w:val="left"/>
          <w:tab w:pos="5102" w:val="left"/>
          <w:tab w:pos="7370" w:val="left"/>
        </w:tabs>
        <w:spacing w:before="20" w:after="40"/>
      </w:pPr>
      <w:r>
        <w:tab/>
      </w:r>
      <w:r>
        <w:rPr>
          <w:sz w:val="24"/>
        </w:rPr>
        <w:t>A) doesn't / is</w:t>
      </w:r>
      <w:r>
        <w:tab/>
      </w:r>
      <w:r>
        <w:rPr>
          <w:sz w:val="24"/>
        </w:rPr>
        <w:t>B) isn't / is</w:t>
      </w:r>
      <w:r>
        <w:tab/>
      </w:r>
      <w:r>
        <w:rPr>
          <w:sz w:val="24"/>
        </w:rPr>
        <w:t>C) isn't / does</w:t>
      </w:r>
      <w:r>
        <w:tab/>
      </w:r>
      <w:r>
        <w:rPr>
          <w:sz w:val="24"/>
        </w:rPr>
        <w:t>D) aren't / is</w:t>
      </w:r>
    </w:p>
    <w:p>
      <w:pPr>
        <w:spacing w:after="40"/>
      </w:pPr>
    </w:p>
    <w:p>
      <w:pPr>
        <w:keepNext/>
        <w:keepLines/>
        <w:spacing w:after="40"/>
      </w:pPr>
      <w:r>
        <w:rPr>
          <w:b/>
          <w:sz w:val="24"/>
        </w:rPr>
        <w:t xml:space="preserve">38. </w:t>
      </w:r>
      <w:r>
        <w:rPr>
          <w:sz w:val="24"/>
        </w:rPr>
        <w:t>I ___ milk, but my sister ___ milk.</w:t>
      </w:r>
    </w:p>
    <w:p>
      <w:pPr>
        <w:keepNext/>
        <w:keepLines/>
        <w:tabs>
          <w:tab w:pos="567" w:val="left"/>
          <w:tab w:pos="5102" w:val="left"/>
        </w:tabs>
        <w:spacing w:before="20" w:after="40"/>
      </w:pPr>
      <w:r>
        <w:tab/>
      </w:r>
      <w:r>
        <w:rPr>
          <w:sz w:val="24"/>
        </w:rPr>
        <w:t>A) don't drink / doesn't drink</w:t>
      </w:r>
      <w:r>
        <w:tab/>
      </w:r>
      <w:r>
        <w:rPr>
          <w:sz w:val="24"/>
        </w:rPr>
        <w:t>B) doesn't drink / don't drink</w:t>
      </w:r>
    </w:p>
    <w:p>
      <w:pPr>
        <w:keepNext/>
        <w:keepLines/>
        <w:tabs>
          <w:tab w:pos="567" w:val="left"/>
          <w:tab w:pos="5102" w:val="left"/>
        </w:tabs>
        <w:spacing w:before="20" w:after="40"/>
      </w:pPr>
      <w:r>
        <w:tab/>
      </w:r>
      <w:r>
        <w:rPr>
          <w:sz w:val="24"/>
        </w:rPr>
        <w:t>C) don't drink / don't drink</w:t>
      </w:r>
      <w:r>
        <w:tab/>
      </w:r>
      <w:r>
        <w:rPr>
          <w:sz w:val="24"/>
        </w:rPr>
        <w:t>D) don't drink / doesn't drinks</w:t>
      </w:r>
    </w:p>
    <w:p>
      <w:pPr>
        <w:spacing w:after="40"/>
      </w:pPr>
    </w:p>
    <w:p>
      <w:pPr>
        <w:keepNext/>
        <w:keepLines/>
        <w:spacing w:after="40"/>
      </w:pPr>
      <w:r>
        <w:rPr>
          <w:b/>
          <w:sz w:val="24"/>
        </w:rPr>
        <w:t xml:space="preserve">39. </w:t>
      </w:r>
      <w:r>
        <w:rPr>
          <w:sz w:val="24"/>
        </w:rPr>
        <w:t>He ___ work, but they ___ work.</w:t>
      </w:r>
    </w:p>
    <w:p>
      <w:pPr>
        <w:keepNext/>
        <w:keepLines/>
        <w:tabs>
          <w:tab w:pos="567" w:val="left"/>
          <w:tab w:pos="5102" w:val="left"/>
        </w:tabs>
        <w:spacing w:before="20" w:after="40"/>
      </w:pPr>
      <w:r>
        <w:tab/>
      </w:r>
      <w:r>
        <w:rPr>
          <w:sz w:val="24"/>
        </w:rPr>
        <w:t>A) don't / doesn't</w:t>
      </w:r>
      <w:r>
        <w:tab/>
      </w:r>
      <w:r>
        <w:rPr>
          <w:sz w:val="24"/>
        </w:rPr>
        <w:t>B) doesn't / doesn't</w:t>
      </w:r>
    </w:p>
    <w:p>
      <w:pPr>
        <w:keepNext/>
        <w:keepLines/>
        <w:tabs>
          <w:tab w:pos="567" w:val="left"/>
          <w:tab w:pos="5102" w:val="left"/>
        </w:tabs>
        <w:spacing w:before="20" w:after="40"/>
      </w:pPr>
      <w:r>
        <w:tab/>
      </w:r>
      <w:r>
        <w:rPr>
          <w:sz w:val="24"/>
        </w:rPr>
        <w:t>C) don't / don't</w:t>
      </w:r>
      <w:r>
        <w:tab/>
      </w:r>
      <w:r>
        <w:rPr>
          <w:sz w:val="24"/>
        </w:rPr>
        <w:t>D) doesn't / don't</w:t>
      </w:r>
    </w:p>
    <w:p>
      <w:pPr>
        <w:spacing w:after="40"/>
      </w:pPr>
    </w:p>
    <w:p>
      <w:pPr>
        <w:keepNext/>
        <w:keepLines/>
        <w:spacing w:after="40"/>
      </w:pPr>
      <w:r>
        <w:rPr>
          <w:b/>
          <w:sz w:val="24"/>
        </w:rPr>
        <w:t xml:space="preserve">40. </w:t>
      </w:r>
      <w:r>
        <w:rPr>
          <w:sz w:val="24"/>
        </w:rPr>
        <w:t>You ___ a doctor, but he ___ a doctor.</w:t>
      </w:r>
    </w:p>
    <w:p>
      <w:pPr>
        <w:keepNext/>
        <w:keepLines/>
        <w:tabs>
          <w:tab w:pos="567" w:val="left"/>
          <w:tab w:pos="2835" w:val="left"/>
          <w:tab w:pos="5102" w:val="left"/>
          <w:tab w:pos="7370" w:val="left"/>
        </w:tabs>
        <w:spacing w:before="20" w:after="40"/>
      </w:pPr>
      <w:r>
        <w:tab/>
      </w:r>
      <w:r>
        <w:rPr>
          <w:sz w:val="24"/>
        </w:rPr>
        <w:t>A) isn't / are</w:t>
      </w:r>
      <w:r>
        <w:tab/>
      </w:r>
      <w:r>
        <w:rPr>
          <w:sz w:val="24"/>
        </w:rPr>
        <w:t>B) aren't / are</w:t>
      </w:r>
      <w:r>
        <w:tab/>
      </w:r>
      <w:r>
        <w:rPr>
          <w:sz w:val="24"/>
        </w:rPr>
        <w:t>C) aren't / is</w:t>
      </w:r>
      <w:r>
        <w:tab/>
      </w:r>
      <w:r>
        <w:rPr>
          <w:sz w:val="24"/>
        </w:rPr>
        <w:t>D) don't / is</w:t>
      </w:r>
    </w:p>
    <w:p>
      <w:pPr>
        <w:spacing w:after="40"/>
      </w:pPr>
    </w:p>
    <w:p>
      <w:pPr>
        <w:keepNext/>
        <w:keepLines/>
        <w:spacing w:after="40"/>
      </w:pPr>
      <w:r>
        <w:rPr>
          <w:b/>
          <w:sz w:val="24"/>
        </w:rPr>
        <w:t xml:space="preserve">41. </w:t>
      </w:r>
      <w:r>
        <w:rPr>
          <w:sz w:val="24"/>
        </w:rPr>
        <w:t>I ___ up at seven, but my brother ___ up at eight.</w:t>
      </w:r>
    </w:p>
    <w:p>
      <w:pPr>
        <w:keepNext/>
        <w:keepLines/>
        <w:tabs>
          <w:tab w:pos="567" w:val="left"/>
          <w:tab w:pos="2835" w:val="left"/>
          <w:tab w:pos="5102" w:val="left"/>
          <w:tab w:pos="7370" w:val="left"/>
        </w:tabs>
        <w:spacing w:before="20" w:after="40"/>
      </w:pPr>
      <w:r>
        <w:tab/>
      </w:r>
      <w:r>
        <w:rPr>
          <w:sz w:val="24"/>
        </w:rPr>
        <w:t>A) gets / get</w:t>
      </w:r>
      <w:r>
        <w:tab/>
      </w:r>
      <w:r>
        <w:rPr>
          <w:sz w:val="24"/>
        </w:rPr>
        <w:t>B) get / get</w:t>
      </w:r>
      <w:r>
        <w:tab/>
      </w:r>
      <w:r>
        <w:rPr>
          <w:sz w:val="24"/>
        </w:rPr>
        <w:t>C) gets / gets</w:t>
      </w:r>
      <w:r>
        <w:tab/>
      </w:r>
      <w:r>
        <w:rPr>
          <w:sz w:val="24"/>
        </w:rPr>
        <w:t>D) get / gets</w:t>
      </w:r>
    </w:p>
    <w:p>
      <w:pPr>
        <w:spacing w:after="40"/>
      </w:pPr>
    </w:p>
    <w:p>
      <w:pPr>
        <w:keepNext/>
        <w:keepLines/>
        <w:spacing w:after="40"/>
      </w:pPr>
      <w:r>
        <w:rPr>
          <w:b/>
          <w:sz w:val="24"/>
        </w:rPr>
        <w:t xml:space="preserve">42. </w:t>
      </w:r>
      <w:r>
        <w:rPr>
          <w:sz w:val="24"/>
        </w:rPr>
        <w:t>My friend ___ English well, but his sisters ___ slowly.</w:t>
      </w:r>
    </w:p>
    <w:p>
      <w:pPr>
        <w:keepNext/>
        <w:keepLines/>
        <w:tabs>
          <w:tab w:pos="567" w:val="left"/>
          <w:tab w:pos="5102" w:val="left"/>
        </w:tabs>
        <w:spacing w:before="20" w:after="40"/>
      </w:pPr>
      <w:r>
        <w:tab/>
      </w:r>
      <w:r>
        <w:rPr>
          <w:sz w:val="24"/>
        </w:rPr>
        <w:t>A) speak / speaks</w:t>
      </w:r>
      <w:r>
        <w:tab/>
      </w:r>
      <w:r>
        <w:rPr>
          <w:sz w:val="24"/>
        </w:rPr>
        <w:t>B) speaks / speak</w:t>
      </w:r>
    </w:p>
    <w:p>
      <w:pPr>
        <w:keepNext/>
        <w:keepLines/>
        <w:tabs>
          <w:tab w:pos="567" w:val="left"/>
          <w:tab w:pos="5102" w:val="left"/>
        </w:tabs>
        <w:spacing w:before="20" w:after="40"/>
      </w:pPr>
      <w:r>
        <w:tab/>
      </w:r>
      <w:r>
        <w:rPr>
          <w:sz w:val="24"/>
        </w:rPr>
        <w:t>C) speaks / speaks</w:t>
      </w:r>
      <w:r>
        <w:tab/>
      </w:r>
      <w:r>
        <w:rPr>
          <w:sz w:val="24"/>
        </w:rPr>
        <w:t>D) speak / speak</w:t>
      </w:r>
    </w:p>
    <w:p>
      <w:pPr>
        <w:spacing w:after="40"/>
      </w:pPr>
    </w:p>
    <w:p>
      <w:pPr>
        <w:keepNext/>
        <w:keepLines/>
        <w:spacing w:after="40"/>
      </w:pPr>
      <w:r>
        <w:rPr>
          <w:b/>
          <w:sz w:val="24"/>
        </w:rPr>
        <w:t xml:space="preserve">43. </w:t>
      </w:r>
      <w:r>
        <w:rPr>
          <w:sz w:val="24"/>
        </w:rPr>
        <w:t>The children ___ in the garden, but the baby ___ inside.</w:t>
      </w:r>
    </w:p>
    <w:p>
      <w:pPr>
        <w:keepNext/>
        <w:keepLines/>
        <w:tabs>
          <w:tab w:pos="567" w:val="left"/>
          <w:tab w:pos="5102" w:val="left"/>
        </w:tabs>
        <w:spacing w:before="20" w:after="40"/>
      </w:pPr>
      <w:r>
        <w:tab/>
      </w:r>
      <w:r>
        <w:rPr>
          <w:sz w:val="24"/>
        </w:rPr>
        <w:t>A) sleeps / play</w:t>
      </w:r>
      <w:r>
        <w:tab/>
      </w:r>
      <w:r>
        <w:rPr>
          <w:sz w:val="24"/>
        </w:rPr>
        <w:t>B) play / play</w:t>
      </w:r>
    </w:p>
    <w:p>
      <w:pPr>
        <w:keepNext/>
        <w:keepLines/>
        <w:tabs>
          <w:tab w:pos="567" w:val="left"/>
          <w:tab w:pos="5102" w:val="left"/>
        </w:tabs>
        <w:spacing w:before="20" w:after="40"/>
      </w:pPr>
      <w:r>
        <w:tab/>
      </w:r>
      <w:r>
        <w:rPr>
          <w:sz w:val="24"/>
        </w:rPr>
        <w:t>C) play / sleeps</w:t>
      </w:r>
      <w:r>
        <w:tab/>
      </w:r>
      <w:r>
        <w:rPr>
          <w:sz w:val="24"/>
        </w:rPr>
        <w:t>D) sleeps / sleeps</w:t>
      </w:r>
    </w:p>
    <w:p>
      <w:pPr>
        <w:spacing w:after="40"/>
      </w:pPr>
    </w:p>
    <w:p>
      <w:pPr>
        <w:keepNext/>
        <w:keepLines/>
        <w:spacing w:after="40"/>
      </w:pPr>
      <w:r>
        <w:rPr>
          <w:b/>
          <w:sz w:val="24"/>
        </w:rPr>
        <w:t xml:space="preserve">44. </w:t>
      </w:r>
      <w:r>
        <w:rPr>
          <w:sz w:val="24"/>
        </w:rPr>
        <w:t>My mother ___ in a hospital, but my father ___ in a school.</w:t>
      </w:r>
    </w:p>
    <w:p>
      <w:pPr>
        <w:keepNext/>
        <w:keepLines/>
        <w:tabs>
          <w:tab w:pos="567" w:val="left"/>
          <w:tab w:pos="2835" w:val="left"/>
          <w:tab w:pos="5102" w:val="left"/>
          <w:tab w:pos="7370" w:val="left"/>
        </w:tabs>
        <w:spacing w:before="20" w:after="40"/>
      </w:pPr>
      <w:r>
        <w:tab/>
      </w:r>
      <w:r>
        <w:rPr>
          <w:sz w:val="24"/>
        </w:rPr>
        <w:t>A) works / works</w:t>
      </w:r>
      <w:r>
        <w:tab/>
      </w:r>
      <w:r>
        <w:rPr>
          <w:sz w:val="24"/>
        </w:rPr>
        <w:t>B) work / work</w:t>
      </w:r>
      <w:r>
        <w:tab/>
      </w:r>
      <w:r>
        <w:rPr>
          <w:sz w:val="24"/>
        </w:rPr>
        <w:t>C) works / work</w:t>
      </w:r>
      <w:r>
        <w:tab/>
      </w:r>
      <w:r>
        <w:rPr>
          <w:sz w:val="24"/>
        </w:rPr>
        <w:t>D) work / works</w:t>
      </w:r>
    </w:p>
    <w:p>
      <w:pPr>
        <w:spacing w:after="40"/>
      </w:pPr>
    </w:p>
    <w:p>
      <w:pPr>
        <w:keepNext/>
        <w:keepLines/>
        <w:spacing w:after="40"/>
      </w:pPr>
      <w:r>
        <w:rPr>
          <w:b/>
          <w:sz w:val="24"/>
        </w:rPr>
        <w:t xml:space="preserve">45. </w:t>
      </w:r>
      <w:r>
        <w:rPr>
          <w:sz w:val="24"/>
        </w:rPr>
        <w:t>I ___ my homework, and my sister ___ her homework too.</w:t>
      </w:r>
    </w:p>
    <w:p>
      <w:pPr>
        <w:keepNext/>
        <w:keepLines/>
        <w:tabs>
          <w:tab w:pos="567" w:val="left"/>
          <w:tab w:pos="2835" w:val="left"/>
          <w:tab w:pos="5102" w:val="left"/>
          <w:tab w:pos="7370" w:val="left"/>
        </w:tabs>
        <w:spacing w:before="20" w:after="40"/>
      </w:pPr>
      <w:r>
        <w:tab/>
      </w:r>
      <w:r>
        <w:rPr>
          <w:sz w:val="24"/>
        </w:rPr>
        <w:t>A) do / does</w:t>
      </w:r>
      <w:r>
        <w:tab/>
      </w:r>
      <w:r>
        <w:rPr>
          <w:sz w:val="24"/>
        </w:rPr>
        <w:t>B) does / do</w:t>
      </w:r>
      <w:r>
        <w:tab/>
      </w:r>
      <w:r>
        <w:rPr>
          <w:sz w:val="24"/>
        </w:rPr>
        <w:t>C) do / do</w:t>
      </w:r>
      <w:r>
        <w:tab/>
      </w:r>
      <w:r>
        <w:rPr>
          <w:sz w:val="24"/>
        </w:rPr>
        <w:t>D) does / does</w:t>
      </w:r>
    </w:p>
    <w:p>
      <w:pPr>
        <w:spacing w:after="40"/>
      </w:pPr>
    </w:p>
    <w:p>
      <w:pPr>
        <w:keepNext/>
        <w:keepLines/>
        <w:spacing w:after="40"/>
      </w:pPr>
      <w:r>
        <w:rPr>
          <w:b/>
          <w:sz w:val="24"/>
        </w:rPr>
        <w:t xml:space="preserve">46. </w:t>
      </w:r>
      <w:r>
        <w:rPr>
          <w:sz w:val="24"/>
        </w:rPr>
        <w:t>Which sentence is correct?</w:t>
      </w:r>
    </w:p>
    <w:p>
      <w:pPr>
        <w:keepNext/>
        <w:keepLines/>
        <w:tabs>
          <w:tab w:pos="567" w:val="left"/>
          <w:tab w:pos="5102" w:val="left"/>
        </w:tabs>
        <w:spacing w:before="20" w:after="40"/>
      </w:pPr>
      <w:r>
        <w:tab/>
      </w:r>
      <w:r>
        <w:rPr>
          <w:sz w:val="24"/>
        </w:rPr>
        <w:t>A) My friends is at school.</w:t>
      </w:r>
      <w:r>
        <w:tab/>
      </w:r>
      <w:r>
        <w:rPr>
          <w:sz w:val="24"/>
        </w:rPr>
        <w:t>B) My friends are go to school.</w:t>
      </w:r>
    </w:p>
    <w:p>
      <w:pPr>
        <w:keepNext/>
        <w:keepLines/>
        <w:tabs>
          <w:tab w:pos="567" w:val="left"/>
          <w:tab w:pos="5102" w:val="left"/>
        </w:tabs>
        <w:spacing w:before="20" w:after="40"/>
      </w:pPr>
      <w:r>
        <w:tab/>
      </w:r>
      <w:r>
        <w:rPr>
          <w:sz w:val="24"/>
        </w:rPr>
        <w:t>C) My friends is go school.</w:t>
      </w:r>
      <w:r>
        <w:tab/>
      </w:r>
      <w:r>
        <w:rPr>
          <w:sz w:val="24"/>
        </w:rPr>
        <w:t>D) My friends are at school.</w:t>
      </w:r>
    </w:p>
    <w:p>
      <w:pPr>
        <w:spacing w:after="40"/>
      </w:pPr>
    </w:p>
    <w:p>
      <w:pPr>
        <w:keepNext/>
        <w:keepLines/>
        <w:spacing w:after="40"/>
      </w:pPr>
      <w:r>
        <w:rPr>
          <w:b/>
          <w:sz w:val="24"/>
        </w:rPr>
        <w:t xml:space="preserve">47. </w:t>
      </w:r>
      <w:r>
        <w:rPr>
          <w:sz w:val="24"/>
        </w:rPr>
        <w:t>Choose the correct sentence.</w:t>
      </w:r>
    </w:p>
    <w:p>
      <w:pPr>
        <w:keepNext/>
        <w:keepLines/>
        <w:tabs>
          <w:tab w:pos="567" w:val="left"/>
          <w:tab w:pos="5102" w:val="left"/>
        </w:tabs>
        <w:spacing w:before="20" w:after="40"/>
      </w:pPr>
      <w:r>
        <w:tab/>
      </w:r>
      <w:r>
        <w:rPr>
          <w:sz w:val="24"/>
        </w:rPr>
        <w:t>A) She don't like tea.</w:t>
      </w:r>
      <w:r>
        <w:tab/>
      </w:r>
      <w:r>
        <w:rPr>
          <w:sz w:val="24"/>
        </w:rPr>
        <w:t>B) She doesn't likes tea.</w:t>
      </w:r>
    </w:p>
    <w:p>
      <w:pPr>
        <w:keepNext/>
        <w:keepLines/>
        <w:tabs>
          <w:tab w:pos="567" w:val="left"/>
          <w:tab w:pos="5102" w:val="left"/>
        </w:tabs>
        <w:spacing w:before="20" w:after="40"/>
      </w:pPr>
      <w:r>
        <w:tab/>
      </w:r>
      <w:r>
        <w:rPr>
          <w:sz w:val="24"/>
        </w:rPr>
        <w:t>C) She doesn't like tea.</w:t>
      </w:r>
      <w:r>
        <w:tab/>
      </w:r>
      <w:r>
        <w:rPr>
          <w:sz w:val="24"/>
        </w:rPr>
        <w:t>D) She isn't like tea.</w:t>
      </w:r>
    </w:p>
    <w:p>
      <w:pPr>
        <w:spacing w:after="40"/>
      </w:pPr>
    </w:p>
    <w:p>
      <w:pPr>
        <w:keepNext/>
        <w:keepLines/>
        <w:spacing w:after="40"/>
      </w:pPr>
      <w:r>
        <w:rPr>
          <w:b/>
          <w:sz w:val="24"/>
        </w:rPr>
        <w:t xml:space="preserve">48. </w:t>
      </w:r>
      <w:r>
        <w:rPr>
          <w:sz w:val="24"/>
        </w:rPr>
        <w:t>Find the correct sentence.</w:t>
      </w:r>
    </w:p>
    <w:p>
      <w:pPr>
        <w:keepNext/>
        <w:keepLines/>
        <w:tabs>
          <w:tab w:pos="567" w:val="left"/>
          <w:tab w:pos="5102" w:val="left"/>
        </w:tabs>
        <w:spacing w:before="20" w:after="40"/>
      </w:pPr>
      <w:r>
        <w:tab/>
      </w:r>
      <w:r>
        <w:rPr>
          <w:sz w:val="24"/>
        </w:rPr>
        <w:t>A) My brother have a bicycle.</w:t>
      </w:r>
      <w:r>
        <w:tab/>
      </w:r>
      <w:r>
        <w:rPr>
          <w:sz w:val="24"/>
        </w:rPr>
        <w:t>B) My brother has a bicycle.</w:t>
      </w:r>
    </w:p>
    <w:p>
      <w:pPr>
        <w:keepNext/>
        <w:keepLines/>
        <w:tabs>
          <w:tab w:pos="567" w:val="left"/>
          <w:tab w:pos="5102" w:val="left"/>
        </w:tabs>
        <w:spacing w:before="20" w:after="40"/>
      </w:pPr>
      <w:r>
        <w:tab/>
      </w:r>
      <w:r>
        <w:rPr>
          <w:sz w:val="24"/>
        </w:rPr>
        <w:t>C) My sister have a bicycle.</w:t>
      </w:r>
      <w:r>
        <w:tab/>
      </w:r>
      <w:r>
        <w:rPr>
          <w:sz w:val="24"/>
        </w:rPr>
        <w:t>D) My brother is a bicycle.</w:t>
      </w:r>
    </w:p>
    <w:p>
      <w:pPr>
        <w:spacing w:after="40"/>
      </w:pPr>
    </w:p>
    <w:p>
      <w:pPr>
        <w:keepNext/>
        <w:keepLines/>
        <w:spacing w:after="40"/>
      </w:pPr>
      <w:r>
        <w:rPr>
          <w:b/>
          <w:sz w:val="24"/>
        </w:rPr>
        <w:t xml:space="preserve">49. </w:t>
      </w:r>
      <w:r>
        <w:rPr>
          <w:sz w:val="24"/>
        </w:rPr>
        <w:t>___ your brother have a bicycle? Yes, he ___ .</w:t>
      </w:r>
    </w:p>
    <w:p>
      <w:pPr>
        <w:keepNext/>
        <w:keepLines/>
        <w:tabs>
          <w:tab w:pos="567" w:val="left"/>
          <w:tab w:pos="2835" w:val="left"/>
          <w:tab w:pos="5102" w:val="left"/>
          <w:tab w:pos="7370" w:val="left"/>
        </w:tabs>
        <w:spacing w:before="20" w:after="40"/>
      </w:pPr>
      <w:r>
        <w:tab/>
      </w:r>
      <w:r>
        <w:rPr>
          <w:sz w:val="24"/>
        </w:rPr>
        <w:t>A) Does / does</w:t>
      </w:r>
      <w:r>
        <w:tab/>
      </w:r>
      <w:r>
        <w:rPr>
          <w:sz w:val="24"/>
        </w:rPr>
        <w:t>B) Do / do</w:t>
      </w:r>
      <w:r>
        <w:tab/>
      </w:r>
      <w:r>
        <w:rPr>
          <w:sz w:val="24"/>
        </w:rPr>
        <w:t>C) Does / have</w:t>
      </w:r>
      <w:r>
        <w:tab/>
      </w:r>
      <w:r>
        <w:rPr>
          <w:sz w:val="24"/>
        </w:rPr>
        <w:t>D) Is / is</w:t>
      </w:r>
    </w:p>
    <w:p>
      <w:pPr>
        <w:spacing w:after="40"/>
      </w:pPr>
    </w:p>
    <w:p>
      <w:pPr>
        <w:keepNext/>
        <w:keepLines/>
        <w:spacing w:after="40"/>
      </w:pPr>
      <w:r>
        <w:rPr>
          <w:b/>
          <w:sz w:val="24"/>
        </w:rPr>
        <w:t xml:space="preserve">50. </w:t>
      </w:r>
      <w:r>
        <w:rPr>
          <w:sz w:val="24"/>
        </w:rPr>
        <w:t>My sisters ___ tall, but my brother ___ tall.</w:t>
      </w:r>
    </w:p>
    <w:p>
      <w:pPr>
        <w:keepNext/>
        <w:keepLines/>
        <w:tabs>
          <w:tab w:pos="567" w:val="left"/>
          <w:tab w:pos="2835" w:val="left"/>
          <w:tab w:pos="5102" w:val="left"/>
          <w:tab w:pos="7370" w:val="left"/>
        </w:tabs>
        <w:spacing w:before="20" w:after="40"/>
      </w:pPr>
      <w:r>
        <w:tab/>
      </w:r>
      <w:r>
        <w:rPr>
          <w:sz w:val="24"/>
        </w:rPr>
        <w:t>A) is / are</w:t>
      </w:r>
      <w:r>
        <w:tab/>
      </w:r>
      <w:r>
        <w:rPr>
          <w:sz w:val="24"/>
        </w:rPr>
        <w:t>B) are / are</w:t>
      </w:r>
      <w:r>
        <w:tab/>
      </w:r>
      <w:r>
        <w:rPr>
          <w:sz w:val="24"/>
        </w:rPr>
        <w:t>C) are / is</w:t>
      </w:r>
      <w:r>
        <w:tab/>
      </w:r>
      <w:r>
        <w:rPr>
          <w:sz w:val="24"/>
        </w:rPr>
        <w:t>D) is / is</w:t>
      </w:r>
    </w:p>
    <w:p>
      <w:pPr>
        <w:spacing w:after="40"/>
      </w:pPr>
    </w:p>
    <w:p>
      <w:pPr>
        <w:spacing w:before="240" w:after="80"/>
      </w:pPr>
      <w:r>
        <w:rPr>
          <w:b/>
          <w:color w:val="C2603C"/>
          <w:sz w:val="25"/>
        </w:rPr>
        <w:t>BOLUM B - TUZAK CELDIRICILER</w:t>
      </w:r>
    </w:p>
    <w:p>
      <w:pPr>
        <w:keepNext/>
        <w:keepLines/>
        <w:spacing w:after="40"/>
      </w:pPr>
      <w:r>
        <w:rPr>
          <w:b/>
          <w:sz w:val="24"/>
        </w:rPr>
        <w:t xml:space="preserve">51. </w:t>
      </w:r>
      <w:r>
        <w:rPr>
          <w:sz w:val="24"/>
        </w:rPr>
        <w:t>My sister ___ to music every night, but she ___ TV in the morning.</w:t>
      </w:r>
    </w:p>
    <w:p>
      <w:pPr>
        <w:keepNext/>
        <w:keepLines/>
        <w:tabs>
          <w:tab w:pos="567" w:val="left"/>
          <w:tab w:pos="5102" w:val="left"/>
        </w:tabs>
        <w:spacing w:before="20" w:after="40"/>
      </w:pPr>
      <w:r>
        <w:tab/>
      </w:r>
      <w:r>
        <w:rPr>
          <w:sz w:val="24"/>
        </w:rPr>
        <w:t>A) listens / doesn't watch</w:t>
      </w:r>
      <w:r>
        <w:tab/>
      </w:r>
      <w:r>
        <w:rPr>
          <w:sz w:val="24"/>
        </w:rPr>
        <w:t>B) listen / watches</w:t>
      </w:r>
    </w:p>
    <w:p>
      <w:pPr>
        <w:keepNext/>
        <w:keepLines/>
        <w:tabs>
          <w:tab w:pos="567" w:val="left"/>
          <w:tab w:pos="5102" w:val="left"/>
        </w:tabs>
        <w:spacing w:before="20" w:after="40"/>
      </w:pPr>
      <w:r>
        <w:tab/>
      </w:r>
      <w:r>
        <w:rPr>
          <w:sz w:val="24"/>
        </w:rPr>
        <w:t>C) listens / watch</w:t>
      </w:r>
      <w:r>
        <w:tab/>
      </w:r>
      <w:r>
        <w:rPr>
          <w:sz w:val="24"/>
        </w:rPr>
        <w:t>D) listens / watches</w:t>
      </w:r>
    </w:p>
    <w:p>
      <w:pPr>
        <w:spacing w:after="40"/>
      </w:pPr>
    </w:p>
    <w:p>
      <w:pPr>
        <w:keepNext/>
        <w:keepLines/>
        <w:spacing w:after="40"/>
      </w:pPr>
      <w:r>
        <w:rPr>
          <w:b/>
          <w:sz w:val="24"/>
        </w:rPr>
        <w:t xml:space="preserve">52. </w:t>
      </w:r>
      <w:r>
        <w:rPr>
          <w:sz w:val="24"/>
        </w:rPr>
        <w:t>My mother ___ coffee, but my father ___ tea.</w:t>
      </w:r>
    </w:p>
    <w:p>
      <w:pPr>
        <w:keepNext/>
        <w:keepLines/>
        <w:tabs>
          <w:tab w:pos="567" w:val="left"/>
          <w:tab w:pos="5102" w:val="left"/>
        </w:tabs>
        <w:spacing w:before="20" w:after="40"/>
      </w:pPr>
      <w:r>
        <w:tab/>
      </w:r>
      <w:r>
        <w:rPr>
          <w:sz w:val="24"/>
        </w:rPr>
        <w:t>A) doesn't like / like</w:t>
      </w:r>
      <w:r>
        <w:tab/>
      </w:r>
      <w:r>
        <w:rPr>
          <w:sz w:val="24"/>
        </w:rPr>
        <w:t>B) doesn't like / likes</w:t>
      </w:r>
    </w:p>
    <w:p>
      <w:pPr>
        <w:keepNext/>
        <w:keepLines/>
        <w:tabs>
          <w:tab w:pos="567" w:val="left"/>
          <w:tab w:pos="5102" w:val="left"/>
        </w:tabs>
        <w:spacing w:before="20" w:after="40"/>
      </w:pPr>
      <w:r>
        <w:tab/>
      </w:r>
      <w:r>
        <w:rPr>
          <w:sz w:val="24"/>
        </w:rPr>
        <w:t>C) don't like / likes</w:t>
      </w:r>
      <w:r>
        <w:tab/>
      </w:r>
      <w:r>
        <w:rPr>
          <w:sz w:val="24"/>
        </w:rPr>
        <w:t>D) doesn't likes / likes</w:t>
      </w:r>
    </w:p>
    <w:p>
      <w:pPr>
        <w:spacing w:after="40"/>
      </w:pPr>
    </w:p>
    <w:p>
      <w:pPr>
        <w:keepNext/>
        <w:keepLines/>
        <w:spacing w:after="40"/>
      </w:pPr>
      <w:r>
        <w:rPr>
          <w:b/>
          <w:sz w:val="24"/>
        </w:rPr>
        <w:t xml:space="preserve">53. </w:t>
      </w:r>
      <w:r>
        <w:rPr>
          <w:sz w:val="24"/>
        </w:rPr>
        <w:t>Tom ___ milk. He ___ tea.</w:t>
      </w:r>
    </w:p>
    <w:p>
      <w:pPr>
        <w:keepNext/>
        <w:keepLines/>
        <w:tabs>
          <w:tab w:pos="567" w:val="left"/>
          <w:tab w:pos="5102" w:val="left"/>
        </w:tabs>
        <w:spacing w:before="20" w:after="40"/>
      </w:pPr>
      <w:r>
        <w:tab/>
      </w:r>
      <w:r>
        <w:rPr>
          <w:sz w:val="24"/>
        </w:rPr>
        <w:t>A) doesn't drink / drink</w:t>
      </w:r>
      <w:r>
        <w:tab/>
      </w:r>
      <w:r>
        <w:rPr>
          <w:sz w:val="24"/>
        </w:rPr>
        <w:t>B) don't drink / drinks</w:t>
      </w:r>
    </w:p>
    <w:p>
      <w:pPr>
        <w:keepNext/>
        <w:keepLines/>
        <w:tabs>
          <w:tab w:pos="567" w:val="left"/>
          <w:tab w:pos="5102" w:val="left"/>
        </w:tabs>
        <w:spacing w:before="20" w:after="40"/>
      </w:pPr>
      <w:r>
        <w:tab/>
      </w:r>
      <w:r>
        <w:rPr>
          <w:sz w:val="24"/>
        </w:rPr>
        <w:t>C) doesn't drink / drinks</w:t>
      </w:r>
      <w:r>
        <w:tab/>
      </w:r>
      <w:r>
        <w:rPr>
          <w:sz w:val="24"/>
        </w:rPr>
        <w:t>D) doesn't drinks / drinks</w:t>
      </w:r>
    </w:p>
    <w:p>
      <w:pPr>
        <w:spacing w:after="40"/>
      </w:pPr>
    </w:p>
    <w:p>
      <w:pPr>
        <w:keepNext/>
        <w:keepLines/>
        <w:spacing w:after="40"/>
      </w:pPr>
      <w:r>
        <w:rPr>
          <w:b/>
          <w:sz w:val="24"/>
        </w:rPr>
        <w:t xml:space="preserve">54. </w:t>
      </w:r>
      <w:r>
        <w:rPr>
          <w:sz w:val="24"/>
        </w:rPr>
        <w:t>My sister ___ her teeth every night, but she ___ her face every morning.</w:t>
      </w:r>
    </w:p>
    <w:p>
      <w:pPr>
        <w:keepNext/>
        <w:keepLines/>
        <w:tabs>
          <w:tab w:pos="567" w:val="left"/>
          <w:tab w:pos="5102" w:val="left"/>
        </w:tabs>
        <w:spacing w:before="20" w:after="40"/>
      </w:pPr>
      <w:r>
        <w:tab/>
      </w:r>
      <w:r>
        <w:rPr>
          <w:sz w:val="24"/>
        </w:rPr>
        <w:t>A) doesn't brush / wash</w:t>
      </w:r>
      <w:r>
        <w:tab/>
      </w:r>
      <w:r>
        <w:rPr>
          <w:sz w:val="24"/>
        </w:rPr>
        <w:t>B) doesn't brush / washes</w:t>
      </w:r>
    </w:p>
    <w:p>
      <w:pPr>
        <w:keepNext/>
        <w:keepLines/>
        <w:tabs>
          <w:tab w:pos="567" w:val="left"/>
          <w:tab w:pos="5102" w:val="left"/>
        </w:tabs>
        <w:spacing w:before="20" w:after="40"/>
      </w:pPr>
      <w:r>
        <w:tab/>
      </w:r>
      <w:r>
        <w:rPr>
          <w:sz w:val="24"/>
        </w:rPr>
        <w:t>C) don't brush / washes</w:t>
      </w:r>
      <w:r>
        <w:tab/>
      </w:r>
      <w:r>
        <w:rPr>
          <w:sz w:val="24"/>
        </w:rPr>
        <w:t>D) doesn't brushes / washes</w:t>
      </w:r>
    </w:p>
    <w:p>
      <w:pPr>
        <w:spacing w:after="40"/>
      </w:pPr>
    </w:p>
    <w:p>
      <w:pPr>
        <w:keepNext/>
        <w:keepLines/>
        <w:spacing w:after="40"/>
      </w:pPr>
      <w:r>
        <w:rPr>
          <w:b/>
          <w:sz w:val="24"/>
        </w:rPr>
        <w:t xml:space="preserve">55. </w:t>
      </w:r>
      <w:r>
        <w:rPr>
          <w:sz w:val="24"/>
        </w:rPr>
        <w:t>We ___ to school on Sunday, but we ___ to school on Monday.</w:t>
      </w:r>
    </w:p>
    <w:p>
      <w:pPr>
        <w:keepNext/>
        <w:keepLines/>
        <w:tabs>
          <w:tab w:pos="567" w:val="left"/>
          <w:tab w:pos="5102" w:val="left"/>
        </w:tabs>
        <w:spacing w:before="20" w:after="40"/>
      </w:pPr>
      <w:r>
        <w:tab/>
      </w:r>
      <w:r>
        <w:rPr>
          <w:sz w:val="24"/>
        </w:rPr>
        <w:t>A) don't go / go</w:t>
      </w:r>
      <w:r>
        <w:tab/>
      </w:r>
      <w:r>
        <w:rPr>
          <w:sz w:val="24"/>
        </w:rPr>
        <w:t>B) don't go / goes</w:t>
      </w:r>
    </w:p>
    <w:p>
      <w:pPr>
        <w:keepNext/>
        <w:keepLines/>
        <w:tabs>
          <w:tab w:pos="567" w:val="left"/>
          <w:tab w:pos="5102" w:val="left"/>
        </w:tabs>
        <w:spacing w:before="20" w:after="40"/>
      </w:pPr>
      <w:r>
        <w:tab/>
      </w:r>
      <w:r>
        <w:rPr>
          <w:sz w:val="24"/>
        </w:rPr>
        <w:t>C) doesn't go / go</w:t>
      </w:r>
      <w:r>
        <w:tab/>
      </w:r>
      <w:r>
        <w:rPr>
          <w:sz w:val="24"/>
        </w:rPr>
        <w:t>D) don't goes / go</w:t>
      </w:r>
    </w:p>
    <w:p>
      <w:pPr>
        <w:spacing w:after="40"/>
      </w:pPr>
    </w:p>
    <w:p>
      <w:pPr>
        <w:keepNext/>
        <w:keepLines/>
        <w:spacing w:after="40"/>
      </w:pPr>
      <w:r>
        <w:rPr>
          <w:b/>
          <w:sz w:val="24"/>
        </w:rPr>
        <w:t xml:space="preserve">56. </w:t>
      </w:r>
      <w:r>
        <w:rPr>
          <w:sz w:val="24"/>
        </w:rPr>
        <w:t>___ she know how to play the piano? Yes, but she ___ .</w:t>
      </w:r>
    </w:p>
    <w:p>
      <w:pPr>
        <w:keepNext/>
        <w:keepLines/>
        <w:tabs>
          <w:tab w:pos="567" w:val="left"/>
          <w:tab w:pos="2835" w:val="left"/>
          <w:tab w:pos="5102" w:val="left"/>
          <w:tab w:pos="7370" w:val="left"/>
        </w:tabs>
        <w:spacing w:before="20" w:after="40"/>
      </w:pPr>
      <w:r>
        <w:tab/>
      </w:r>
      <w:r>
        <w:rPr>
          <w:sz w:val="24"/>
        </w:rPr>
        <w:t>A) Does / does</w:t>
      </w:r>
      <w:r>
        <w:tab/>
      </w:r>
      <w:r>
        <w:rPr>
          <w:sz w:val="24"/>
        </w:rPr>
        <w:t>B) Can / does</w:t>
      </w:r>
      <w:r>
        <w:tab/>
      </w:r>
      <w:r>
        <w:rPr>
          <w:sz w:val="24"/>
        </w:rPr>
        <w:t>C) Does / do</w:t>
      </w:r>
      <w:r>
        <w:tab/>
      </w:r>
      <w:r>
        <w:rPr>
          <w:sz w:val="24"/>
        </w:rPr>
        <w:t>D) Does / doesn't</w:t>
      </w:r>
    </w:p>
    <w:p>
      <w:pPr>
        <w:spacing w:after="40"/>
      </w:pPr>
    </w:p>
    <w:p>
      <w:pPr>
        <w:keepNext/>
        <w:keepLines/>
        <w:spacing w:after="40"/>
      </w:pPr>
      <w:r>
        <w:rPr>
          <w:b/>
          <w:sz w:val="24"/>
        </w:rPr>
        <w:t xml:space="preserve">57. </w:t>
      </w:r>
      <w:r>
        <w:rPr>
          <w:sz w:val="24"/>
        </w:rPr>
        <w:t>___ he a doctor? No, he ___ . He is a teacher.</w:t>
      </w:r>
    </w:p>
    <w:p>
      <w:pPr>
        <w:keepNext/>
        <w:keepLines/>
        <w:tabs>
          <w:tab w:pos="567" w:val="left"/>
          <w:tab w:pos="2835" w:val="left"/>
          <w:tab w:pos="5102" w:val="left"/>
          <w:tab w:pos="7370" w:val="left"/>
        </w:tabs>
        <w:spacing w:before="20" w:after="40"/>
      </w:pPr>
      <w:r>
        <w:tab/>
      </w:r>
      <w:r>
        <w:rPr>
          <w:sz w:val="24"/>
        </w:rPr>
        <w:t>A) Does / doesn't</w:t>
      </w:r>
      <w:r>
        <w:tab/>
      </w:r>
      <w:r>
        <w:rPr>
          <w:sz w:val="24"/>
        </w:rPr>
        <w:t>B) Is / doesn't</w:t>
      </w:r>
      <w:r>
        <w:tab/>
      </w:r>
      <w:r>
        <w:rPr>
          <w:sz w:val="24"/>
        </w:rPr>
        <w:t>C) Does / isn't</w:t>
      </w:r>
      <w:r>
        <w:tab/>
      </w:r>
      <w:r>
        <w:rPr>
          <w:sz w:val="24"/>
        </w:rPr>
        <w:t>D) Is / isn't</w:t>
      </w:r>
    </w:p>
    <w:p>
      <w:pPr>
        <w:spacing w:after="40"/>
      </w:pPr>
    </w:p>
    <w:p>
      <w:pPr>
        <w:keepNext/>
        <w:keepLines/>
        <w:spacing w:after="40"/>
      </w:pPr>
      <w:r>
        <w:rPr>
          <w:b/>
          <w:sz w:val="24"/>
        </w:rPr>
        <w:t xml:space="preserve">58. </w:t>
      </w:r>
      <w:r>
        <w:rPr>
          <w:sz w:val="24"/>
        </w:rPr>
        <w:t>___ your father ___ at a bank?</w:t>
      </w:r>
    </w:p>
    <w:p>
      <w:pPr>
        <w:keepNext/>
        <w:keepLines/>
        <w:tabs>
          <w:tab w:pos="567" w:val="left"/>
          <w:tab w:pos="2835" w:val="left"/>
          <w:tab w:pos="5102" w:val="left"/>
          <w:tab w:pos="7370" w:val="left"/>
        </w:tabs>
        <w:spacing w:before="20" w:after="40"/>
      </w:pPr>
      <w:r>
        <w:tab/>
      </w:r>
      <w:r>
        <w:rPr>
          <w:sz w:val="24"/>
        </w:rPr>
        <w:t>A) Does / work</w:t>
      </w:r>
      <w:r>
        <w:tab/>
      </w:r>
      <w:r>
        <w:rPr>
          <w:sz w:val="24"/>
        </w:rPr>
        <w:t>B) Do / work</w:t>
      </w:r>
      <w:r>
        <w:tab/>
      </w:r>
      <w:r>
        <w:rPr>
          <w:sz w:val="24"/>
        </w:rPr>
        <w:t>C) Does / works</w:t>
      </w:r>
      <w:r>
        <w:tab/>
      </w:r>
      <w:r>
        <w:rPr>
          <w:sz w:val="24"/>
        </w:rPr>
        <w:t>D) Is / work</w:t>
      </w:r>
    </w:p>
    <w:p>
      <w:pPr>
        <w:spacing w:after="40"/>
      </w:pPr>
    </w:p>
    <w:p>
      <w:pPr>
        <w:keepNext/>
        <w:keepLines/>
        <w:spacing w:after="40"/>
      </w:pPr>
      <w:r>
        <w:rPr>
          <w:b/>
          <w:sz w:val="24"/>
        </w:rPr>
        <w:t xml:space="preserve">59. </w:t>
      </w:r>
      <w:r>
        <w:rPr>
          <w:sz w:val="24"/>
        </w:rPr>
        <w:t>___ Ali and Tom ___ to school every day?</w:t>
      </w:r>
    </w:p>
    <w:p>
      <w:pPr>
        <w:keepNext/>
        <w:keepLines/>
        <w:tabs>
          <w:tab w:pos="567" w:val="left"/>
          <w:tab w:pos="2835" w:val="left"/>
          <w:tab w:pos="5102" w:val="left"/>
          <w:tab w:pos="7370" w:val="left"/>
        </w:tabs>
        <w:spacing w:before="20" w:after="40"/>
      </w:pPr>
      <w:r>
        <w:tab/>
      </w:r>
      <w:r>
        <w:rPr>
          <w:sz w:val="24"/>
        </w:rPr>
        <w:t>A) Does / go</w:t>
      </w:r>
      <w:r>
        <w:tab/>
      </w:r>
      <w:r>
        <w:rPr>
          <w:sz w:val="24"/>
        </w:rPr>
        <w:t>B) Do / goes</w:t>
      </w:r>
      <w:r>
        <w:tab/>
      </w:r>
      <w:r>
        <w:rPr>
          <w:sz w:val="24"/>
        </w:rPr>
        <w:t>C) Do / go</w:t>
      </w:r>
      <w:r>
        <w:tab/>
      </w:r>
      <w:r>
        <w:rPr>
          <w:sz w:val="24"/>
        </w:rPr>
        <w:t>D) Does / goes</w:t>
      </w:r>
    </w:p>
    <w:p>
      <w:pPr>
        <w:spacing w:after="40"/>
      </w:pPr>
    </w:p>
    <w:p>
      <w:pPr>
        <w:keepNext/>
        <w:keepLines/>
        <w:spacing w:after="40"/>
      </w:pPr>
      <w:r>
        <w:rPr>
          <w:b/>
          <w:sz w:val="24"/>
        </w:rPr>
        <w:t xml:space="preserve">60. </w:t>
      </w:r>
      <w:r>
        <w:rPr>
          <w:sz w:val="24"/>
        </w:rPr>
        <w:t>___ you like pizza? Yes, I ___ .</w:t>
      </w:r>
    </w:p>
    <w:p>
      <w:pPr>
        <w:keepNext/>
        <w:keepLines/>
        <w:tabs>
          <w:tab w:pos="567" w:val="left"/>
          <w:tab w:pos="2835" w:val="left"/>
          <w:tab w:pos="5102" w:val="left"/>
          <w:tab w:pos="7370" w:val="left"/>
        </w:tabs>
        <w:spacing w:before="20" w:after="40"/>
      </w:pPr>
      <w:r>
        <w:tab/>
      </w:r>
      <w:r>
        <w:rPr>
          <w:sz w:val="24"/>
        </w:rPr>
        <w:t>A) Are / am</w:t>
      </w:r>
      <w:r>
        <w:tab/>
      </w:r>
      <w:r>
        <w:rPr>
          <w:sz w:val="24"/>
        </w:rPr>
        <w:t>B) Do / do</w:t>
      </w:r>
      <w:r>
        <w:tab/>
      </w:r>
      <w:r>
        <w:rPr>
          <w:sz w:val="24"/>
        </w:rPr>
        <w:t>C) Do / am</w:t>
      </w:r>
      <w:r>
        <w:tab/>
      </w:r>
      <w:r>
        <w:rPr>
          <w:sz w:val="24"/>
        </w:rPr>
        <w:t>D) Are / do</w:t>
      </w:r>
    </w:p>
    <w:p>
      <w:pPr>
        <w:spacing w:after="40"/>
      </w:pPr>
    </w:p>
    <w:p>
      <w:pPr>
        <w:keepNext/>
        <w:keepLines/>
        <w:spacing w:after="40"/>
      </w:pPr>
      <w:r>
        <w:rPr>
          <w:b/>
          <w:sz w:val="24"/>
        </w:rPr>
        <w:t xml:space="preserve">61. </w:t>
      </w:r>
      <w:r>
        <w:rPr>
          <w:sz w:val="24"/>
        </w:rPr>
        <w:t>___ your sister a teacher? No, she ___ .</w:t>
      </w:r>
    </w:p>
    <w:p>
      <w:pPr>
        <w:keepNext/>
        <w:keepLines/>
        <w:tabs>
          <w:tab w:pos="567" w:val="left"/>
          <w:tab w:pos="2835" w:val="left"/>
          <w:tab w:pos="5102" w:val="left"/>
          <w:tab w:pos="7370" w:val="left"/>
        </w:tabs>
        <w:spacing w:before="20" w:after="40"/>
      </w:pPr>
      <w:r>
        <w:tab/>
      </w:r>
      <w:r>
        <w:rPr>
          <w:sz w:val="24"/>
        </w:rPr>
        <w:t>A) Does / doesn't</w:t>
      </w:r>
      <w:r>
        <w:tab/>
      </w:r>
      <w:r>
        <w:rPr>
          <w:sz w:val="24"/>
        </w:rPr>
        <w:t>B) Is / isn't</w:t>
      </w:r>
      <w:r>
        <w:tab/>
      </w:r>
      <w:r>
        <w:rPr>
          <w:sz w:val="24"/>
        </w:rPr>
        <w:t>C) Is / doesn't</w:t>
      </w:r>
      <w:r>
        <w:tab/>
      </w:r>
      <w:r>
        <w:rPr>
          <w:sz w:val="24"/>
        </w:rPr>
        <w:t>D) Does / isn't</w:t>
      </w:r>
    </w:p>
    <w:p>
      <w:pPr>
        <w:spacing w:after="40"/>
      </w:pPr>
    </w:p>
    <w:p>
      <w:pPr>
        <w:keepNext/>
        <w:keepLines/>
        <w:spacing w:after="40"/>
      </w:pPr>
      <w:r>
        <w:rPr>
          <w:b/>
          <w:sz w:val="24"/>
        </w:rPr>
        <w:t xml:space="preserve">62. </w:t>
      </w:r>
      <w:r>
        <w:rPr>
          <w:sz w:val="24"/>
        </w:rPr>
        <w:t>___ your brother ___ a bicycle? Yes, he ___ .</w:t>
      </w:r>
    </w:p>
    <w:p>
      <w:pPr>
        <w:keepNext/>
        <w:keepLines/>
        <w:tabs>
          <w:tab w:pos="567" w:val="left"/>
          <w:tab w:pos="5102" w:val="left"/>
        </w:tabs>
        <w:spacing w:before="20" w:after="40"/>
      </w:pPr>
      <w:r>
        <w:tab/>
      </w:r>
      <w:r>
        <w:rPr>
          <w:sz w:val="24"/>
        </w:rPr>
        <w:t>A) Does / has / does</w:t>
      </w:r>
      <w:r>
        <w:tab/>
      </w:r>
      <w:r>
        <w:rPr>
          <w:sz w:val="24"/>
        </w:rPr>
        <w:t>B) Do / have / do</w:t>
      </w:r>
    </w:p>
    <w:p>
      <w:pPr>
        <w:keepNext/>
        <w:keepLines/>
        <w:tabs>
          <w:tab w:pos="567" w:val="left"/>
          <w:tab w:pos="5102" w:val="left"/>
        </w:tabs>
        <w:spacing w:before="20" w:after="40"/>
      </w:pPr>
      <w:r>
        <w:tab/>
      </w:r>
      <w:r>
        <w:rPr>
          <w:sz w:val="24"/>
        </w:rPr>
        <w:t>C) Does / have / does</w:t>
      </w:r>
      <w:r>
        <w:tab/>
      </w:r>
      <w:r>
        <w:rPr>
          <w:sz w:val="24"/>
        </w:rPr>
        <w:t>D) Does / have / do</w:t>
      </w:r>
    </w:p>
    <w:p>
      <w:pPr>
        <w:spacing w:after="40"/>
      </w:pPr>
    </w:p>
    <w:p>
      <w:pPr>
        <w:keepNext/>
        <w:keepLines/>
        <w:spacing w:after="40"/>
      </w:pPr>
      <w:r>
        <w:rPr>
          <w:b/>
          <w:sz w:val="24"/>
        </w:rPr>
        <w:t xml:space="preserve">63. </w:t>
      </w:r>
      <w:r>
        <w:rPr>
          <w:sz w:val="24"/>
        </w:rPr>
        <w:t>I go to school in the morning and I go to bed ___ .</w:t>
      </w:r>
    </w:p>
    <w:p>
      <w:pPr>
        <w:keepNext/>
        <w:keepLines/>
        <w:tabs>
          <w:tab w:pos="567" w:val="left"/>
          <w:tab w:pos="2835" w:val="left"/>
          <w:tab w:pos="5102" w:val="left"/>
          <w:tab w:pos="7370" w:val="left"/>
        </w:tabs>
        <w:spacing w:before="20" w:after="40"/>
      </w:pPr>
      <w:r>
        <w:tab/>
      </w:r>
      <w:r>
        <w:rPr>
          <w:sz w:val="24"/>
        </w:rPr>
        <w:t>A) at morning</w:t>
      </w:r>
      <w:r>
        <w:tab/>
      </w:r>
      <w:r>
        <w:rPr>
          <w:sz w:val="24"/>
        </w:rPr>
        <w:t>B) on night</w:t>
      </w:r>
      <w:r>
        <w:tab/>
      </w:r>
      <w:r>
        <w:rPr>
          <w:sz w:val="24"/>
        </w:rPr>
        <w:t>C) in night</w:t>
      </w:r>
      <w:r>
        <w:tab/>
      </w:r>
      <w:r>
        <w:rPr>
          <w:sz w:val="24"/>
        </w:rPr>
        <w:t>D) at night</w:t>
      </w:r>
    </w:p>
    <w:p>
      <w:pPr>
        <w:spacing w:after="40"/>
      </w:pPr>
    </w:p>
    <w:p>
      <w:pPr>
        <w:keepNext/>
        <w:keepLines/>
        <w:spacing w:after="40"/>
      </w:pPr>
      <w:r>
        <w:rPr>
          <w:b/>
          <w:sz w:val="24"/>
        </w:rPr>
        <w:t xml:space="preserve">64. </w:t>
      </w:r>
      <w:r>
        <w:rPr>
          <w:sz w:val="24"/>
        </w:rPr>
        <w:t>We have a lesson ___ Monday morning, but we stay at home ___ the weekend.</w:t>
      </w:r>
    </w:p>
    <w:p>
      <w:pPr>
        <w:keepNext/>
        <w:keepLines/>
        <w:tabs>
          <w:tab w:pos="567" w:val="left"/>
          <w:tab w:pos="2835" w:val="left"/>
          <w:tab w:pos="5102" w:val="left"/>
          <w:tab w:pos="7370" w:val="left"/>
        </w:tabs>
        <w:spacing w:before="20" w:after="40"/>
      </w:pPr>
      <w:r>
        <w:tab/>
      </w:r>
      <w:r>
        <w:rPr>
          <w:sz w:val="24"/>
        </w:rPr>
        <w:t>A) on / at</w:t>
      </w:r>
      <w:r>
        <w:tab/>
      </w:r>
      <w:r>
        <w:rPr>
          <w:sz w:val="24"/>
        </w:rPr>
        <w:t>B) in / at</w:t>
      </w:r>
      <w:r>
        <w:tab/>
      </w:r>
      <w:r>
        <w:rPr>
          <w:sz w:val="24"/>
        </w:rPr>
        <w:t>C) on / in</w:t>
      </w:r>
      <w:r>
        <w:tab/>
      </w:r>
      <w:r>
        <w:rPr>
          <w:sz w:val="24"/>
        </w:rPr>
        <w:t>D) at / on</w:t>
      </w:r>
    </w:p>
    <w:p>
      <w:pPr>
        <w:spacing w:after="40"/>
      </w:pPr>
    </w:p>
    <w:p>
      <w:pPr>
        <w:keepNext/>
        <w:keepLines/>
        <w:spacing w:after="40"/>
      </w:pPr>
      <w:r>
        <w:rPr>
          <w:b/>
          <w:sz w:val="24"/>
        </w:rPr>
        <w:t xml:space="preserve">65. </w:t>
      </w:r>
      <w:r>
        <w:rPr>
          <w:sz w:val="24"/>
        </w:rPr>
        <w:t>The film starts ___ midnight and finishes ___ the morning.</w:t>
      </w:r>
    </w:p>
    <w:p>
      <w:pPr>
        <w:keepNext/>
        <w:keepLines/>
        <w:tabs>
          <w:tab w:pos="567" w:val="left"/>
          <w:tab w:pos="2835" w:val="left"/>
          <w:tab w:pos="5102" w:val="left"/>
          <w:tab w:pos="7370" w:val="left"/>
        </w:tabs>
        <w:spacing w:before="20" w:after="40"/>
      </w:pPr>
      <w:r>
        <w:tab/>
      </w:r>
      <w:r>
        <w:rPr>
          <w:sz w:val="24"/>
        </w:rPr>
        <w:t>A) in / at</w:t>
      </w:r>
      <w:r>
        <w:tab/>
      </w:r>
      <w:r>
        <w:rPr>
          <w:sz w:val="24"/>
        </w:rPr>
        <w:t>B) at / at</w:t>
      </w:r>
      <w:r>
        <w:tab/>
      </w:r>
      <w:r>
        <w:rPr>
          <w:sz w:val="24"/>
        </w:rPr>
        <w:t>C) at / in</w:t>
      </w:r>
      <w:r>
        <w:tab/>
      </w:r>
      <w:r>
        <w:rPr>
          <w:sz w:val="24"/>
        </w:rPr>
        <w:t>D) on / in</w:t>
      </w:r>
    </w:p>
    <w:p>
      <w:pPr>
        <w:spacing w:after="40"/>
      </w:pPr>
    </w:p>
    <w:p>
      <w:pPr>
        <w:keepNext/>
        <w:keepLines/>
        <w:spacing w:after="40"/>
      </w:pPr>
      <w:r>
        <w:rPr>
          <w:b/>
          <w:sz w:val="24"/>
        </w:rPr>
        <w:t xml:space="preserve">66. </w:t>
      </w:r>
      <w:r>
        <w:rPr>
          <w:sz w:val="24"/>
        </w:rPr>
        <w:t>My birthday is ___ 5 May, and we have a party ___ the weekend.</w:t>
      </w:r>
    </w:p>
    <w:p>
      <w:pPr>
        <w:keepNext/>
        <w:keepLines/>
        <w:tabs>
          <w:tab w:pos="567" w:val="left"/>
          <w:tab w:pos="2835" w:val="left"/>
          <w:tab w:pos="5102" w:val="left"/>
          <w:tab w:pos="7370" w:val="left"/>
        </w:tabs>
        <w:spacing w:before="20" w:after="40"/>
      </w:pPr>
      <w:r>
        <w:tab/>
      </w:r>
      <w:r>
        <w:rPr>
          <w:sz w:val="24"/>
        </w:rPr>
        <w:t>A) in / at</w:t>
      </w:r>
      <w:r>
        <w:tab/>
      </w:r>
      <w:r>
        <w:rPr>
          <w:sz w:val="24"/>
        </w:rPr>
        <w:t>B) on / in</w:t>
      </w:r>
      <w:r>
        <w:tab/>
      </w:r>
      <w:r>
        <w:rPr>
          <w:sz w:val="24"/>
        </w:rPr>
        <w:t>C) at / at</w:t>
      </w:r>
      <w:r>
        <w:tab/>
      </w:r>
      <w:r>
        <w:rPr>
          <w:sz w:val="24"/>
        </w:rPr>
        <w:t>D) on / at</w:t>
      </w:r>
    </w:p>
    <w:p>
      <w:pPr>
        <w:spacing w:after="40"/>
      </w:pPr>
    </w:p>
    <w:p>
      <w:pPr>
        <w:keepNext/>
        <w:keepLines/>
        <w:spacing w:after="40"/>
      </w:pPr>
      <w:r>
        <w:rPr>
          <w:b/>
          <w:sz w:val="24"/>
        </w:rPr>
        <w:t xml:space="preserve">67. </w:t>
      </w:r>
      <w:r>
        <w:rPr>
          <w:sz w:val="24"/>
        </w:rPr>
        <w:t>I get up ___ seven o'clock ___ Monday.</w:t>
      </w:r>
    </w:p>
    <w:p>
      <w:pPr>
        <w:keepNext/>
        <w:keepLines/>
        <w:tabs>
          <w:tab w:pos="567" w:val="left"/>
          <w:tab w:pos="2835" w:val="left"/>
          <w:tab w:pos="5102" w:val="left"/>
          <w:tab w:pos="7370" w:val="left"/>
        </w:tabs>
        <w:spacing w:before="20" w:after="40"/>
      </w:pPr>
      <w:r>
        <w:tab/>
      </w:r>
      <w:r>
        <w:rPr>
          <w:sz w:val="24"/>
        </w:rPr>
        <w:t>A) at / on</w:t>
      </w:r>
      <w:r>
        <w:tab/>
      </w:r>
      <w:r>
        <w:rPr>
          <w:sz w:val="24"/>
        </w:rPr>
        <w:t>B) on / at</w:t>
      </w:r>
      <w:r>
        <w:tab/>
      </w:r>
      <w:r>
        <w:rPr>
          <w:sz w:val="24"/>
        </w:rPr>
        <w:t>C) in / on</w:t>
      </w:r>
      <w:r>
        <w:tab/>
      </w:r>
      <w:r>
        <w:rPr>
          <w:sz w:val="24"/>
        </w:rPr>
        <w:t>D) at / in</w:t>
      </w:r>
    </w:p>
    <w:p>
      <w:pPr>
        <w:spacing w:after="40"/>
      </w:pPr>
    </w:p>
    <w:p>
      <w:pPr>
        <w:keepNext/>
        <w:keepLines/>
        <w:spacing w:after="40"/>
      </w:pPr>
      <w:r>
        <w:rPr>
          <w:b/>
          <w:sz w:val="24"/>
        </w:rPr>
        <w:t xml:space="preserve">68. </w:t>
      </w:r>
      <w:r>
        <w:rPr>
          <w:sz w:val="24"/>
        </w:rPr>
        <w:t>It is cold ___ winter and hot ___ summer.</w:t>
      </w:r>
    </w:p>
    <w:p>
      <w:pPr>
        <w:keepNext/>
        <w:keepLines/>
        <w:tabs>
          <w:tab w:pos="567" w:val="left"/>
          <w:tab w:pos="2835" w:val="left"/>
          <w:tab w:pos="5102" w:val="left"/>
          <w:tab w:pos="7370" w:val="left"/>
        </w:tabs>
        <w:spacing w:before="20" w:after="40"/>
      </w:pPr>
      <w:r>
        <w:tab/>
      </w:r>
      <w:r>
        <w:rPr>
          <w:sz w:val="24"/>
        </w:rPr>
        <w:t>A) on / on</w:t>
      </w:r>
      <w:r>
        <w:tab/>
      </w:r>
      <w:r>
        <w:rPr>
          <w:sz w:val="24"/>
        </w:rPr>
        <w:t>B) in / in</w:t>
      </w:r>
      <w:r>
        <w:tab/>
      </w:r>
      <w:r>
        <w:rPr>
          <w:sz w:val="24"/>
        </w:rPr>
        <w:t>C) in / on</w:t>
      </w:r>
      <w:r>
        <w:tab/>
      </w:r>
      <w:r>
        <w:rPr>
          <w:sz w:val="24"/>
        </w:rPr>
        <w:t>D) at / in</w:t>
      </w:r>
    </w:p>
    <w:p>
      <w:pPr>
        <w:spacing w:after="40"/>
      </w:pPr>
    </w:p>
    <w:p>
      <w:pPr>
        <w:keepNext/>
        <w:keepLines/>
        <w:spacing w:after="40"/>
      </w:pPr>
      <w:r>
        <w:rPr>
          <w:b/>
          <w:sz w:val="24"/>
        </w:rPr>
        <w:t xml:space="preserve">69. </w:t>
      </w:r>
      <w:r>
        <w:rPr>
          <w:sz w:val="24"/>
        </w:rPr>
        <w:t>The shop is open ___ the morning and closed ___ night.</w:t>
      </w:r>
    </w:p>
    <w:p>
      <w:pPr>
        <w:keepNext/>
        <w:keepLines/>
        <w:tabs>
          <w:tab w:pos="567" w:val="left"/>
          <w:tab w:pos="2835" w:val="left"/>
          <w:tab w:pos="5102" w:val="left"/>
          <w:tab w:pos="7370" w:val="left"/>
        </w:tabs>
        <w:spacing w:before="20" w:after="40"/>
      </w:pPr>
      <w:r>
        <w:tab/>
      </w:r>
      <w:r>
        <w:rPr>
          <w:sz w:val="24"/>
        </w:rPr>
        <w:t>A) in / at</w:t>
      </w:r>
      <w:r>
        <w:tab/>
      </w:r>
      <w:r>
        <w:rPr>
          <w:sz w:val="24"/>
        </w:rPr>
        <w:t>B) at / in</w:t>
      </w:r>
      <w:r>
        <w:tab/>
      </w:r>
      <w:r>
        <w:rPr>
          <w:sz w:val="24"/>
        </w:rPr>
        <w:t>C) in / in</w:t>
      </w:r>
      <w:r>
        <w:tab/>
      </w:r>
      <w:r>
        <w:rPr>
          <w:sz w:val="24"/>
        </w:rPr>
        <w:t>D) on / at</w:t>
      </w:r>
    </w:p>
    <w:p>
      <w:pPr>
        <w:spacing w:after="40"/>
      </w:pPr>
    </w:p>
    <w:p>
      <w:pPr>
        <w:keepNext/>
        <w:keepLines/>
        <w:spacing w:after="40"/>
      </w:pPr>
      <w:r>
        <w:rPr>
          <w:b/>
          <w:sz w:val="24"/>
        </w:rPr>
        <w:t xml:space="preserve">70. </w:t>
      </w:r>
      <w:r>
        <w:rPr>
          <w:sz w:val="24"/>
        </w:rPr>
        <w:t>Ali ___ at seven o'clock and ___ breakfast. Then he goes to school.</w:t>
      </w:r>
    </w:p>
    <w:p>
      <w:pPr>
        <w:keepNext/>
        <w:keepLines/>
        <w:tabs>
          <w:tab w:pos="567" w:val="left"/>
          <w:tab w:pos="2835" w:val="left"/>
          <w:tab w:pos="5102" w:val="left"/>
          <w:tab w:pos="7370" w:val="left"/>
        </w:tabs>
        <w:spacing w:before="20" w:after="40"/>
      </w:pPr>
      <w:r>
        <w:tab/>
      </w:r>
      <w:r>
        <w:rPr>
          <w:sz w:val="24"/>
        </w:rPr>
        <w:t>A) get ups / has</w:t>
      </w:r>
      <w:r>
        <w:tab/>
      </w:r>
      <w:r>
        <w:rPr>
          <w:sz w:val="24"/>
        </w:rPr>
        <w:t>B) gets up / has</w:t>
      </w:r>
      <w:r>
        <w:tab/>
      </w:r>
      <w:r>
        <w:rPr>
          <w:sz w:val="24"/>
        </w:rPr>
        <w:t>C) gets up / have</w:t>
      </w:r>
      <w:r>
        <w:tab/>
      </w:r>
      <w:r>
        <w:rPr>
          <w:sz w:val="24"/>
        </w:rPr>
        <w:t>D) getting / has</w:t>
      </w:r>
    </w:p>
    <w:p>
      <w:pPr>
        <w:spacing w:after="40"/>
      </w:pPr>
    </w:p>
    <w:p>
      <w:pPr>
        <w:keepNext/>
        <w:keepLines/>
        <w:spacing w:after="40"/>
      </w:pPr>
      <w:r>
        <w:rPr>
          <w:b/>
          <w:sz w:val="24"/>
        </w:rPr>
        <w:t xml:space="preserve">71. </w:t>
      </w:r>
      <w:r>
        <w:rPr>
          <w:sz w:val="24"/>
        </w:rPr>
        <w:t>My father ___ at six o'clock. He ___ breakfast and ___ to work.</w:t>
      </w:r>
    </w:p>
    <w:p>
      <w:pPr>
        <w:keepNext/>
        <w:keepLines/>
        <w:tabs>
          <w:tab w:pos="567" w:val="left"/>
          <w:tab w:pos="5102" w:val="left"/>
        </w:tabs>
        <w:spacing w:before="20" w:after="40"/>
      </w:pPr>
      <w:r>
        <w:tab/>
      </w:r>
      <w:r>
        <w:rPr>
          <w:sz w:val="24"/>
        </w:rPr>
        <w:t>A) get / has / go</w:t>
      </w:r>
      <w:r>
        <w:tab/>
      </w:r>
      <w:r>
        <w:rPr>
          <w:sz w:val="24"/>
        </w:rPr>
        <w:t>B) gets / have / goes</w:t>
      </w:r>
    </w:p>
    <w:p>
      <w:pPr>
        <w:keepNext/>
        <w:keepLines/>
        <w:tabs>
          <w:tab w:pos="567" w:val="left"/>
          <w:tab w:pos="5102" w:val="left"/>
        </w:tabs>
        <w:spacing w:before="20" w:after="40"/>
      </w:pPr>
      <w:r>
        <w:tab/>
      </w:r>
      <w:r>
        <w:rPr>
          <w:sz w:val="24"/>
        </w:rPr>
        <w:t>C) gets up / has / goes</w:t>
      </w:r>
      <w:r>
        <w:tab/>
      </w:r>
      <w:r>
        <w:rPr>
          <w:sz w:val="24"/>
        </w:rPr>
        <w:t>D) get / have / go</w:t>
      </w:r>
    </w:p>
    <w:p>
      <w:pPr>
        <w:spacing w:after="40"/>
      </w:pPr>
    </w:p>
    <w:p>
      <w:pPr>
        <w:keepNext/>
        <w:keepLines/>
        <w:spacing w:after="40"/>
      </w:pPr>
      <w:r>
        <w:rPr>
          <w:b/>
          <w:sz w:val="24"/>
        </w:rPr>
        <w:t xml:space="preserve">72. </w:t>
      </w:r>
      <w:r>
        <w:rPr>
          <w:sz w:val="24"/>
        </w:rPr>
        <w:t>She ___ early on Monday and ___ up the house.</w:t>
      </w:r>
    </w:p>
    <w:p>
      <w:pPr>
        <w:keepNext/>
        <w:keepLines/>
        <w:tabs>
          <w:tab w:pos="567" w:val="left"/>
          <w:tab w:pos="2835" w:val="left"/>
          <w:tab w:pos="5102" w:val="left"/>
          <w:tab w:pos="7370" w:val="left"/>
        </w:tabs>
        <w:spacing w:before="20" w:after="40"/>
      </w:pPr>
      <w:r>
        <w:tab/>
      </w:r>
      <w:r>
        <w:rPr>
          <w:sz w:val="24"/>
        </w:rPr>
        <w:t>A) wake / cleans</w:t>
      </w:r>
      <w:r>
        <w:tab/>
      </w:r>
      <w:r>
        <w:rPr>
          <w:sz w:val="24"/>
        </w:rPr>
        <w:t>B) wakes / clean</w:t>
      </w:r>
      <w:r>
        <w:tab/>
      </w:r>
      <w:r>
        <w:rPr>
          <w:sz w:val="24"/>
        </w:rPr>
        <w:t>C) wake / clean</w:t>
      </w:r>
      <w:r>
        <w:tab/>
      </w:r>
      <w:r>
        <w:rPr>
          <w:sz w:val="24"/>
        </w:rPr>
        <w:t>D) wakes / cleans</w:t>
      </w:r>
    </w:p>
    <w:p>
      <w:pPr>
        <w:spacing w:after="40"/>
      </w:pPr>
    </w:p>
    <w:p>
      <w:pPr>
        <w:keepNext/>
        <w:keepLines/>
        <w:spacing w:after="40"/>
      </w:pPr>
      <w:r>
        <w:rPr>
          <w:b/>
          <w:sz w:val="24"/>
        </w:rPr>
        <w:t xml:space="preserve">73. </w:t>
      </w:r>
      <w:r>
        <w:rPr>
          <w:sz w:val="24"/>
        </w:rPr>
        <w:t>The children ___ up early and ___ breakfast.</w:t>
      </w:r>
    </w:p>
    <w:p>
      <w:pPr>
        <w:keepNext/>
        <w:keepLines/>
        <w:tabs>
          <w:tab w:pos="567" w:val="left"/>
          <w:tab w:pos="2835" w:val="left"/>
          <w:tab w:pos="5102" w:val="left"/>
          <w:tab w:pos="7370" w:val="left"/>
        </w:tabs>
        <w:spacing w:before="20" w:after="40"/>
      </w:pPr>
      <w:r>
        <w:tab/>
      </w:r>
      <w:r>
        <w:rPr>
          <w:sz w:val="24"/>
        </w:rPr>
        <w:t>A) get / have</w:t>
      </w:r>
      <w:r>
        <w:tab/>
      </w:r>
      <w:r>
        <w:rPr>
          <w:sz w:val="24"/>
        </w:rPr>
        <w:t>B) gets / has</w:t>
      </w:r>
      <w:r>
        <w:tab/>
      </w:r>
      <w:r>
        <w:rPr>
          <w:sz w:val="24"/>
        </w:rPr>
        <w:t>C) get / has</w:t>
      </w:r>
      <w:r>
        <w:tab/>
      </w:r>
      <w:r>
        <w:rPr>
          <w:sz w:val="24"/>
        </w:rPr>
        <w:t>D) gets / have</w:t>
      </w:r>
    </w:p>
    <w:p>
      <w:pPr>
        <w:spacing w:after="40"/>
      </w:pPr>
    </w:p>
    <w:p>
      <w:pPr>
        <w:keepNext/>
        <w:keepLines/>
        <w:spacing w:after="40"/>
      </w:pPr>
      <w:r>
        <w:rPr>
          <w:b/>
          <w:sz w:val="24"/>
        </w:rPr>
        <w:t xml:space="preserve">74. </w:t>
      </w:r>
      <w:r>
        <w:rPr>
          <w:sz w:val="24"/>
        </w:rPr>
        <w:t>___ she like apples? Yes, but she ___ bananas.</w:t>
      </w:r>
    </w:p>
    <w:p>
      <w:pPr>
        <w:keepNext/>
        <w:keepLines/>
        <w:tabs>
          <w:tab w:pos="567" w:val="left"/>
          <w:tab w:pos="5102" w:val="left"/>
        </w:tabs>
        <w:spacing w:before="20" w:after="40"/>
      </w:pPr>
      <w:r>
        <w:tab/>
      </w:r>
      <w:r>
        <w:rPr>
          <w:sz w:val="24"/>
        </w:rPr>
        <w:t>A) Does / doesn't likes</w:t>
      </w:r>
      <w:r>
        <w:tab/>
      </w:r>
      <w:r>
        <w:rPr>
          <w:sz w:val="24"/>
        </w:rPr>
        <w:t>B) Do / doesn't like</w:t>
      </w:r>
    </w:p>
    <w:p>
      <w:pPr>
        <w:keepNext/>
        <w:keepLines/>
        <w:tabs>
          <w:tab w:pos="567" w:val="left"/>
          <w:tab w:pos="5102" w:val="left"/>
        </w:tabs>
        <w:spacing w:before="20" w:after="40"/>
      </w:pPr>
      <w:r>
        <w:tab/>
      </w:r>
      <w:r>
        <w:rPr>
          <w:sz w:val="24"/>
        </w:rPr>
        <w:t>C) Does / doesn't like</w:t>
      </w:r>
      <w:r>
        <w:tab/>
      </w:r>
      <w:r>
        <w:rPr>
          <w:sz w:val="24"/>
        </w:rPr>
        <w:t>D) Does / don't like</w:t>
      </w:r>
    </w:p>
    <w:p>
      <w:pPr>
        <w:spacing w:after="40"/>
      </w:pPr>
    </w:p>
    <w:p>
      <w:pPr>
        <w:keepNext/>
        <w:keepLines/>
        <w:spacing w:after="40"/>
      </w:pPr>
      <w:r>
        <w:rPr>
          <w:b/>
          <w:sz w:val="24"/>
        </w:rPr>
        <w:t xml:space="preserve">75. </w:t>
      </w:r>
      <w:r>
        <w:rPr>
          <w:sz w:val="24"/>
        </w:rPr>
        <w:t>___ you play football? Yes, but I ___ basketball.</w:t>
      </w:r>
    </w:p>
    <w:p>
      <w:pPr>
        <w:keepNext/>
        <w:keepLines/>
        <w:tabs>
          <w:tab w:pos="567" w:val="left"/>
          <w:tab w:pos="5102" w:val="left"/>
        </w:tabs>
        <w:spacing w:before="20" w:after="40"/>
      </w:pPr>
      <w:r>
        <w:tab/>
      </w:r>
      <w:r>
        <w:rPr>
          <w:sz w:val="24"/>
        </w:rPr>
        <w:t>A) Do / don't plays</w:t>
      </w:r>
      <w:r>
        <w:tab/>
      </w:r>
      <w:r>
        <w:rPr>
          <w:sz w:val="24"/>
        </w:rPr>
        <w:t>B) Does / doesn't play</w:t>
      </w:r>
    </w:p>
    <w:p>
      <w:pPr>
        <w:keepNext/>
        <w:keepLines/>
        <w:tabs>
          <w:tab w:pos="567" w:val="left"/>
          <w:tab w:pos="5102" w:val="left"/>
        </w:tabs>
        <w:spacing w:before="20" w:after="40"/>
      </w:pPr>
      <w:r>
        <w:tab/>
      </w:r>
      <w:r>
        <w:rPr>
          <w:sz w:val="24"/>
        </w:rPr>
        <w:t>C) Do / doesn't play</w:t>
      </w:r>
      <w:r>
        <w:tab/>
      </w:r>
      <w:r>
        <w:rPr>
          <w:sz w:val="24"/>
        </w:rPr>
        <w:t>D) Do / don't play</w:t>
      </w:r>
    </w:p>
    <w:p>
      <w:pPr>
        <w:spacing w:after="40"/>
      </w:pPr>
    </w:p>
    <w:p>
      <w:pPr>
        <w:keepNext/>
        <w:keepLines/>
        <w:spacing w:after="40"/>
      </w:pPr>
      <w:r>
        <w:rPr>
          <w:b/>
          <w:sz w:val="24"/>
        </w:rPr>
        <w:t xml:space="preserve">76. </w:t>
      </w:r>
      <w:r>
        <w:rPr>
          <w:sz w:val="24"/>
        </w:rPr>
        <w:t>___ he speak English? Yes, but he ___ Turkish.</w:t>
      </w:r>
    </w:p>
    <w:p>
      <w:pPr>
        <w:keepNext/>
        <w:keepLines/>
        <w:tabs>
          <w:tab w:pos="567" w:val="left"/>
          <w:tab w:pos="5102" w:val="left"/>
        </w:tabs>
        <w:spacing w:before="20" w:after="40"/>
      </w:pPr>
      <w:r>
        <w:tab/>
      </w:r>
      <w:r>
        <w:rPr>
          <w:sz w:val="24"/>
        </w:rPr>
        <w:t>A) Does / doesn't speaks</w:t>
      </w:r>
      <w:r>
        <w:tab/>
      </w:r>
      <w:r>
        <w:rPr>
          <w:sz w:val="24"/>
        </w:rPr>
        <w:t>B) Does / doesn't speak</w:t>
      </w:r>
    </w:p>
    <w:p>
      <w:pPr>
        <w:keepNext/>
        <w:keepLines/>
        <w:tabs>
          <w:tab w:pos="567" w:val="left"/>
          <w:tab w:pos="5102" w:val="left"/>
        </w:tabs>
        <w:spacing w:before="20" w:after="40"/>
      </w:pPr>
      <w:r>
        <w:tab/>
      </w:r>
      <w:r>
        <w:rPr>
          <w:sz w:val="24"/>
        </w:rPr>
        <w:t>C) Do / doesn't speak</w:t>
      </w:r>
      <w:r>
        <w:tab/>
      </w:r>
      <w:r>
        <w:rPr>
          <w:sz w:val="24"/>
        </w:rPr>
        <w:t>D) Does / don't speak</w:t>
      </w:r>
    </w:p>
    <w:p>
      <w:pPr>
        <w:spacing w:after="40"/>
      </w:pPr>
    </w:p>
    <w:p>
      <w:pPr>
        <w:keepNext/>
        <w:keepLines/>
        <w:spacing w:after="40"/>
      </w:pPr>
      <w:r>
        <w:rPr>
          <w:b/>
          <w:sz w:val="24"/>
        </w:rPr>
        <w:t xml:space="preserve">77. </w:t>
      </w:r>
      <w:r>
        <w:rPr>
          <w:sz w:val="24"/>
        </w:rPr>
        <w:t>Do you drink milk? No, I ___ .</w:t>
      </w:r>
    </w:p>
    <w:p>
      <w:pPr>
        <w:keepNext/>
        <w:keepLines/>
        <w:tabs>
          <w:tab w:pos="567" w:val="left"/>
          <w:tab w:pos="2835" w:val="left"/>
          <w:tab w:pos="5102" w:val="left"/>
          <w:tab w:pos="7370" w:val="left"/>
        </w:tabs>
        <w:spacing w:before="20" w:after="40"/>
      </w:pPr>
      <w:r>
        <w:tab/>
      </w:r>
      <w:r>
        <w:rPr>
          <w:sz w:val="24"/>
        </w:rPr>
        <w:t>A) doesn't</w:t>
      </w:r>
      <w:r>
        <w:tab/>
      </w:r>
      <w:r>
        <w:rPr>
          <w:sz w:val="24"/>
        </w:rPr>
        <w:t>B) am not</w:t>
      </w:r>
      <w:r>
        <w:tab/>
      </w:r>
      <w:r>
        <w:rPr>
          <w:sz w:val="24"/>
        </w:rPr>
        <w:t>C) don't</w:t>
      </w:r>
      <w:r>
        <w:tab/>
      </w:r>
      <w:r>
        <w:rPr>
          <w:sz w:val="24"/>
        </w:rPr>
        <w:t>D) not</w:t>
      </w:r>
    </w:p>
    <w:p>
      <w:pPr>
        <w:spacing w:after="40"/>
      </w:pPr>
    </w:p>
    <w:p>
      <w:pPr>
        <w:keepNext/>
        <w:keepLines/>
        <w:spacing w:after="40"/>
      </w:pPr>
      <w:r>
        <w:rPr>
          <w:b/>
          <w:sz w:val="24"/>
        </w:rPr>
        <w:t xml:space="preserve">78. </w:t>
      </w:r>
      <w:r>
        <w:rPr>
          <w:sz w:val="24"/>
        </w:rPr>
        <w:t>She ___ at this time every night.</w:t>
      </w:r>
    </w:p>
    <w:p>
      <w:pPr>
        <w:keepNext/>
        <w:keepLines/>
        <w:tabs>
          <w:tab w:pos="567" w:val="left"/>
          <w:tab w:pos="2835" w:val="left"/>
          <w:tab w:pos="5102" w:val="left"/>
          <w:tab w:pos="7370" w:val="left"/>
        </w:tabs>
        <w:spacing w:before="20" w:after="40"/>
      </w:pPr>
      <w:r>
        <w:tab/>
      </w:r>
      <w:r>
        <w:rPr>
          <w:sz w:val="24"/>
        </w:rPr>
        <w:t>A) sleep</w:t>
      </w:r>
      <w:r>
        <w:tab/>
      </w:r>
      <w:r>
        <w:rPr>
          <w:sz w:val="24"/>
        </w:rPr>
        <w:t>B) is sleeping</w:t>
      </w:r>
      <w:r>
        <w:tab/>
      </w:r>
      <w:r>
        <w:rPr>
          <w:sz w:val="24"/>
        </w:rPr>
        <w:t>C) sleeping</w:t>
      </w:r>
      <w:r>
        <w:tab/>
      </w:r>
      <w:r>
        <w:rPr>
          <w:sz w:val="24"/>
        </w:rPr>
        <w:t>D) sleeps</w:t>
      </w:r>
    </w:p>
    <w:p>
      <w:pPr>
        <w:spacing w:after="40"/>
      </w:pPr>
    </w:p>
    <w:p>
      <w:pPr>
        <w:keepNext/>
        <w:keepLines/>
        <w:spacing w:after="40"/>
      </w:pPr>
      <w:r>
        <w:rPr>
          <w:b/>
          <w:sz w:val="24"/>
        </w:rPr>
        <w:t xml:space="preserve">79. </w:t>
      </w:r>
      <w:r>
        <w:rPr>
          <w:sz w:val="24"/>
        </w:rPr>
        <w:t>My brother ___ milk every morning. It ___ healthy.</w:t>
      </w:r>
    </w:p>
    <w:p>
      <w:pPr>
        <w:keepNext/>
        <w:keepLines/>
        <w:tabs>
          <w:tab w:pos="567" w:val="left"/>
          <w:tab w:pos="2835" w:val="left"/>
          <w:tab w:pos="5102" w:val="left"/>
          <w:tab w:pos="7370" w:val="left"/>
        </w:tabs>
        <w:spacing w:before="20" w:after="40"/>
      </w:pPr>
      <w:r>
        <w:tab/>
      </w:r>
      <w:r>
        <w:rPr>
          <w:sz w:val="24"/>
        </w:rPr>
        <w:t>A) drinks / is</w:t>
      </w:r>
      <w:r>
        <w:tab/>
      </w:r>
      <w:r>
        <w:rPr>
          <w:sz w:val="24"/>
        </w:rPr>
        <w:t>B) drink / is</w:t>
      </w:r>
      <w:r>
        <w:tab/>
      </w:r>
      <w:r>
        <w:rPr>
          <w:sz w:val="24"/>
        </w:rPr>
        <w:t>C) drinks / are</w:t>
      </w:r>
      <w:r>
        <w:tab/>
      </w:r>
      <w:r>
        <w:rPr>
          <w:sz w:val="24"/>
        </w:rPr>
        <w:t>D) drink / are</w:t>
      </w:r>
    </w:p>
    <w:p>
      <w:pPr>
        <w:spacing w:after="40"/>
      </w:pPr>
    </w:p>
    <w:p>
      <w:pPr>
        <w:keepNext/>
        <w:keepLines/>
        <w:spacing w:after="40"/>
      </w:pPr>
      <w:r>
        <w:rPr>
          <w:b/>
          <w:sz w:val="24"/>
        </w:rPr>
        <w:t xml:space="preserve">80. </w:t>
      </w:r>
      <w:r>
        <w:rPr>
          <w:sz w:val="24"/>
        </w:rPr>
        <w:t>We ___ home at four o'clock and I ___ my homework.</w:t>
      </w:r>
    </w:p>
    <w:p>
      <w:pPr>
        <w:keepNext/>
        <w:keepLines/>
        <w:tabs>
          <w:tab w:pos="567" w:val="left"/>
          <w:tab w:pos="2835" w:val="left"/>
          <w:tab w:pos="5102" w:val="left"/>
          <w:tab w:pos="7370" w:val="left"/>
        </w:tabs>
        <w:spacing w:before="20" w:after="40"/>
      </w:pPr>
      <w:r>
        <w:tab/>
      </w:r>
      <w:r>
        <w:rPr>
          <w:sz w:val="24"/>
        </w:rPr>
        <w:t>A) comes / does</w:t>
      </w:r>
      <w:r>
        <w:tab/>
      </w:r>
      <w:r>
        <w:rPr>
          <w:sz w:val="24"/>
        </w:rPr>
        <w:t>B) come / do</w:t>
      </w:r>
      <w:r>
        <w:tab/>
      </w:r>
      <w:r>
        <w:rPr>
          <w:sz w:val="24"/>
        </w:rPr>
        <w:t>C) come / does</w:t>
      </w:r>
      <w:r>
        <w:tab/>
      </w:r>
      <w:r>
        <w:rPr>
          <w:sz w:val="24"/>
        </w:rPr>
        <w:t>D) comes / do</w:t>
      </w:r>
    </w:p>
    <w:p>
      <w:pPr>
        <w:spacing w:after="40"/>
      </w:pPr>
    </w:p>
    <w:p>
      <w:pPr>
        <w:keepNext/>
        <w:keepLines/>
        <w:spacing w:after="40"/>
      </w:pPr>
      <w:r>
        <w:rPr>
          <w:b/>
          <w:sz w:val="24"/>
        </w:rPr>
        <w:t xml:space="preserve">81. </w:t>
      </w:r>
      <w:r>
        <w:rPr>
          <w:sz w:val="24"/>
        </w:rPr>
        <w:t>Sara ___ from Turkey. She ___ from Cyprus.</w:t>
      </w:r>
    </w:p>
    <w:p>
      <w:pPr>
        <w:keepNext/>
        <w:keepLines/>
        <w:tabs>
          <w:tab w:pos="567" w:val="left"/>
          <w:tab w:pos="2835" w:val="left"/>
          <w:tab w:pos="5102" w:val="left"/>
          <w:tab w:pos="7370" w:val="left"/>
        </w:tabs>
        <w:spacing w:before="20" w:after="40"/>
      </w:pPr>
      <w:r>
        <w:tab/>
      </w:r>
      <w:r>
        <w:rPr>
          <w:sz w:val="24"/>
        </w:rPr>
        <w:t>A) doesn't / is</w:t>
      </w:r>
      <w:r>
        <w:tab/>
      </w:r>
      <w:r>
        <w:rPr>
          <w:sz w:val="24"/>
        </w:rPr>
        <w:t>B) isn't / is</w:t>
      </w:r>
      <w:r>
        <w:tab/>
      </w:r>
      <w:r>
        <w:rPr>
          <w:sz w:val="24"/>
        </w:rPr>
        <w:t>C) isn't / does</w:t>
      </w:r>
      <w:r>
        <w:tab/>
      </w:r>
      <w:r>
        <w:rPr>
          <w:sz w:val="24"/>
        </w:rPr>
        <w:t>D) doesn't / does</w:t>
      </w:r>
    </w:p>
    <w:p>
      <w:pPr>
        <w:spacing w:after="40"/>
      </w:pPr>
    </w:p>
    <w:p>
      <w:pPr>
        <w:keepNext/>
        <w:keepLines/>
        <w:spacing w:after="40"/>
      </w:pPr>
      <w:r>
        <w:rPr>
          <w:b/>
          <w:sz w:val="24"/>
        </w:rPr>
        <w:t xml:space="preserve">82. </w:t>
      </w:r>
      <w:r>
        <w:rPr>
          <w:sz w:val="24"/>
        </w:rPr>
        <w:t>It ___ one o'clock. I am hungry. I have ___ now.</w:t>
      </w:r>
    </w:p>
    <w:p>
      <w:pPr>
        <w:keepNext/>
        <w:keepLines/>
        <w:tabs>
          <w:tab w:pos="567" w:val="left"/>
          <w:tab w:pos="2835" w:val="left"/>
          <w:tab w:pos="5102" w:val="left"/>
          <w:tab w:pos="7370" w:val="left"/>
        </w:tabs>
        <w:spacing w:before="20" w:after="40"/>
      </w:pPr>
      <w:r>
        <w:tab/>
      </w:r>
      <w:r>
        <w:rPr>
          <w:sz w:val="24"/>
        </w:rPr>
        <w:t>A) is / breakfast</w:t>
      </w:r>
      <w:r>
        <w:tab/>
      </w:r>
      <w:r>
        <w:rPr>
          <w:sz w:val="24"/>
        </w:rPr>
        <w:t>B) are / lunch</w:t>
      </w:r>
      <w:r>
        <w:tab/>
      </w:r>
      <w:r>
        <w:rPr>
          <w:sz w:val="24"/>
        </w:rPr>
        <w:t>C) is / bed</w:t>
      </w:r>
      <w:r>
        <w:tab/>
      </w:r>
      <w:r>
        <w:rPr>
          <w:sz w:val="24"/>
        </w:rPr>
        <w:t>D) is / lunch</w:t>
      </w:r>
    </w:p>
    <w:p>
      <w:pPr>
        <w:spacing w:after="40"/>
      </w:pPr>
    </w:p>
    <w:p>
      <w:pPr>
        <w:keepNext/>
        <w:keepLines/>
        <w:spacing w:after="40"/>
      </w:pPr>
      <w:r>
        <w:rPr>
          <w:b/>
          <w:sz w:val="24"/>
        </w:rPr>
        <w:t xml:space="preserve">83. </w:t>
      </w:r>
      <w:r>
        <w:rPr>
          <w:sz w:val="24"/>
        </w:rPr>
        <w:t>My father ___ at a bank and he ___ home at six o'clock.</w:t>
      </w:r>
    </w:p>
    <w:p>
      <w:pPr>
        <w:keepNext/>
        <w:keepLines/>
        <w:tabs>
          <w:tab w:pos="567" w:val="left"/>
          <w:tab w:pos="2835" w:val="left"/>
          <w:tab w:pos="5102" w:val="left"/>
          <w:tab w:pos="7370" w:val="left"/>
        </w:tabs>
        <w:spacing w:before="20" w:after="40"/>
      </w:pPr>
      <w:r>
        <w:tab/>
      </w:r>
      <w:r>
        <w:rPr>
          <w:sz w:val="24"/>
        </w:rPr>
        <w:t>A) works / come</w:t>
      </w:r>
      <w:r>
        <w:tab/>
      </w:r>
      <w:r>
        <w:rPr>
          <w:sz w:val="24"/>
        </w:rPr>
        <w:t>B) work / comes</w:t>
      </w:r>
      <w:r>
        <w:tab/>
      </w:r>
      <w:r>
        <w:rPr>
          <w:sz w:val="24"/>
        </w:rPr>
        <w:t>C) works / comes</w:t>
      </w:r>
      <w:r>
        <w:tab/>
      </w:r>
      <w:r>
        <w:rPr>
          <w:sz w:val="24"/>
        </w:rPr>
        <w:t>D) work / come</w:t>
      </w:r>
    </w:p>
    <w:p>
      <w:pPr>
        <w:spacing w:after="40"/>
      </w:pPr>
    </w:p>
    <w:p>
      <w:pPr>
        <w:keepNext/>
        <w:keepLines/>
        <w:spacing w:after="40"/>
      </w:pPr>
      <w:r>
        <w:rPr>
          <w:b/>
          <w:sz w:val="24"/>
        </w:rPr>
        <w:t xml:space="preserve">84. </w:t>
      </w:r>
      <w:r>
        <w:rPr>
          <w:sz w:val="24"/>
        </w:rPr>
        <w:t>I ___ to school at eight o'clock, but my sister ___ at nine.</w:t>
      </w:r>
    </w:p>
    <w:p>
      <w:pPr>
        <w:keepNext/>
        <w:keepLines/>
        <w:tabs>
          <w:tab w:pos="567" w:val="left"/>
          <w:tab w:pos="2835" w:val="left"/>
          <w:tab w:pos="5102" w:val="left"/>
          <w:tab w:pos="7370" w:val="left"/>
        </w:tabs>
        <w:spacing w:before="20" w:after="40"/>
      </w:pPr>
      <w:r>
        <w:tab/>
      </w:r>
      <w:r>
        <w:rPr>
          <w:sz w:val="24"/>
        </w:rPr>
        <w:t>A) go / goes</w:t>
      </w:r>
      <w:r>
        <w:tab/>
      </w:r>
      <w:r>
        <w:rPr>
          <w:sz w:val="24"/>
        </w:rPr>
        <w:t>B) goes / go</w:t>
      </w:r>
      <w:r>
        <w:tab/>
      </w:r>
      <w:r>
        <w:rPr>
          <w:sz w:val="24"/>
        </w:rPr>
        <w:t>C) go / go</w:t>
      </w:r>
      <w:r>
        <w:tab/>
      </w:r>
      <w:r>
        <w:rPr>
          <w:sz w:val="24"/>
        </w:rPr>
        <w:t>D) goes / goes</w:t>
      </w:r>
    </w:p>
    <w:p>
      <w:pPr>
        <w:spacing w:after="40"/>
      </w:pPr>
    </w:p>
    <w:p>
      <w:pPr>
        <w:keepNext/>
        <w:keepLines/>
        <w:spacing w:after="40"/>
      </w:pPr>
      <w:r>
        <w:rPr>
          <w:b/>
          <w:sz w:val="24"/>
        </w:rPr>
        <w:t xml:space="preserve">85. </w:t>
      </w:r>
      <w:r>
        <w:rPr>
          <w:sz w:val="24"/>
        </w:rPr>
        <w:t>We ___ football, but they ___ tennis.</w:t>
      </w:r>
    </w:p>
    <w:p>
      <w:pPr>
        <w:keepNext/>
        <w:keepLines/>
        <w:tabs>
          <w:tab w:pos="567" w:val="left"/>
          <w:tab w:pos="2835" w:val="left"/>
          <w:tab w:pos="5102" w:val="left"/>
          <w:tab w:pos="7370" w:val="left"/>
        </w:tabs>
        <w:spacing w:before="20" w:after="40"/>
      </w:pPr>
      <w:r>
        <w:tab/>
      </w:r>
      <w:r>
        <w:rPr>
          <w:sz w:val="24"/>
        </w:rPr>
        <w:t>A) plays / play</w:t>
      </w:r>
      <w:r>
        <w:tab/>
      </w:r>
      <w:r>
        <w:rPr>
          <w:sz w:val="24"/>
        </w:rPr>
        <w:t>B) play / play</w:t>
      </w:r>
      <w:r>
        <w:tab/>
      </w:r>
      <w:r>
        <w:rPr>
          <w:sz w:val="24"/>
        </w:rPr>
        <w:t>C) plays / plays</w:t>
      </w:r>
      <w:r>
        <w:tab/>
      </w:r>
      <w:r>
        <w:rPr>
          <w:sz w:val="24"/>
        </w:rPr>
        <w:t>D) play / plays</w:t>
      </w:r>
    </w:p>
    <w:p>
      <w:pPr>
        <w:spacing w:after="40"/>
      </w:pPr>
    </w:p>
    <w:p>
      <w:pPr>
        <w:keepNext/>
        <w:keepLines/>
        <w:spacing w:after="40"/>
      </w:pPr>
      <w:r>
        <w:rPr>
          <w:b/>
          <w:sz w:val="24"/>
        </w:rPr>
        <w:t xml:space="preserve">86. </w:t>
      </w:r>
      <w:r>
        <w:rPr>
          <w:sz w:val="24"/>
        </w:rPr>
        <w:t>They ___ juice, but she ___ water.</w:t>
      </w:r>
    </w:p>
    <w:p>
      <w:pPr>
        <w:keepNext/>
        <w:keepLines/>
        <w:tabs>
          <w:tab w:pos="567" w:val="left"/>
          <w:tab w:pos="5102" w:val="left"/>
        </w:tabs>
        <w:spacing w:before="20" w:after="40"/>
      </w:pPr>
      <w:r>
        <w:tab/>
      </w:r>
      <w:r>
        <w:rPr>
          <w:sz w:val="24"/>
        </w:rPr>
        <w:t>A) drink / drinks</w:t>
      </w:r>
      <w:r>
        <w:tab/>
      </w:r>
      <w:r>
        <w:rPr>
          <w:sz w:val="24"/>
        </w:rPr>
        <w:t>B) drinks / drink</w:t>
      </w:r>
    </w:p>
    <w:p>
      <w:pPr>
        <w:keepNext/>
        <w:keepLines/>
        <w:tabs>
          <w:tab w:pos="567" w:val="left"/>
          <w:tab w:pos="5102" w:val="left"/>
        </w:tabs>
        <w:spacing w:before="20" w:after="40"/>
      </w:pPr>
      <w:r>
        <w:tab/>
      </w:r>
      <w:r>
        <w:rPr>
          <w:sz w:val="24"/>
        </w:rPr>
        <w:t>C) drink / drink</w:t>
      </w:r>
      <w:r>
        <w:tab/>
      </w:r>
      <w:r>
        <w:rPr>
          <w:sz w:val="24"/>
        </w:rPr>
        <w:t>D) drinks / drinks</w:t>
      </w:r>
    </w:p>
    <w:p>
      <w:pPr>
        <w:spacing w:after="40"/>
      </w:pPr>
    </w:p>
    <w:p>
      <w:pPr>
        <w:keepNext/>
        <w:keepLines/>
        <w:spacing w:after="40"/>
      </w:pPr>
      <w:r>
        <w:rPr>
          <w:b/>
          <w:sz w:val="24"/>
        </w:rPr>
        <w:t xml:space="preserve">87. </w:t>
      </w:r>
      <w:r>
        <w:rPr>
          <w:sz w:val="24"/>
        </w:rPr>
        <w:t>The teacher ___ English very well, but the students ___ slowly.</w:t>
      </w:r>
    </w:p>
    <w:p>
      <w:pPr>
        <w:keepNext/>
        <w:keepLines/>
        <w:tabs>
          <w:tab w:pos="567" w:val="left"/>
          <w:tab w:pos="2835" w:val="left"/>
          <w:tab w:pos="5102" w:val="left"/>
          <w:tab w:pos="7370" w:val="left"/>
        </w:tabs>
        <w:spacing w:before="20" w:after="40"/>
      </w:pPr>
      <w:r>
        <w:tab/>
      </w:r>
      <w:r>
        <w:rPr>
          <w:sz w:val="24"/>
        </w:rPr>
        <w:t>A) speak / reads</w:t>
      </w:r>
      <w:r>
        <w:tab/>
      </w:r>
      <w:r>
        <w:rPr>
          <w:sz w:val="24"/>
        </w:rPr>
        <w:t>B) speaks / read</w:t>
      </w:r>
      <w:r>
        <w:tab/>
      </w:r>
      <w:r>
        <w:rPr>
          <w:sz w:val="24"/>
        </w:rPr>
        <w:t>C) speaks / reads</w:t>
      </w:r>
      <w:r>
        <w:tab/>
      </w:r>
      <w:r>
        <w:rPr>
          <w:sz w:val="24"/>
        </w:rPr>
        <w:t>D) speak / read</w:t>
      </w:r>
    </w:p>
    <w:p>
      <w:pPr>
        <w:spacing w:after="40"/>
      </w:pPr>
    </w:p>
    <w:p>
      <w:pPr>
        <w:keepNext/>
        <w:keepLines/>
        <w:spacing w:after="40"/>
      </w:pPr>
      <w:r>
        <w:rPr>
          <w:b/>
          <w:sz w:val="24"/>
        </w:rPr>
        <w:t xml:space="preserve">88. </w:t>
      </w:r>
      <w:r>
        <w:rPr>
          <w:sz w:val="24"/>
        </w:rPr>
        <w:t>My friends ___ in London, but I ___ in Cyprus.</w:t>
      </w:r>
    </w:p>
    <w:p>
      <w:pPr>
        <w:keepNext/>
        <w:keepLines/>
        <w:tabs>
          <w:tab w:pos="567" w:val="left"/>
          <w:tab w:pos="2835" w:val="left"/>
          <w:tab w:pos="5102" w:val="left"/>
          <w:tab w:pos="7370" w:val="left"/>
        </w:tabs>
        <w:spacing w:before="20" w:after="40"/>
      </w:pPr>
      <w:r>
        <w:tab/>
      </w:r>
      <w:r>
        <w:rPr>
          <w:sz w:val="24"/>
        </w:rPr>
        <w:t>A) lives / am</w:t>
      </w:r>
      <w:r>
        <w:tab/>
      </w:r>
      <w:r>
        <w:rPr>
          <w:sz w:val="24"/>
        </w:rPr>
        <w:t>B) live / is</w:t>
      </w:r>
      <w:r>
        <w:tab/>
      </w:r>
      <w:r>
        <w:rPr>
          <w:sz w:val="24"/>
        </w:rPr>
        <w:t>C) live / am</w:t>
      </w:r>
      <w:r>
        <w:tab/>
      </w:r>
      <w:r>
        <w:rPr>
          <w:sz w:val="24"/>
        </w:rPr>
        <w:t>D) live / are</w:t>
      </w:r>
    </w:p>
    <w:p>
      <w:pPr>
        <w:spacing w:after="40"/>
      </w:pPr>
    </w:p>
    <w:p>
      <w:pPr>
        <w:keepNext/>
        <w:keepLines/>
        <w:spacing w:after="40"/>
      </w:pPr>
      <w:r>
        <w:rPr>
          <w:b/>
          <w:sz w:val="24"/>
        </w:rPr>
        <w:t xml:space="preserve">89. </w:t>
      </w:r>
      <w:r>
        <w:rPr>
          <w:sz w:val="24"/>
        </w:rPr>
        <w:t>I ___ a student, and my sister ___ a teacher.</w:t>
      </w:r>
    </w:p>
    <w:p>
      <w:pPr>
        <w:keepNext/>
        <w:keepLines/>
        <w:tabs>
          <w:tab w:pos="567" w:val="left"/>
          <w:tab w:pos="2835" w:val="left"/>
          <w:tab w:pos="5102" w:val="left"/>
          <w:tab w:pos="7370" w:val="left"/>
        </w:tabs>
        <w:spacing w:before="20" w:after="40"/>
      </w:pPr>
      <w:r>
        <w:tab/>
      </w:r>
      <w:r>
        <w:rPr>
          <w:sz w:val="24"/>
        </w:rPr>
        <w:t>A) am / is</w:t>
      </w:r>
      <w:r>
        <w:tab/>
      </w:r>
      <w:r>
        <w:rPr>
          <w:sz w:val="24"/>
        </w:rPr>
        <w:t>B) is / am</w:t>
      </w:r>
      <w:r>
        <w:tab/>
      </w:r>
      <w:r>
        <w:rPr>
          <w:sz w:val="24"/>
        </w:rPr>
        <w:t>C) am / are</w:t>
      </w:r>
      <w:r>
        <w:tab/>
      </w:r>
      <w:r>
        <w:rPr>
          <w:sz w:val="24"/>
        </w:rPr>
        <w:t>D) are / is</w:t>
      </w:r>
    </w:p>
    <w:p>
      <w:pPr>
        <w:spacing w:after="40"/>
      </w:pPr>
    </w:p>
    <w:p>
      <w:pPr>
        <w:keepNext/>
        <w:keepLines/>
        <w:spacing w:after="40"/>
      </w:pPr>
      <w:r>
        <w:rPr>
          <w:b/>
          <w:sz w:val="24"/>
        </w:rPr>
        <w:t xml:space="preserve">90. </w:t>
      </w:r>
      <w:r>
        <w:rPr>
          <w:sz w:val="24"/>
        </w:rPr>
        <w:t>My parents ___ in a big house, but my brother ___ in a small house.</w:t>
      </w:r>
    </w:p>
    <w:p>
      <w:pPr>
        <w:keepNext/>
        <w:keepLines/>
        <w:tabs>
          <w:tab w:pos="567" w:val="left"/>
          <w:tab w:pos="2835" w:val="left"/>
          <w:tab w:pos="5102" w:val="left"/>
          <w:tab w:pos="7370" w:val="left"/>
        </w:tabs>
        <w:spacing w:before="20" w:after="40"/>
      </w:pPr>
      <w:r>
        <w:tab/>
      </w:r>
      <w:r>
        <w:rPr>
          <w:sz w:val="24"/>
        </w:rPr>
        <w:t>A) lives / live</w:t>
      </w:r>
      <w:r>
        <w:tab/>
      </w:r>
      <w:r>
        <w:rPr>
          <w:sz w:val="24"/>
        </w:rPr>
        <w:t>B) live / live</w:t>
      </w:r>
      <w:r>
        <w:tab/>
      </w:r>
      <w:r>
        <w:rPr>
          <w:sz w:val="24"/>
        </w:rPr>
        <w:t>C) lives / lives</w:t>
      </w:r>
      <w:r>
        <w:tab/>
      </w:r>
      <w:r>
        <w:rPr>
          <w:sz w:val="24"/>
        </w:rPr>
        <w:t>D) live / lives</w:t>
      </w:r>
    </w:p>
    <w:p>
      <w:pPr>
        <w:spacing w:after="40"/>
      </w:pPr>
    </w:p>
    <w:p>
      <w:pPr>
        <w:keepNext/>
        <w:keepLines/>
        <w:spacing w:after="40"/>
      </w:pPr>
      <w:r>
        <w:rPr>
          <w:b/>
          <w:sz w:val="24"/>
        </w:rPr>
        <w:t xml:space="preserve">91. </w:t>
      </w:r>
      <w:r>
        <w:rPr>
          <w:sz w:val="24"/>
        </w:rPr>
        <w:t>Ali and Tom ___ students, and I ___ a teacher.</w:t>
      </w:r>
    </w:p>
    <w:p>
      <w:pPr>
        <w:keepNext/>
        <w:keepLines/>
        <w:tabs>
          <w:tab w:pos="567" w:val="left"/>
          <w:tab w:pos="2835" w:val="left"/>
          <w:tab w:pos="5102" w:val="left"/>
          <w:tab w:pos="7370" w:val="left"/>
        </w:tabs>
        <w:spacing w:before="20" w:after="40"/>
      </w:pPr>
      <w:r>
        <w:tab/>
      </w:r>
      <w:r>
        <w:rPr>
          <w:sz w:val="24"/>
        </w:rPr>
        <w:t>A) is / am</w:t>
      </w:r>
      <w:r>
        <w:tab/>
      </w:r>
      <w:r>
        <w:rPr>
          <w:sz w:val="24"/>
        </w:rPr>
        <w:t>B) are / am</w:t>
      </w:r>
      <w:r>
        <w:tab/>
      </w:r>
      <w:r>
        <w:rPr>
          <w:sz w:val="24"/>
        </w:rPr>
        <w:t>C) are / is</w:t>
      </w:r>
      <w:r>
        <w:tab/>
      </w:r>
      <w:r>
        <w:rPr>
          <w:sz w:val="24"/>
        </w:rPr>
        <w:t>D) am / are</w:t>
      </w:r>
    </w:p>
    <w:p>
      <w:pPr>
        <w:spacing w:after="40"/>
      </w:pPr>
    </w:p>
    <w:p>
      <w:pPr>
        <w:keepNext/>
        <w:keepLines/>
        <w:spacing w:after="40"/>
      </w:pPr>
      <w:r>
        <w:rPr>
          <w:b/>
          <w:sz w:val="24"/>
        </w:rPr>
        <w:t xml:space="preserve">92. </w:t>
      </w:r>
      <w:r>
        <w:rPr>
          <w:sz w:val="24"/>
        </w:rPr>
        <w:t>She ___ a doctor, and she ___ in a hospital.</w:t>
      </w:r>
    </w:p>
    <w:p>
      <w:pPr>
        <w:keepNext/>
        <w:keepLines/>
        <w:tabs>
          <w:tab w:pos="567" w:val="left"/>
          <w:tab w:pos="2835" w:val="left"/>
          <w:tab w:pos="5102" w:val="left"/>
          <w:tab w:pos="7370" w:val="left"/>
        </w:tabs>
        <w:spacing w:before="20" w:after="40"/>
      </w:pPr>
      <w:r>
        <w:tab/>
      </w:r>
      <w:r>
        <w:rPr>
          <w:sz w:val="24"/>
        </w:rPr>
        <w:t>A) is / work</w:t>
      </w:r>
      <w:r>
        <w:tab/>
      </w:r>
      <w:r>
        <w:rPr>
          <w:sz w:val="24"/>
        </w:rPr>
        <w:t>B) are / works</w:t>
      </w:r>
      <w:r>
        <w:tab/>
      </w:r>
      <w:r>
        <w:rPr>
          <w:sz w:val="24"/>
        </w:rPr>
        <w:t>C) is / works</w:t>
      </w:r>
      <w:r>
        <w:tab/>
      </w:r>
      <w:r>
        <w:rPr>
          <w:sz w:val="24"/>
        </w:rPr>
        <w:t>D) am / works</w:t>
      </w:r>
    </w:p>
    <w:p>
      <w:pPr>
        <w:spacing w:after="40"/>
      </w:pPr>
    </w:p>
    <w:p>
      <w:pPr>
        <w:keepNext/>
        <w:keepLines/>
        <w:spacing w:after="40"/>
      </w:pPr>
      <w:r>
        <w:rPr>
          <w:b/>
          <w:sz w:val="24"/>
        </w:rPr>
        <w:t xml:space="preserve">93. </w:t>
      </w:r>
      <w:r>
        <w:rPr>
          <w:sz w:val="24"/>
        </w:rPr>
        <w:t>Which sentence has no mistake?</w:t>
      </w:r>
    </w:p>
    <w:p>
      <w:pPr>
        <w:keepNext/>
        <w:keepLines/>
        <w:tabs>
          <w:tab w:pos="567" w:val="left"/>
        </w:tabs>
        <w:spacing w:before="20" w:after="40"/>
      </w:pPr>
      <w:r>
        <w:tab/>
      </w:r>
      <w:r>
        <w:rPr>
          <w:sz w:val="24"/>
        </w:rPr>
        <w:t>A) My brother go to school at eight o'clock.</w:t>
      </w:r>
    </w:p>
    <w:p>
      <w:pPr>
        <w:keepNext/>
        <w:keepLines/>
        <w:tabs>
          <w:tab w:pos="567" w:val="left"/>
        </w:tabs>
        <w:spacing w:before="20" w:after="40"/>
      </w:pPr>
      <w:r>
        <w:tab/>
      </w:r>
      <w:r>
        <w:rPr>
          <w:sz w:val="24"/>
        </w:rPr>
        <w:t>B) My brother goes to school at eight o'clock.</w:t>
      </w:r>
    </w:p>
    <w:p>
      <w:pPr>
        <w:keepNext/>
        <w:keepLines/>
        <w:tabs>
          <w:tab w:pos="567" w:val="left"/>
        </w:tabs>
        <w:spacing w:before="20" w:after="40"/>
      </w:pPr>
      <w:r>
        <w:tab/>
      </w:r>
      <w:r>
        <w:rPr>
          <w:sz w:val="24"/>
        </w:rPr>
        <w:t>C) My brother is go to school at eight o'clock.</w:t>
      </w:r>
    </w:p>
    <w:p>
      <w:pPr>
        <w:keepNext/>
        <w:keepLines/>
        <w:tabs>
          <w:tab w:pos="567" w:val="left"/>
        </w:tabs>
        <w:spacing w:before="20" w:after="40"/>
      </w:pPr>
      <w:r>
        <w:tab/>
      </w:r>
      <w:r>
        <w:rPr>
          <w:sz w:val="24"/>
        </w:rPr>
        <w:t>D) My brother goes to school in eight o'clock.</w:t>
      </w:r>
    </w:p>
    <w:p>
      <w:pPr>
        <w:spacing w:after="40"/>
      </w:pPr>
    </w:p>
    <w:p>
      <w:pPr>
        <w:keepNext/>
        <w:keepLines/>
        <w:spacing w:after="40"/>
      </w:pPr>
      <w:r>
        <w:rPr>
          <w:b/>
          <w:sz w:val="24"/>
        </w:rPr>
        <w:t xml:space="preserve">94. </w:t>
      </w:r>
      <w:r>
        <w:rPr>
          <w:sz w:val="24"/>
        </w:rPr>
        <w:t>Choose the sentence with no mistake.</w:t>
      </w:r>
    </w:p>
    <w:p>
      <w:pPr>
        <w:keepNext/>
        <w:keepLines/>
        <w:tabs>
          <w:tab w:pos="567" w:val="left"/>
          <w:tab w:pos="5102" w:val="left"/>
        </w:tabs>
        <w:spacing w:before="20" w:after="40"/>
      </w:pPr>
      <w:r>
        <w:tab/>
      </w:r>
      <w:r>
        <w:rPr>
          <w:sz w:val="24"/>
        </w:rPr>
        <w:t>A) She doesn't like milk.</w:t>
      </w:r>
      <w:r>
        <w:tab/>
      </w:r>
      <w:r>
        <w:rPr>
          <w:sz w:val="24"/>
        </w:rPr>
        <w:t>B) She doesn't likes milk.</w:t>
      </w:r>
    </w:p>
    <w:p>
      <w:pPr>
        <w:keepNext/>
        <w:keepLines/>
        <w:tabs>
          <w:tab w:pos="567" w:val="left"/>
          <w:tab w:pos="5102" w:val="left"/>
        </w:tabs>
        <w:spacing w:before="20" w:after="40"/>
      </w:pPr>
      <w:r>
        <w:tab/>
      </w:r>
      <w:r>
        <w:rPr>
          <w:sz w:val="24"/>
        </w:rPr>
        <w:t>C) She don't like milk.</w:t>
      </w:r>
      <w:r>
        <w:tab/>
      </w:r>
      <w:r>
        <w:rPr>
          <w:sz w:val="24"/>
        </w:rPr>
        <w:t>D) She not like milk.</w:t>
      </w:r>
    </w:p>
    <w:p>
      <w:pPr>
        <w:spacing w:after="40"/>
      </w:pPr>
    </w:p>
    <w:p>
      <w:pPr>
        <w:keepNext/>
        <w:keepLines/>
        <w:spacing w:after="40"/>
      </w:pPr>
      <w:r>
        <w:rPr>
          <w:b/>
          <w:sz w:val="24"/>
        </w:rPr>
        <w:t xml:space="preserve">95. </w:t>
      </w:r>
      <w:r>
        <w:rPr>
          <w:sz w:val="24"/>
        </w:rPr>
        <w:t>My brother ___ tall, and he ___ football every weekend.</w:t>
      </w:r>
    </w:p>
    <w:p>
      <w:pPr>
        <w:keepNext/>
        <w:keepLines/>
        <w:tabs>
          <w:tab w:pos="567" w:val="left"/>
          <w:tab w:pos="2835" w:val="left"/>
          <w:tab w:pos="5102" w:val="left"/>
          <w:tab w:pos="7370" w:val="left"/>
        </w:tabs>
        <w:spacing w:before="20" w:after="40"/>
      </w:pPr>
      <w:r>
        <w:tab/>
      </w:r>
      <w:r>
        <w:rPr>
          <w:sz w:val="24"/>
        </w:rPr>
        <w:t>A) is / play</w:t>
      </w:r>
      <w:r>
        <w:tab/>
      </w:r>
      <w:r>
        <w:rPr>
          <w:sz w:val="24"/>
        </w:rPr>
        <w:t>B) are / plays</w:t>
      </w:r>
      <w:r>
        <w:tab/>
      </w:r>
      <w:r>
        <w:rPr>
          <w:sz w:val="24"/>
        </w:rPr>
        <w:t>C) is / plays</w:t>
      </w:r>
      <w:r>
        <w:tab/>
      </w:r>
      <w:r>
        <w:rPr>
          <w:sz w:val="24"/>
        </w:rPr>
        <w:t>D) am / plays</w:t>
      </w:r>
    </w:p>
    <w:p>
      <w:pPr>
        <w:spacing w:after="40"/>
      </w:pPr>
    </w:p>
    <w:p>
      <w:pPr>
        <w:keepNext/>
        <w:keepLines/>
        <w:spacing w:after="40"/>
      </w:pPr>
      <w:r>
        <w:rPr>
          <w:b/>
          <w:sz w:val="24"/>
        </w:rPr>
        <w:t xml:space="preserve">96. </w:t>
      </w:r>
      <w:r>
        <w:rPr>
          <w:sz w:val="24"/>
        </w:rPr>
        <w:t>The baby ___ now, but she usually ___ at this time.</w:t>
      </w:r>
    </w:p>
    <w:p>
      <w:pPr>
        <w:keepNext/>
        <w:keepLines/>
        <w:tabs>
          <w:tab w:pos="567" w:val="left"/>
          <w:tab w:pos="5102" w:val="left"/>
        </w:tabs>
        <w:spacing w:before="20" w:after="40"/>
      </w:pPr>
      <w:r>
        <w:tab/>
      </w:r>
      <w:r>
        <w:rPr>
          <w:sz w:val="24"/>
        </w:rPr>
        <w:t>A) sleeps / is sleeping</w:t>
      </w:r>
      <w:r>
        <w:tab/>
      </w:r>
      <w:r>
        <w:rPr>
          <w:sz w:val="24"/>
        </w:rPr>
        <w:t>B) is sleeping / is sleeping</w:t>
      </w:r>
    </w:p>
    <w:p>
      <w:pPr>
        <w:keepNext/>
        <w:keepLines/>
        <w:tabs>
          <w:tab w:pos="567" w:val="left"/>
          <w:tab w:pos="5102" w:val="left"/>
        </w:tabs>
        <w:spacing w:before="20" w:after="40"/>
      </w:pPr>
      <w:r>
        <w:tab/>
      </w:r>
      <w:r>
        <w:rPr>
          <w:sz w:val="24"/>
        </w:rPr>
        <w:t>C) sleeps / sleeps</w:t>
      </w:r>
      <w:r>
        <w:tab/>
      </w:r>
      <w:r>
        <w:rPr>
          <w:sz w:val="24"/>
        </w:rPr>
        <w:t>D) is sleeping / sleeps</w:t>
      </w:r>
    </w:p>
    <w:p>
      <w:pPr>
        <w:spacing w:after="40"/>
      </w:pPr>
    </w:p>
    <w:p>
      <w:pPr>
        <w:keepNext/>
        <w:keepLines/>
        <w:spacing w:after="40"/>
      </w:pPr>
      <w:r>
        <w:rPr>
          <w:b/>
          <w:sz w:val="24"/>
        </w:rPr>
        <w:t xml:space="preserve">97. </w:t>
      </w:r>
      <w:r>
        <w:rPr>
          <w:sz w:val="24"/>
        </w:rPr>
        <w:t>My mother ___ a teacher, and she ___ in a school.</w:t>
      </w:r>
    </w:p>
    <w:p>
      <w:pPr>
        <w:keepNext/>
        <w:keepLines/>
        <w:tabs>
          <w:tab w:pos="567" w:val="left"/>
          <w:tab w:pos="2835" w:val="left"/>
          <w:tab w:pos="5102" w:val="left"/>
          <w:tab w:pos="7370" w:val="left"/>
        </w:tabs>
        <w:spacing w:before="20" w:after="40"/>
      </w:pPr>
      <w:r>
        <w:tab/>
      </w:r>
      <w:r>
        <w:rPr>
          <w:sz w:val="24"/>
        </w:rPr>
        <w:t>A) is / work</w:t>
      </w:r>
      <w:r>
        <w:tab/>
      </w:r>
      <w:r>
        <w:rPr>
          <w:sz w:val="24"/>
        </w:rPr>
        <w:t>B) are / works</w:t>
      </w:r>
      <w:r>
        <w:tab/>
      </w:r>
      <w:r>
        <w:rPr>
          <w:sz w:val="24"/>
        </w:rPr>
        <w:t>C) is / works</w:t>
      </w:r>
      <w:r>
        <w:tab/>
      </w:r>
      <w:r>
        <w:rPr>
          <w:sz w:val="24"/>
        </w:rPr>
        <w:t>D) am / works</w:t>
      </w:r>
    </w:p>
    <w:p>
      <w:pPr>
        <w:spacing w:after="40"/>
      </w:pPr>
    </w:p>
    <w:p>
      <w:pPr>
        <w:keepNext/>
        <w:keepLines/>
        <w:spacing w:after="40"/>
      </w:pPr>
      <w:r>
        <w:rPr>
          <w:b/>
          <w:sz w:val="24"/>
        </w:rPr>
        <w:t xml:space="preserve">98. </w:t>
      </w:r>
      <w:r>
        <w:rPr>
          <w:sz w:val="24"/>
        </w:rPr>
        <w:t>___ your parents ___ in Cyprus? Yes, they ___ .</w:t>
      </w:r>
    </w:p>
    <w:p>
      <w:pPr>
        <w:keepNext/>
        <w:keepLines/>
        <w:tabs>
          <w:tab w:pos="567" w:val="left"/>
          <w:tab w:pos="5102" w:val="left"/>
        </w:tabs>
        <w:spacing w:before="20" w:after="40"/>
      </w:pPr>
      <w:r>
        <w:tab/>
      </w:r>
      <w:r>
        <w:rPr>
          <w:sz w:val="24"/>
        </w:rPr>
        <w:t>A) Does / work / does</w:t>
      </w:r>
      <w:r>
        <w:tab/>
      </w:r>
      <w:r>
        <w:rPr>
          <w:sz w:val="24"/>
        </w:rPr>
        <w:t>B) Do / work / do</w:t>
      </w:r>
    </w:p>
    <w:p>
      <w:pPr>
        <w:keepNext/>
        <w:keepLines/>
        <w:tabs>
          <w:tab w:pos="567" w:val="left"/>
          <w:tab w:pos="5102" w:val="left"/>
        </w:tabs>
        <w:spacing w:before="20" w:after="40"/>
      </w:pPr>
      <w:r>
        <w:tab/>
      </w:r>
      <w:r>
        <w:rPr>
          <w:sz w:val="24"/>
        </w:rPr>
        <w:t>C) Do / works / do</w:t>
      </w:r>
      <w:r>
        <w:tab/>
      </w:r>
      <w:r>
        <w:rPr>
          <w:sz w:val="24"/>
        </w:rPr>
        <w:t>D) Do / work / does</w:t>
      </w:r>
    </w:p>
    <w:p>
      <w:pPr>
        <w:spacing w:after="40"/>
      </w:pPr>
    </w:p>
    <w:p>
      <w:pPr>
        <w:keepNext/>
        <w:keepLines/>
        <w:spacing w:after="40"/>
      </w:pPr>
      <w:r>
        <w:rPr>
          <w:b/>
          <w:sz w:val="24"/>
        </w:rPr>
        <w:t xml:space="preserve">99. </w:t>
      </w:r>
      <w:r>
        <w:rPr>
          <w:sz w:val="24"/>
        </w:rPr>
        <w:t>My brother ___ tea, but he ___ coffee.</w:t>
      </w:r>
    </w:p>
    <w:p>
      <w:pPr>
        <w:keepNext/>
        <w:keepLines/>
        <w:tabs>
          <w:tab w:pos="567" w:val="left"/>
          <w:tab w:pos="5102" w:val="left"/>
        </w:tabs>
        <w:spacing w:before="20" w:after="40"/>
      </w:pPr>
      <w:r>
        <w:tab/>
      </w:r>
      <w:r>
        <w:rPr>
          <w:sz w:val="24"/>
        </w:rPr>
        <w:t>A) don't drink / likes</w:t>
      </w:r>
      <w:r>
        <w:tab/>
      </w:r>
      <w:r>
        <w:rPr>
          <w:sz w:val="24"/>
        </w:rPr>
        <w:t>B) doesn't drink / like</w:t>
      </w:r>
    </w:p>
    <w:p>
      <w:pPr>
        <w:keepNext/>
        <w:keepLines/>
        <w:tabs>
          <w:tab w:pos="567" w:val="left"/>
          <w:tab w:pos="5102" w:val="left"/>
        </w:tabs>
        <w:spacing w:before="20" w:after="40"/>
      </w:pPr>
      <w:r>
        <w:tab/>
      </w:r>
      <w:r>
        <w:rPr>
          <w:sz w:val="24"/>
        </w:rPr>
        <w:t>C) doesn't drinks / likes</w:t>
      </w:r>
      <w:r>
        <w:tab/>
      </w:r>
      <w:r>
        <w:rPr>
          <w:sz w:val="24"/>
        </w:rPr>
        <w:t>D) doesn't drink / likes</w:t>
      </w:r>
    </w:p>
    <w:p>
      <w:pPr>
        <w:spacing w:after="40"/>
      </w:pPr>
    </w:p>
    <w:p>
      <w:pPr>
        <w:keepNext/>
        <w:keepLines/>
        <w:spacing w:after="40"/>
      </w:pPr>
      <w:r>
        <w:rPr>
          <w:b/>
          <w:sz w:val="24"/>
        </w:rPr>
        <w:t xml:space="preserve">100. </w:t>
      </w:r>
      <w:r>
        <w:rPr>
          <w:sz w:val="24"/>
        </w:rPr>
        <w:t>It is 9:45. It is ___ .</w:t>
      </w:r>
    </w:p>
    <w:p>
      <w:pPr>
        <w:keepNext/>
        <w:keepLines/>
        <w:tabs>
          <w:tab w:pos="567" w:val="left"/>
          <w:tab w:pos="5102" w:val="left"/>
        </w:tabs>
        <w:spacing w:before="20" w:after="40"/>
      </w:pPr>
      <w:r>
        <w:tab/>
      </w:r>
      <w:r>
        <w:rPr>
          <w:sz w:val="24"/>
        </w:rPr>
        <w:t>A) quarter to ten</w:t>
      </w:r>
      <w:r>
        <w:tab/>
      </w:r>
      <w:r>
        <w:rPr>
          <w:sz w:val="24"/>
        </w:rPr>
        <w:t>B) quarter past nine</w:t>
      </w:r>
    </w:p>
    <w:p>
      <w:pPr>
        <w:keepNext/>
        <w:keepLines/>
        <w:tabs>
          <w:tab w:pos="567" w:val="left"/>
          <w:tab w:pos="5102" w:val="left"/>
        </w:tabs>
        <w:spacing w:before="20" w:after="40"/>
      </w:pPr>
      <w:r>
        <w:tab/>
      </w:r>
      <w:r>
        <w:rPr>
          <w:sz w:val="24"/>
        </w:rPr>
        <w:t>C) half past nine</w:t>
      </w:r>
      <w:r>
        <w:tab/>
      </w:r>
      <w:r>
        <w:rPr>
          <w:sz w:val="24"/>
        </w:rPr>
        <w:t>D) nine o'clock</w:t>
      </w:r>
    </w:p>
    <w:p>
      <w:pPr>
        <w:spacing w:after="40"/>
      </w:pPr>
    </w:p>
    <w:p>
      <w:pPr>
        <w:spacing w:before="240" w:after="80"/>
      </w:pPr>
      <w:r>
        <w:rPr>
          <w:b/>
          <w:color w:val="C2603C"/>
          <w:sz w:val="25"/>
        </w:rPr>
        <w:t>BOLUM C - KISA PARAGRAF (OKUMA-ANLAMA)</w:t>
      </w:r>
    </w:p>
    <w:p>
      <w:pPr>
        <w:spacing w:after="20"/>
      </w:pPr>
      <w:r>
        <w:rPr>
          <w:b/>
          <w:sz w:val="21"/>
        </w:rPr>
        <w:t>Aşağıdaki paragrafa göre cevaplayın:</w:t>
      </w:r>
    </w:p>
    <w:p>
      <w:pPr>
        <w:keepNext/>
        <w:keepLines/>
        <w:spacing w:after="120"/>
        <w:ind w:left="227" w:right="227"/>
      </w:pPr>
      <w:r>
        <w:rPr>
          <w:i/>
          <w:sz w:val="24"/>
        </w:rPr>
        <w:t>Ali is a student. He gets up at seven o'clock every morning. He washes his face and brushes his teeth. Then he has breakfast with his family. He eats bread, cheese and eggs. He drinks milk. Ali goes to school at eight o'clock. His school is near his home, so he walks to school. He likes his school and his friends.</w:t>
      </w:r>
    </w:p>
    <w:p>
      <w:pPr>
        <w:keepNext/>
        <w:keepLines/>
        <w:spacing w:after="40"/>
      </w:pPr>
      <w:r>
        <w:rPr>
          <w:b/>
          <w:sz w:val="24"/>
        </w:rPr>
        <w:t xml:space="preserve">101. </w:t>
      </w:r>
      <w:r>
        <w:rPr>
          <w:sz w:val="24"/>
        </w:rPr>
        <w:t>What time does Ali get up every morning?</w:t>
      </w:r>
    </w:p>
    <w:p>
      <w:pPr>
        <w:keepNext/>
        <w:keepLines/>
        <w:tabs>
          <w:tab w:pos="567" w:val="left"/>
          <w:tab w:pos="2835" w:val="left"/>
          <w:tab w:pos="5102" w:val="left"/>
          <w:tab w:pos="7370" w:val="left"/>
        </w:tabs>
        <w:spacing w:before="20" w:after="40"/>
      </w:pPr>
      <w:r>
        <w:tab/>
      </w:r>
      <w:r>
        <w:rPr>
          <w:sz w:val="24"/>
        </w:rPr>
        <w:t>A) six o'clock</w:t>
      </w:r>
      <w:r>
        <w:tab/>
      </w:r>
      <w:r>
        <w:rPr>
          <w:sz w:val="24"/>
        </w:rPr>
        <w:t>B) seven o'clock</w:t>
      </w:r>
      <w:r>
        <w:tab/>
      </w:r>
      <w:r>
        <w:rPr>
          <w:sz w:val="24"/>
        </w:rPr>
        <w:t>C) eight o'clock</w:t>
      </w:r>
      <w:r>
        <w:tab/>
      </w:r>
      <w:r>
        <w:rPr>
          <w:sz w:val="24"/>
        </w:rPr>
        <w:t>D) nine o'clock</w:t>
      </w:r>
    </w:p>
    <w:p>
      <w:pPr>
        <w:spacing w:after="40"/>
      </w:pPr>
    </w:p>
    <w:p>
      <w:pPr>
        <w:keepNext/>
        <w:keepLines/>
        <w:spacing w:after="40"/>
      </w:pPr>
      <w:r>
        <w:rPr>
          <w:b/>
          <w:sz w:val="24"/>
        </w:rPr>
        <w:t xml:space="preserve">102. </w:t>
      </w:r>
      <w:r>
        <w:rPr>
          <w:sz w:val="24"/>
        </w:rPr>
        <w:t>What does Ali have for breakfast?</w:t>
      </w:r>
    </w:p>
    <w:p>
      <w:pPr>
        <w:keepNext/>
        <w:keepLines/>
        <w:tabs>
          <w:tab w:pos="567" w:val="left"/>
          <w:tab w:pos="5102" w:val="left"/>
        </w:tabs>
        <w:spacing w:before="20" w:after="40"/>
      </w:pPr>
      <w:r>
        <w:tab/>
      </w:r>
      <w:r>
        <w:rPr>
          <w:sz w:val="24"/>
        </w:rPr>
        <w:t>A) bread, cheese and eggs</w:t>
      </w:r>
      <w:r>
        <w:tab/>
      </w:r>
      <w:r>
        <w:rPr>
          <w:sz w:val="24"/>
        </w:rPr>
        <w:t>B) fruit and vegetables</w:t>
      </w:r>
    </w:p>
    <w:p>
      <w:pPr>
        <w:keepNext/>
        <w:keepLines/>
        <w:tabs>
          <w:tab w:pos="567" w:val="left"/>
          <w:tab w:pos="5102" w:val="left"/>
        </w:tabs>
        <w:spacing w:before="20" w:after="40"/>
      </w:pPr>
      <w:r>
        <w:tab/>
      </w:r>
      <w:r>
        <w:rPr>
          <w:sz w:val="24"/>
        </w:rPr>
        <w:t>C) cake and juice</w:t>
      </w:r>
      <w:r>
        <w:tab/>
      </w:r>
      <w:r>
        <w:rPr>
          <w:sz w:val="24"/>
        </w:rPr>
        <w:t>D) milk and honey</w:t>
      </w:r>
    </w:p>
    <w:p>
      <w:pPr>
        <w:spacing w:after="40"/>
      </w:pPr>
    </w:p>
    <w:p>
      <w:pPr>
        <w:keepNext/>
        <w:keepLines/>
        <w:spacing w:after="40"/>
      </w:pPr>
      <w:r>
        <w:rPr>
          <w:b/>
          <w:sz w:val="24"/>
        </w:rPr>
        <w:t xml:space="preserve">103. </w:t>
      </w:r>
      <w:r>
        <w:rPr>
          <w:sz w:val="24"/>
        </w:rPr>
        <w:t>How does Ali go to school?</w:t>
      </w:r>
    </w:p>
    <w:p>
      <w:pPr>
        <w:keepNext/>
        <w:keepLines/>
        <w:tabs>
          <w:tab w:pos="567" w:val="left"/>
          <w:tab w:pos="5102" w:val="left"/>
        </w:tabs>
        <w:spacing w:before="20" w:after="40"/>
      </w:pPr>
      <w:r>
        <w:tab/>
      </w:r>
      <w:r>
        <w:rPr>
          <w:sz w:val="24"/>
        </w:rPr>
        <w:t>A) He goes by bus.</w:t>
      </w:r>
      <w:r>
        <w:tab/>
      </w:r>
      <w:r>
        <w:rPr>
          <w:sz w:val="24"/>
        </w:rPr>
        <w:t>B) He goes by car.</w:t>
      </w:r>
    </w:p>
    <w:p>
      <w:pPr>
        <w:keepNext/>
        <w:keepLines/>
        <w:tabs>
          <w:tab w:pos="567" w:val="left"/>
          <w:tab w:pos="5102" w:val="left"/>
        </w:tabs>
        <w:spacing w:before="20" w:after="40"/>
      </w:pPr>
      <w:r>
        <w:tab/>
      </w:r>
      <w:r>
        <w:rPr>
          <w:sz w:val="24"/>
        </w:rPr>
        <w:t>C) He goes by bicycle.</w:t>
      </w:r>
      <w:r>
        <w:tab/>
      </w:r>
      <w:r>
        <w:rPr>
          <w:sz w:val="24"/>
        </w:rPr>
        <w:t>D) He walks to school.</w:t>
      </w:r>
    </w:p>
    <w:p>
      <w:pPr>
        <w:spacing w:after="40"/>
      </w:pPr>
    </w:p>
    <w:p>
      <w:pPr>
        <w:keepNext/>
        <w:keepLines/>
        <w:spacing w:after="40"/>
      </w:pPr>
      <w:r>
        <w:rPr>
          <w:b/>
          <w:sz w:val="24"/>
        </w:rPr>
        <w:t xml:space="preserve">104. </w:t>
      </w:r>
      <w:r>
        <w:rPr>
          <w:sz w:val="24"/>
        </w:rPr>
        <w:t>Why does Ali walk to school?</w:t>
      </w:r>
    </w:p>
    <w:p>
      <w:pPr>
        <w:keepNext/>
        <w:keepLines/>
        <w:tabs>
          <w:tab w:pos="567" w:val="left"/>
        </w:tabs>
        <w:spacing w:before="20" w:after="40"/>
      </w:pPr>
      <w:r>
        <w:tab/>
      </w:r>
      <w:r>
        <w:rPr>
          <w:sz w:val="24"/>
        </w:rPr>
        <w:t>A) Because he likes to run.</w:t>
      </w:r>
    </w:p>
    <w:p>
      <w:pPr>
        <w:keepNext/>
        <w:keepLines/>
        <w:tabs>
          <w:tab w:pos="567" w:val="left"/>
        </w:tabs>
        <w:spacing w:before="20" w:after="40"/>
      </w:pPr>
      <w:r>
        <w:tab/>
      </w:r>
      <w:r>
        <w:rPr>
          <w:sz w:val="24"/>
        </w:rPr>
        <w:t>B) Because he has no bicycle.</w:t>
      </w:r>
    </w:p>
    <w:p>
      <w:pPr>
        <w:keepNext/>
        <w:keepLines/>
        <w:tabs>
          <w:tab w:pos="567" w:val="left"/>
        </w:tabs>
        <w:spacing w:before="20" w:after="40"/>
      </w:pPr>
      <w:r>
        <w:tab/>
      </w:r>
      <w:r>
        <w:rPr>
          <w:sz w:val="24"/>
        </w:rPr>
        <w:t>C) Because his school is close to his home.</w:t>
      </w:r>
    </w:p>
    <w:p>
      <w:pPr>
        <w:keepNext/>
        <w:keepLines/>
        <w:tabs>
          <w:tab w:pos="567" w:val="left"/>
        </w:tabs>
        <w:spacing w:before="20" w:after="40"/>
      </w:pPr>
      <w:r>
        <w:tab/>
      </w:r>
      <w:r>
        <w:rPr>
          <w:sz w:val="24"/>
        </w:rPr>
        <w:t>D) Because the bus is late.</w:t>
      </w:r>
    </w:p>
    <w:p>
      <w:pPr>
        <w:spacing w:after="40"/>
      </w:pPr>
    </w:p>
    <w:p>
      <w:pPr>
        <w:keepNext/>
        <w:keepLines/>
        <w:spacing w:after="40"/>
      </w:pPr>
      <w:r>
        <w:rPr>
          <w:b/>
          <w:sz w:val="24"/>
        </w:rPr>
        <w:t xml:space="preserve">105. </w:t>
      </w:r>
      <w:r>
        <w:rPr>
          <w:sz w:val="24"/>
        </w:rPr>
        <w:t>Which sentence is TRUE about Ali?</w:t>
      </w:r>
    </w:p>
    <w:p>
      <w:pPr>
        <w:keepNext/>
        <w:keepLines/>
        <w:tabs>
          <w:tab w:pos="567" w:val="left"/>
        </w:tabs>
        <w:spacing w:before="20" w:after="40"/>
      </w:pPr>
      <w:r>
        <w:tab/>
      </w:r>
      <w:r>
        <w:rPr>
          <w:sz w:val="24"/>
        </w:rPr>
        <w:t>A) Ali likes his school and his friends.</w:t>
      </w:r>
    </w:p>
    <w:p>
      <w:pPr>
        <w:keepNext/>
        <w:keepLines/>
        <w:tabs>
          <w:tab w:pos="567" w:val="left"/>
        </w:tabs>
        <w:spacing w:before="20" w:after="40"/>
      </w:pPr>
      <w:r>
        <w:tab/>
      </w:r>
      <w:r>
        <w:rPr>
          <w:sz w:val="24"/>
        </w:rPr>
        <w:t>B) Ali gets up at eight o'clock.</w:t>
      </w:r>
    </w:p>
    <w:p>
      <w:pPr>
        <w:keepNext/>
        <w:keepLines/>
        <w:tabs>
          <w:tab w:pos="567" w:val="left"/>
        </w:tabs>
        <w:spacing w:before="20" w:after="40"/>
      </w:pPr>
      <w:r>
        <w:tab/>
      </w:r>
      <w:r>
        <w:rPr>
          <w:sz w:val="24"/>
        </w:rPr>
        <w:t>C) Ali has breakfast at school.</w:t>
      </w:r>
    </w:p>
    <w:p>
      <w:pPr>
        <w:keepNext/>
        <w:keepLines/>
        <w:tabs>
          <w:tab w:pos="567" w:val="left"/>
        </w:tabs>
        <w:spacing w:before="20" w:after="40"/>
      </w:pPr>
      <w:r>
        <w:tab/>
      </w:r>
      <w:r>
        <w:rPr>
          <w:sz w:val="24"/>
        </w:rPr>
        <w:t>D) Ali goes to school by bus.</w:t>
      </w:r>
    </w:p>
    <w:p>
      <w:pPr>
        <w:spacing w:after="40"/>
      </w:pPr>
    </w:p>
    <w:p>
      <w:pPr>
        <w:spacing w:after="20"/>
      </w:pPr>
      <w:r>
        <w:rPr>
          <w:b/>
          <w:sz w:val="21"/>
        </w:rPr>
        <w:t>Aşağıdaki paragrafa göre cevaplayın:</w:t>
      </w:r>
    </w:p>
    <w:p>
      <w:pPr>
        <w:keepNext/>
        <w:keepLines/>
        <w:spacing w:after="120"/>
        <w:ind w:left="227" w:right="227"/>
      </w:pPr>
      <w:r>
        <w:rPr>
          <w:i/>
          <w:sz w:val="24"/>
        </w:rPr>
        <w:t>At the weekend, Sara does not go to school. She gets up late and has a big breakfast. On Saturday, she helps her mother at home. In the afternoon, she plays football with her friends in the park. On Sunday morning, she visits her grandmother. They drink tea and talk. In the evening, Sara does her homework and goes to bed early.</w:t>
      </w:r>
    </w:p>
    <w:p>
      <w:pPr>
        <w:keepNext/>
        <w:keepLines/>
        <w:spacing w:after="40"/>
      </w:pPr>
      <w:r>
        <w:rPr>
          <w:b/>
          <w:sz w:val="24"/>
        </w:rPr>
        <w:t xml:space="preserve">106. </w:t>
      </w:r>
      <w:r>
        <w:rPr>
          <w:sz w:val="24"/>
        </w:rPr>
        <w:t>When does Sara get up late?</w:t>
      </w:r>
    </w:p>
    <w:p>
      <w:pPr>
        <w:keepNext/>
        <w:keepLines/>
        <w:tabs>
          <w:tab w:pos="567" w:val="left"/>
          <w:tab w:pos="2835" w:val="left"/>
          <w:tab w:pos="5102" w:val="left"/>
          <w:tab w:pos="7370" w:val="left"/>
        </w:tabs>
        <w:spacing w:before="20" w:after="40"/>
      </w:pPr>
      <w:r>
        <w:tab/>
      </w:r>
      <w:r>
        <w:rPr>
          <w:sz w:val="24"/>
        </w:rPr>
        <w:t>A) On Monday</w:t>
      </w:r>
      <w:r>
        <w:tab/>
      </w:r>
      <w:r>
        <w:rPr>
          <w:sz w:val="24"/>
        </w:rPr>
        <w:t>B) At the weekend</w:t>
      </w:r>
      <w:r>
        <w:tab/>
      </w:r>
      <w:r>
        <w:rPr>
          <w:sz w:val="24"/>
        </w:rPr>
        <w:t>C) In the morning</w:t>
      </w:r>
      <w:r>
        <w:tab/>
      </w:r>
      <w:r>
        <w:rPr>
          <w:sz w:val="24"/>
        </w:rPr>
        <w:t>D) On Friday</w:t>
      </w:r>
    </w:p>
    <w:p>
      <w:pPr>
        <w:spacing w:after="40"/>
      </w:pPr>
    </w:p>
    <w:p>
      <w:pPr>
        <w:keepNext/>
        <w:keepLines/>
        <w:spacing w:after="40"/>
      </w:pPr>
      <w:r>
        <w:rPr>
          <w:b/>
          <w:sz w:val="24"/>
        </w:rPr>
        <w:t xml:space="preserve">107. </w:t>
      </w:r>
      <w:r>
        <w:rPr>
          <w:sz w:val="24"/>
        </w:rPr>
        <w:t>What does Sara do on Saturday?</w:t>
      </w:r>
    </w:p>
    <w:p>
      <w:pPr>
        <w:keepNext/>
        <w:keepLines/>
        <w:tabs>
          <w:tab w:pos="567" w:val="left"/>
          <w:tab w:pos="5102" w:val="left"/>
        </w:tabs>
        <w:spacing w:before="20" w:after="40"/>
      </w:pPr>
      <w:r>
        <w:tab/>
      </w:r>
      <w:r>
        <w:rPr>
          <w:sz w:val="24"/>
        </w:rPr>
        <w:t>A) She plays football in the park.</w:t>
      </w:r>
      <w:r>
        <w:tab/>
      </w:r>
      <w:r>
        <w:rPr>
          <w:sz w:val="24"/>
        </w:rPr>
        <w:t>B) She visits her grandmother.</w:t>
      </w:r>
    </w:p>
    <w:p>
      <w:pPr>
        <w:keepNext/>
        <w:keepLines/>
        <w:tabs>
          <w:tab w:pos="567" w:val="left"/>
          <w:tab w:pos="5102" w:val="left"/>
        </w:tabs>
        <w:spacing w:before="20" w:after="40"/>
      </w:pPr>
      <w:r>
        <w:tab/>
      </w:r>
      <w:r>
        <w:rPr>
          <w:sz w:val="24"/>
        </w:rPr>
        <w:t>C) She helps her mother at home.</w:t>
      </w:r>
      <w:r>
        <w:tab/>
      </w:r>
      <w:r>
        <w:rPr>
          <w:sz w:val="24"/>
        </w:rPr>
        <w:t>D) She does her homework.</w:t>
      </w:r>
    </w:p>
    <w:p>
      <w:pPr>
        <w:spacing w:after="40"/>
      </w:pPr>
    </w:p>
    <w:p>
      <w:pPr>
        <w:keepNext/>
        <w:keepLines/>
        <w:spacing w:after="40"/>
      </w:pPr>
      <w:r>
        <w:rPr>
          <w:b/>
          <w:sz w:val="24"/>
        </w:rPr>
        <w:t xml:space="preserve">108. </w:t>
      </w:r>
      <w:r>
        <w:rPr>
          <w:sz w:val="24"/>
        </w:rPr>
        <w:t>Where does Sara play football?</w:t>
      </w:r>
    </w:p>
    <w:p>
      <w:pPr>
        <w:keepNext/>
        <w:keepLines/>
        <w:tabs>
          <w:tab w:pos="567" w:val="left"/>
          <w:tab w:pos="2835" w:val="left"/>
          <w:tab w:pos="5102" w:val="left"/>
          <w:tab w:pos="7370" w:val="left"/>
        </w:tabs>
        <w:spacing w:before="20" w:after="40"/>
      </w:pPr>
      <w:r>
        <w:tab/>
      </w:r>
      <w:r>
        <w:rPr>
          <w:sz w:val="24"/>
        </w:rPr>
        <w:t>A) at school</w:t>
      </w:r>
      <w:r>
        <w:tab/>
      </w:r>
      <w:r>
        <w:rPr>
          <w:sz w:val="24"/>
        </w:rPr>
        <w:t>B) in the garden</w:t>
      </w:r>
      <w:r>
        <w:tab/>
      </w:r>
      <w:r>
        <w:rPr>
          <w:sz w:val="24"/>
        </w:rPr>
        <w:t>C) at home</w:t>
      </w:r>
      <w:r>
        <w:tab/>
      </w:r>
      <w:r>
        <w:rPr>
          <w:sz w:val="24"/>
        </w:rPr>
        <w:t>D) in the park</w:t>
      </w:r>
    </w:p>
    <w:p>
      <w:pPr>
        <w:spacing w:after="40"/>
      </w:pPr>
    </w:p>
    <w:p>
      <w:pPr>
        <w:keepNext/>
        <w:keepLines/>
        <w:spacing w:after="40"/>
      </w:pPr>
      <w:r>
        <w:rPr>
          <w:b/>
          <w:sz w:val="24"/>
        </w:rPr>
        <w:t xml:space="preserve">109. </w:t>
      </w:r>
      <w:r>
        <w:rPr>
          <w:sz w:val="24"/>
        </w:rPr>
        <w:t>Who does Sara visit on Sunday morning?</w:t>
      </w:r>
    </w:p>
    <w:p>
      <w:pPr>
        <w:keepNext/>
        <w:keepLines/>
        <w:tabs>
          <w:tab w:pos="567" w:val="left"/>
          <w:tab w:pos="5102" w:val="left"/>
        </w:tabs>
        <w:spacing w:before="20" w:after="40"/>
      </w:pPr>
      <w:r>
        <w:tab/>
      </w:r>
      <w:r>
        <w:rPr>
          <w:sz w:val="24"/>
        </w:rPr>
        <w:t>A) her mother</w:t>
      </w:r>
      <w:r>
        <w:tab/>
      </w:r>
      <w:r>
        <w:rPr>
          <w:sz w:val="24"/>
        </w:rPr>
        <w:t>B) her friend</w:t>
      </w:r>
    </w:p>
    <w:p>
      <w:pPr>
        <w:keepNext/>
        <w:keepLines/>
        <w:tabs>
          <w:tab w:pos="567" w:val="left"/>
          <w:tab w:pos="5102" w:val="left"/>
        </w:tabs>
        <w:spacing w:before="20" w:after="40"/>
      </w:pPr>
      <w:r>
        <w:tab/>
      </w:r>
      <w:r>
        <w:rPr>
          <w:sz w:val="24"/>
        </w:rPr>
        <w:t>C) her grandmother</w:t>
      </w:r>
      <w:r>
        <w:tab/>
      </w:r>
      <w:r>
        <w:rPr>
          <w:sz w:val="24"/>
        </w:rPr>
        <w:t>D) her teacher</w:t>
      </w:r>
    </w:p>
    <w:p>
      <w:pPr>
        <w:spacing w:after="40"/>
      </w:pPr>
    </w:p>
    <w:p>
      <w:pPr>
        <w:keepNext/>
        <w:keepLines/>
        <w:spacing w:after="40"/>
      </w:pPr>
      <w:r>
        <w:rPr>
          <w:b/>
          <w:sz w:val="24"/>
        </w:rPr>
        <w:t xml:space="preserve">110. </w:t>
      </w:r>
      <w:r>
        <w:rPr>
          <w:sz w:val="24"/>
        </w:rPr>
        <w:t>What is the best title for this text?</w:t>
      </w:r>
    </w:p>
    <w:p>
      <w:pPr>
        <w:keepNext/>
        <w:keepLines/>
        <w:tabs>
          <w:tab w:pos="567" w:val="left"/>
          <w:tab w:pos="5102" w:val="left"/>
        </w:tabs>
        <w:spacing w:before="20" w:after="40"/>
      </w:pPr>
      <w:r>
        <w:tab/>
      </w:r>
      <w:r>
        <w:rPr>
          <w:sz w:val="24"/>
        </w:rPr>
        <w:t>A) Sara's School</w:t>
      </w:r>
      <w:r>
        <w:tab/>
      </w:r>
      <w:r>
        <w:rPr>
          <w:sz w:val="24"/>
        </w:rPr>
        <w:t>B) Sara's Breakfast</w:t>
      </w:r>
    </w:p>
    <w:p>
      <w:pPr>
        <w:keepNext/>
        <w:keepLines/>
        <w:tabs>
          <w:tab w:pos="567" w:val="left"/>
          <w:tab w:pos="5102" w:val="left"/>
        </w:tabs>
        <w:spacing w:before="20" w:after="40"/>
      </w:pPr>
      <w:r>
        <w:tab/>
      </w:r>
      <w:r>
        <w:rPr>
          <w:sz w:val="24"/>
        </w:rPr>
        <w:t>C) Sara's Teacher</w:t>
      </w:r>
      <w:r>
        <w:tab/>
      </w:r>
      <w:r>
        <w:rPr>
          <w:sz w:val="24"/>
        </w:rPr>
        <w:t>D) Sara's Weekend</w:t>
      </w:r>
    </w:p>
    <w:p>
      <w:pPr>
        <w:spacing w:after="40"/>
      </w:pPr>
    </w:p>
    <w:p>
      <w:pPr>
        <w:spacing w:after="20"/>
      </w:pPr>
      <w:r>
        <w:rPr>
          <w:b/>
          <w:sz w:val="21"/>
        </w:rPr>
        <w:t>Aşağıdaki paragrafa göre cevaplayın:</w:t>
      </w:r>
    </w:p>
    <w:p>
      <w:pPr>
        <w:keepNext/>
        <w:keepLines/>
        <w:spacing w:after="120"/>
        <w:ind w:left="227" w:right="227"/>
      </w:pPr>
      <w:r>
        <w:rPr>
          <w:i/>
          <w:sz w:val="24"/>
        </w:rPr>
        <w:t>I am Deniz. I have a big family. My father is a doctor and my mother is a teacher. I have one brother and two sisters. My brother is ten and my sisters are six. We live in a big house near the sea. My grandmother lives with us. She is old and very kind. In the evening, we eat dinner together and watch TV.</w:t>
      </w:r>
    </w:p>
    <w:p>
      <w:pPr>
        <w:keepNext/>
        <w:keepLines/>
        <w:spacing w:after="40"/>
      </w:pPr>
      <w:r>
        <w:rPr>
          <w:b/>
          <w:sz w:val="24"/>
        </w:rPr>
        <w:t xml:space="preserve">111. </w:t>
      </w:r>
      <w:r>
        <w:rPr>
          <w:sz w:val="24"/>
        </w:rPr>
        <w:t>What is Deniz's father's job?</w:t>
      </w:r>
    </w:p>
    <w:p>
      <w:pPr>
        <w:keepNext/>
        <w:keepLines/>
        <w:tabs>
          <w:tab w:pos="567" w:val="left"/>
          <w:tab w:pos="5102" w:val="left"/>
        </w:tabs>
        <w:spacing w:before="20" w:after="40"/>
      </w:pPr>
      <w:r>
        <w:tab/>
      </w:r>
      <w:r>
        <w:rPr>
          <w:sz w:val="24"/>
        </w:rPr>
        <w:t>A) He is a doctor.</w:t>
      </w:r>
      <w:r>
        <w:tab/>
      </w:r>
      <w:r>
        <w:rPr>
          <w:sz w:val="24"/>
        </w:rPr>
        <w:t>B) He is a teacher.</w:t>
      </w:r>
    </w:p>
    <w:p>
      <w:pPr>
        <w:keepNext/>
        <w:keepLines/>
        <w:tabs>
          <w:tab w:pos="567" w:val="left"/>
          <w:tab w:pos="5102" w:val="left"/>
        </w:tabs>
        <w:spacing w:before="20" w:after="40"/>
      </w:pPr>
      <w:r>
        <w:tab/>
      </w:r>
      <w:r>
        <w:rPr>
          <w:sz w:val="24"/>
        </w:rPr>
        <w:t>C) He is a driver.</w:t>
      </w:r>
      <w:r>
        <w:tab/>
      </w:r>
      <w:r>
        <w:rPr>
          <w:sz w:val="24"/>
        </w:rPr>
        <w:t>D) He is a dentist.</w:t>
      </w:r>
    </w:p>
    <w:p>
      <w:pPr>
        <w:spacing w:after="40"/>
      </w:pPr>
    </w:p>
    <w:p>
      <w:pPr>
        <w:keepNext/>
        <w:keepLines/>
        <w:spacing w:after="40"/>
      </w:pPr>
      <w:r>
        <w:rPr>
          <w:b/>
          <w:sz w:val="24"/>
        </w:rPr>
        <w:t xml:space="preserve">112. </w:t>
      </w:r>
      <w:r>
        <w:rPr>
          <w:sz w:val="24"/>
        </w:rPr>
        <w:t>How many sisters does Deniz have?</w:t>
      </w:r>
    </w:p>
    <w:p>
      <w:pPr>
        <w:keepNext/>
        <w:keepLines/>
        <w:tabs>
          <w:tab w:pos="567" w:val="left"/>
          <w:tab w:pos="2835" w:val="left"/>
          <w:tab w:pos="5102" w:val="left"/>
          <w:tab w:pos="7370" w:val="left"/>
        </w:tabs>
        <w:spacing w:before="20" w:after="40"/>
      </w:pPr>
      <w:r>
        <w:tab/>
      </w:r>
      <w:r>
        <w:rPr>
          <w:sz w:val="24"/>
        </w:rPr>
        <w:t>A) one</w:t>
      </w:r>
      <w:r>
        <w:tab/>
      </w:r>
      <w:r>
        <w:rPr>
          <w:sz w:val="24"/>
        </w:rPr>
        <w:t>B) two</w:t>
      </w:r>
      <w:r>
        <w:tab/>
      </w:r>
      <w:r>
        <w:rPr>
          <w:sz w:val="24"/>
        </w:rPr>
        <w:t>C) three</w:t>
      </w:r>
      <w:r>
        <w:tab/>
      </w:r>
      <w:r>
        <w:rPr>
          <w:sz w:val="24"/>
        </w:rPr>
        <w:t>D) four</w:t>
      </w:r>
    </w:p>
    <w:p>
      <w:pPr>
        <w:spacing w:after="40"/>
      </w:pPr>
    </w:p>
    <w:p>
      <w:pPr>
        <w:keepNext/>
        <w:keepLines/>
        <w:spacing w:after="40"/>
      </w:pPr>
      <w:r>
        <w:rPr>
          <w:b/>
          <w:sz w:val="24"/>
        </w:rPr>
        <w:t xml:space="preserve">113. </w:t>
      </w:r>
      <w:r>
        <w:rPr>
          <w:sz w:val="24"/>
        </w:rPr>
        <w:t>Where do they live?</w:t>
      </w:r>
    </w:p>
    <w:p>
      <w:pPr>
        <w:keepNext/>
        <w:keepLines/>
        <w:tabs>
          <w:tab w:pos="567" w:val="left"/>
          <w:tab w:pos="5102" w:val="left"/>
        </w:tabs>
        <w:spacing w:before="20" w:after="40"/>
      </w:pPr>
      <w:r>
        <w:tab/>
      </w:r>
      <w:r>
        <w:rPr>
          <w:sz w:val="24"/>
        </w:rPr>
        <w:t>A) in a small house</w:t>
      </w:r>
      <w:r>
        <w:tab/>
      </w:r>
      <w:r>
        <w:rPr>
          <w:sz w:val="24"/>
        </w:rPr>
        <w:t>B) in a big house close to the sea</w:t>
      </w:r>
    </w:p>
    <w:p>
      <w:pPr>
        <w:keepNext/>
        <w:keepLines/>
        <w:tabs>
          <w:tab w:pos="567" w:val="left"/>
          <w:tab w:pos="5102" w:val="left"/>
        </w:tabs>
        <w:spacing w:before="20" w:after="40"/>
      </w:pPr>
      <w:r>
        <w:tab/>
      </w:r>
      <w:r>
        <w:rPr>
          <w:sz w:val="24"/>
        </w:rPr>
        <w:t>C) close to the school</w:t>
      </w:r>
      <w:r>
        <w:tab/>
      </w:r>
      <w:r>
        <w:rPr>
          <w:sz w:val="24"/>
        </w:rPr>
        <w:t>D) in the city</w:t>
      </w:r>
    </w:p>
    <w:p>
      <w:pPr>
        <w:spacing w:after="40"/>
      </w:pPr>
    </w:p>
    <w:p>
      <w:pPr>
        <w:keepNext/>
        <w:keepLines/>
        <w:spacing w:after="40"/>
      </w:pPr>
      <w:r>
        <w:rPr>
          <w:b/>
          <w:sz w:val="24"/>
        </w:rPr>
        <w:t xml:space="preserve">114. </w:t>
      </w:r>
      <w:r>
        <w:rPr>
          <w:sz w:val="24"/>
        </w:rPr>
        <w:t>Who lives with Deniz's family?</w:t>
      </w:r>
    </w:p>
    <w:p>
      <w:pPr>
        <w:keepNext/>
        <w:keepLines/>
        <w:tabs>
          <w:tab w:pos="567" w:val="left"/>
          <w:tab w:pos="5102" w:val="left"/>
        </w:tabs>
        <w:spacing w:before="20" w:after="40"/>
      </w:pPr>
      <w:r>
        <w:tab/>
      </w:r>
      <w:r>
        <w:rPr>
          <w:sz w:val="24"/>
        </w:rPr>
        <w:t>A) the teacher</w:t>
      </w:r>
      <w:r>
        <w:tab/>
      </w:r>
      <w:r>
        <w:rPr>
          <w:sz w:val="24"/>
        </w:rPr>
        <w:t>B) the doctor</w:t>
      </w:r>
    </w:p>
    <w:p>
      <w:pPr>
        <w:keepNext/>
        <w:keepLines/>
        <w:tabs>
          <w:tab w:pos="567" w:val="left"/>
          <w:tab w:pos="5102" w:val="left"/>
        </w:tabs>
        <w:spacing w:before="20" w:after="40"/>
      </w:pPr>
      <w:r>
        <w:tab/>
      </w:r>
      <w:r>
        <w:rPr>
          <w:sz w:val="24"/>
        </w:rPr>
        <w:t>C) the brother</w:t>
      </w:r>
      <w:r>
        <w:tab/>
      </w:r>
      <w:r>
        <w:rPr>
          <w:sz w:val="24"/>
        </w:rPr>
        <w:t>D) the grandmother</w:t>
      </w:r>
    </w:p>
    <w:p>
      <w:pPr>
        <w:spacing w:after="40"/>
      </w:pPr>
    </w:p>
    <w:p>
      <w:pPr>
        <w:keepNext/>
        <w:keepLines/>
        <w:spacing w:after="40"/>
      </w:pPr>
      <w:r>
        <w:rPr>
          <w:b/>
          <w:sz w:val="24"/>
        </w:rPr>
        <w:t xml:space="preserve">115. </w:t>
      </w:r>
      <w:r>
        <w:rPr>
          <w:sz w:val="24"/>
        </w:rPr>
        <w:t>What do they do together in the evening?</w:t>
      </w:r>
    </w:p>
    <w:p>
      <w:pPr>
        <w:keepNext/>
        <w:keepLines/>
        <w:tabs>
          <w:tab w:pos="567" w:val="left"/>
          <w:tab w:pos="5102" w:val="left"/>
        </w:tabs>
        <w:spacing w:before="20" w:after="40"/>
      </w:pPr>
      <w:r>
        <w:tab/>
      </w:r>
      <w:r>
        <w:rPr>
          <w:sz w:val="24"/>
        </w:rPr>
        <w:t>A) They eat dinner and watch TV.</w:t>
      </w:r>
      <w:r>
        <w:tab/>
      </w:r>
      <w:r>
        <w:rPr>
          <w:sz w:val="24"/>
        </w:rPr>
        <w:t>B) They play football.</w:t>
      </w:r>
    </w:p>
    <w:p>
      <w:pPr>
        <w:keepNext/>
        <w:keepLines/>
        <w:tabs>
          <w:tab w:pos="567" w:val="left"/>
          <w:tab w:pos="5102" w:val="left"/>
        </w:tabs>
        <w:spacing w:before="20" w:after="40"/>
      </w:pPr>
      <w:r>
        <w:tab/>
      </w:r>
      <w:r>
        <w:rPr>
          <w:sz w:val="24"/>
        </w:rPr>
        <w:t>C) They do homework.</w:t>
      </w:r>
      <w:r>
        <w:tab/>
      </w:r>
      <w:r>
        <w:rPr>
          <w:sz w:val="24"/>
        </w:rPr>
        <w:t>D) They drink tea.</w:t>
      </w:r>
    </w:p>
    <w:p>
      <w:pPr>
        <w:spacing w:after="40"/>
      </w:pPr>
    </w:p>
    <w:p>
      <w:pPr>
        <w:spacing w:after="20"/>
      </w:pPr>
      <w:r>
        <w:rPr>
          <w:b/>
          <w:sz w:val="21"/>
        </w:rPr>
        <w:t>Aşağıdaki paragrafa göre cevaplayın:</w:t>
      </w:r>
    </w:p>
    <w:p>
      <w:pPr>
        <w:keepNext/>
        <w:keepLines/>
        <w:spacing w:after="120"/>
        <w:ind w:left="227" w:right="227"/>
      </w:pPr>
      <w:r>
        <w:rPr>
          <w:i/>
          <w:sz w:val="24"/>
        </w:rPr>
        <w:t>Tom goes to school from Monday to Friday. His first lesson is English. He likes English because it is fun. At twelve o'clock, he eats lunch in the canteen. He plays with his friends in the playground after lunch. School finishes at three o'clock. Tom comes home and does his homework. Then he plays football with his brother.</w:t>
      </w:r>
    </w:p>
    <w:p>
      <w:pPr>
        <w:keepNext/>
        <w:keepLines/>
        <w:spacing w:after="40"/>
      </w:pPr>
      <w:r>
        <w:rPr>
          <w:b/>
          <w:sz w:val="24"/>
        </w:rPr>
        <w:t xml:space="preserve">116. </w:t>
      </w:r>
      <w:r>
        <w:rPr>
          <w:sz w:val="24"/>
        </w:rPr>
        <w:t>When does Tom go to school?</w:t>
      </w:r>
    </w:p>
    <w:p>
      <w:pPr>
        <w:keepNext/>
        <w:keepLines/>
        <w:tabs>
          <w:tab w:pos="567" w:val="left"/>
          <w:tab w:pos="5102" w:val="left"/>
        </w:tabs>
        <w:spacing w:before="20" w:after="40"/>
      </w:pPr>
      <w:r>
        <w:tab/>
      </w:r>
      <w:r>
        <w:rPr>
          <w:sz w:val="24"/>
        </w:rPr>
        <w:t>A) at the weekend</w:t>
      </w:r>
      <w:r>
        <w:tab/>
      </w:r>
      <w:r>
        <w:rPr>
          <w:sz w:val="24"/>
        </w:rPr>
        <w:t>B) on Monday</w:t>
      </w:r>
    </w:p>
    <w:p>
      <w:pPr>
        <w:keepNext/>
        <w:keepLines/>
        <w:tabs>
          <w:tab w:pos="567" w:val="left"/>
          <w:tab w:pos="5102" w:val="left"/>
        </w:tabs>
        <w:spacing w:before="20" w:after="40"/>
      </w:pPr>
      <w:r>
        <w:tab/>
      </w:r>
      <w:r>
        <w:rPr>
          <w:sz w:val="24"/>
        </w:rPr>
        <w:t>C) from Monday to Friday</w:t>
      </w:r>
      <w:r>
        <w:tab/>
      </w:r>
      <w:r>
        <w:rPr>
          <w:sz w:val="24"/>
        </w:rPr>
        <w:t>D) in the morning</w:t>
      </w:r>
    </w:p>
    <w:p>
      <w:pPr>
        <w:spacing w:after="40"/>
      </w:pPr>
    </w:p>
    <w:p>
      <w:pPr>
        <w:keepNext/>
        <w:keepLines/>
        <w:spacing w:after="40"/>
      </w:pPr>
      <w:r>
        <w:rPr>
          <w:b/>
          <w:sz w:val="24"/>
        </w:rPr>
        <w:t xml:space="preserve">117. </w:t>
      </w:r>
      <w:r>
        <w:rPr>
          <w:sz w:val="24"/>
        </w:rPr>
        <w:t>What is Tom's first lesson?</w:t>
      </w:r>
    </w:p>
    <w:p>
      <w:pPr>
        <w:keepNext/>
        <w:keepLines/>
        <w:tabs>
          <w:tab w:pos="567" w:val="left"/>
          <w:tab w:pos="2835" w:val="left"/>
          <w:tab w:pos="5102" w:val="left"/>
          <w:tab w:pos="7370" w:val="left"/>
        </w:tabs>
        <w:spacing w:before="20" w:after="40"/>
      </w:pPr>
      <w:r>
        <w:tab/>
      </w:r>
      <w:r>
        <w:rPr>
          <w:sz w:val="24"/>
        </w:rPr>
        <w:t>A) English</w:t>
      </w:r>
      <w:r>
        <w:tab/>
      </w:r>
      <w:r>
        <w:rPr>
          <w:sz w:val="24"/>
        </w:rPr>
        <w:t>B) Maths</w:t>
      </w:r>
      <w:r>
        <w:tab/>
      </w:r>
      <w:r>
        <w:rPr>
          <w:sz w:val="24"/>
        </w:rPr>
        <w:t>C) Music</w:t>
      </w:r>
      <w:r>
        <w:tab/>
      </w:r>
      <w:r>
        <w:rPr>
          <w:sz w:val="24"/>
        </w:rPr>
        <w:t>D) Art</w:t>
      </w:r>
    </w:p>
    <w:p>
      <w:pPr>
        <w:spacing w:after="40"/>
      </w:pPr>
    </w:p>
    <w:p>
      <w:pPr>
        <w:keepNext/>
        <w:keepLines/>
        <w:spacing w:after="40"/>
      </w:pPr>
      <w:r>
        <w:rPr>
          <w:b/>
          <w:sz w:val="24"/>
        </w:rPr>
        <w:t xml:space="preserve">118. </w:t>
      </w:r>
      <w:r>
        <w:rPr>
          <w:sz w:val="24"/>
        </w:rPr>
        <w:t>Why does Tom like English?</w:t>
      </w:r>
    </w:p>
    <w:p>
      <w:pPr>
        <w:keepNext/>
        <w:keepLines/>
        <w:tabs>
          <w:tab w:pos="567" w:val="left"/>
          <w:tab w:pos="5102" w:val="left"/>
        </w:tabs>
        <w:spacing w:before="20" w:after="40"/>
      </w:pPr>
      <w:r>
        <w:tab/>
      </w:r>
      <w:r>
        <w:rPr>
          <w:sz w:val="24"/>
        </w:rPr>
        <w:t>A) Because it is short.</w:t>
      </w:r>
      <w:r>
        <w:tab/>
      </w:r>
      <w:r>
        <w:rPr>
          <w:sz w:val="24"/>
        </w:rPr>
        <w:t>B) Because it is interesting.</w:t>
      </w:r>
    </w:p>
    <w:p>
      <w:pPr>
        <w:keepNext/>
        <w:keepLines/>
        <w:tabs>
          <w:tab w:pos="567" w:val="left"/>
          <w:tab w:pos="5102" w:val="left"/>
        </w:tabs>
        <w:spacing w:before="20" w:after="40"/>
      </w:pPr>
      <w:r>
        <w:tab/>
      </w:r>
      <w:r>
        <w:rPr>
          <w:sz w:val="24"/>
        </w:rPr>
        <w:t>C) Because it is old.</w:t>
      </w:r>
      <w:r>
        <w:tab/>
      </w:r>
      <w:r>
        <w:rPr>
          <w:sz w:val="24"/>
        </w:rPr>
        <w:t>D) Because it is different.</w:t>
      </w:r>
    </w:p>
    <w:p>
      <w:pPr>
        <w:spacing w:after="40"/>
      </w:pPr>
    </w:p>
    <w:p>
      <w:pPr>
        <w:keepNext/>
        <w:keepLines/>
        <w:spacing w:after="40"/>
      </w:pPr>
      <w:r>
        <w:rPr>
          <w:b/>
          <w:sz w:val="24"/>
        </w:rPr>
        <w:t xml:space="preserve">119. </w:t>
      </w:r>
      <w:r>
        <w:rPr>
          <w:sz w:val="24"/>
        </w:rPr>
        <w:t>What time does school finish?</w:t>
      </w:r>
    </w:p>
    <w:p>
      <w:pPr>
        <w:keepNext/>
        <w:keepLines/>
        <w:tabs>
          <w:tab w:pos="567" w:val="left"/>
          <w:tab w:pos="2835" w:val="left"/>
          <w:tab w:pos="5102" w:val="left"/>
          <w:tab w:pos="7370" w:val="left"/>
        </w:tabs>
        <w:spacing w:before="20" w:after="40"/>
      </w:pPr>
      <w:r>
        <w:tab/>
      </w:r>
      <w:r>
        <w:rPr>
          <w:sz w:val="24"/>
        </w:rPr>
        <w:t>A) twelve o'clock</w:t>
      </w:r>
      <w:r>
        <w:tab/>
      </w:r>
      <w:r>
        <w:rPr>
          <w:sz w:val="24"/>
        </w:rPr>
        <w:t>B) four o'clock</w:t>
      </w:r>
      <w:r>
        <w:tab/>
      </w:r>
      <w:r>
        <w:rPr>
          <w:sz w:val="24"/>
        </w:rPr>
        <w:t>C) five o'clock</w:t>
      </w:r>
      <w:r>
        <w:tab/>
      </w:r>
      <w:r>
        <w:rPr>
          <w:sz w:val="24"/>
        </w:rPr>
        <w:t>D) three o'clock</w:t>
      </w:r>
    </w:p>
    <w:p>
      <w:pPr>
        <w:spacing w:after="40"/>
      </w:pPr>
    </w:p>
    <w:p>
      <w:pPr>
        <w:keepNext/>
        <w:keepLines/>
        <w:spacing w:after="40"/>
      </w:pPr>
      <w:r>
        <w:rPr>
          <w:b/>
          <w:sz w:val="24"/>
        </w:rPr>
        <w:t xml:space="preserve">120. </w:t>
      </w:r>
      <w:r>
        <w:rPr>
          <w:sz w:val="24"/>
        </w:rPr>
        <w:t>What does Tom do after school?</w:t>
      </w:r>
    </w:p>
    <w:p>
      <w:pPr>
        <w:keepNext/>
        <w:keepLines/>
        <w:tabs>
          <w:tab w:pos="567" w:val="left"/>
        </w:tabs>
        <w:spacing w:before="20" w:after="40"/>
      </w:pPr>
      <w:r>
        <w:tab/>
      </w:r>
      <w:r>
        <w:rPr>
          <w:sz w:val="24"/>
        </w:rPr>
        <w:t>A) He goes to the canteen.</w:t>
      </w:r>
    </w:p>
    <w:p>
      <w:pPr>
        <w:keepNext/>
        <w:keepLines/>
        <w:tabs>
          <w:tab w:pos="567" w:val="left"/>
        </w:tabs>
        <w:spacing w:before="20" w:after="40"/>
      </w:pPr>
      <w:r>
        <w:tab/>
      </w:r>
      <w:r>
        <w:rPr>
          <w:sz w:val="24"/>
        </w:rPr>
        <w:t>B) He has an English lesson.</w:t>
      </w:r>
    </w:p>
    <w:p>
      <w:pPr>
        <w:keepNext/>
        <w:keepLines/>
        <w:tabs>
          <w:tab w:pos="567" w:val="left"/>
        </w:tabs>
        <w:spacing w:before="20" w:after="40"/>
      </w:pPr>
      <w:r>
        <w:tab/>
      </w:r>
      <w:r>
        <w:rPr>
          <w:sz w:val="24"/>
        </w:rPr>
        <w:t>C) He does his homework, then plays football.</w:t>
      </w:r>
    </w:p>
    <w:p>
      <w:pPr>
        <w:keepNext/>
        <w:keepLines/>
        <w:tabs>
          <w:tab w:pos="567" w:val="left"/>
        </w:tabs>
        <w:spacing w:before="20" w:after="40"/>
      </w:pPr>
      <w:r>
        <w:tab/>
      </w:r>
      <w:r>
        <w:rPr>
          <w:sz w:val="24"/>
        </w:rPr>
        <w:t>D) He goes to bed.</w:t>
      </w:r>
    </w:p>
    <w:p>
      <w:pPr>
        <w:spacing w:after="40"/>
      </w:pPr>
    </w:p>
    <w:p>
      <w:pPr>
        <w:spacing w:after="20"/>
      </w:pPr>
      <w:r>
        <w:rPr>
          <w:b/>
          <w:sz w:val="21"/>
        </w:rPr>
        <w:t>Aşağıdaki paragrafa göre cevaplayın:</w:t>
      </w:r>
    </w:p>
    <w:p>
      <w:pPr>
        <w:keepNext/>
        <w:keepLines/>
        <w:spacing w:after="120"/>
        <w:ind w:left="227" w:right="227"/>
      </w:pPr>
      <w:r>
        <w:rPr>
          <w:i/>
          <w:sz w:val="24"/>
        </w:rPr>
        <w:t>My name is Ada. I am a student. Every morning I get up early and do exercise. I wash my hands before breakfast. I brush my teeth after breakfast. I eat fruit and vegetables every day. I drink a lot of water. I do not eat sweets. I go to bed at ten o'clock. I am never ill.</w:t>
      </w:r>
    </w:p>
    <w:p>
      <w:pPr>
        <w:keepNext/>
        <w:keepLines/>
        <w:spacing w:after="40"/>
      </w:pPr>
      <w:r>
        <w:rPr>
          <w:b/>
          <w:sz w:val="24"/>
        </w:rPr>
        <w:t xml:space="preserve">121. </w:t>
      </w:r>
      <w:r>
        <w:rPr>
          <w:sz w:val="24"/>
        </w:rPr>
        <w:t>When does Ada brush her teeth?</w:t>
      </w:r>
    </w:p>
    <w:p>
      <w:pPr>
        <w:keepNext/>
        <w:keepLines/>
        <w:tabs>
          <w:tab w:pos="567" w:val="left"/>
          <w:tab w:pos="5102" w:val="left"/>
        </w:tabs>
        <w:spacing w:before="20" w:after="40"/>
      </w:pPr>
      <w:r>
        <w:tab/>
      </w:r>
      <w:r>
        <w:rPr>
          <w:sz w:val="24"/>
        </w:rPr>
        <w:t>A) after breakfast</w:t>
      </w:r>
      <w:r>
        <w:tab/>
      </w:r>
      <w:r>
        <w:rPr>
          <w:sz w:val="24"/>
        </w:rPr>
        <w:t>B) before breakfast</w:t>
      </w:r>
    </w:p>
    <w:p>
      <w:pPr>
        <w:keepNext/>
        <w:keepLines/>
        <w:tabs>
          <w:tab w:pos="567" w:val="left"/>
          <w:tab w:pos="5102" w:val="left"/>
        </w:tabs>
        <w:spacing w:before="20" w:after="40"/>
      </w:pPr>
      <w:r>
        <w:tab/>
      </w:r>
      <w:r>
        <w:rPr>
          <w:sz w:val="24"/>
        </w:rPr>
        <w:t>C) at night</w:t>
      </w:r>
      <w:r>
        <w:tab/>
      </w:r>
      <w:r>
        <w:rPr>
          <w:sz w:val="24"/>
        </w:rPr>
        <w:t>D) at school</w:t>
      </w:r>
    </w:p>
    <w:p>
      <w:pPr>
        <w:spacing w:after="40"/>
      </w:pPr>
    </w:p>
    <w:p>
      <w:pPr>
        <w:keepNext/>
        <w:keepLines/>
        <w:spacing w:after="40"/>
      </w:pPr>
      <w:r>
        <w:rPr>
          <w:b/>
          <w:sz w:val="24"/>
        </w:rPr>
        <w:t xml:space="preserve">122. </w:t>
      </w:r>
      <w:r>
        <w:rPr>
          <w:sz w:val="24"/>
        </w:rPr>
        <w:t>What does Ada eat every day?</w:t>
      </w:r>
    </w:p>
    <w:p>
      <w:pPr>
        <w:keepNext/>
        <w:keepLines/>
        <w:tabs>
          <w:tab w:pos="567" w:val="left"/>
          <w:tab w:pos="5102" w:val="left"/>
        </w:tabs>
        <w:spacing w:before="20" w:after="40"/>
      </w:pPr>
      <w:r>
        <w:tab/>
      </w:r>
      <w:r>
        <w:rPr>
          <w:sz w:val="24"/>
        </w:rPr>
        <w:t>A) cake and sweets</w:t>
      </w:r>
      <w:r>
        <w:tab/>
      </w:r>
      <w:r>
        <w:rPr>
          <w:sz w:val="24"/>
        </w:rPr>
        <w:t>B) bread and cheese</w:t>
      </w:r>
    </w:p>
    <w:p>
      <w:pPr>
        <w:keepNext/>
        <w:keepLines/>
        <w:tabs>
          <w:tab w:pos="567" w:val="left"/>
          <w:tab w:pos="5102" w:val="left"/>
        </w:tabs>
        <w:spacing w:before="20" w:after="40"/>
      </w:pPr>
      <w:r>
        <w:tab/>
      </w:r>
      <w:r>
        <w:rPr>
          <w:sz w:val="24"/>
        </w:rPr>
        <w:t>C) fruit and vegetables</w:t>
      </w:r>
      <w:r>
        <w:tab/>
      </w:r>
      <w:r>
        <w:rPr>
          <w:sz w:val="24"/>
        </w:rPr>
        <w:t>D) juice and honey</w:t>
      </w:r>
    </w:p>
    <w:p>
      <w:pPr>
        <w:spacing w:after="40"/>
      </w:pPr>
    </w:p>
    <w:p>
      <w:pPr>
        <w:keepNext/>
        <w:keepLines/>
        <w:spacing w:after="40"/>
      </w:pPr>
      <w:r>
        <w:rPr>
          <w:b/>
          <w:sz w:val="24"/>
        </w:rPr>
        <w:t xml:space="preserve">123. </w:t>
      </w:r>
      <w:r>
        <w:rPr>
          <w:sz w:val="24"/>
        </w:rPr>
        <w:t>What does Ada drink a lot?</w:t>
      </w:r>
    </w:p>
    <w:p>
      <w:pPr>
        <w:keepNext/>
        <w:keepLines/>
        <w:tabs>
          <w:tab w:pos="567" w:val="left"/>
          <w:tab w:pos="2835" w:val="left"/>
          <w:tab w:pos="5102" w:val="left"/>
          <w:tab w:pos="7370" w:val="left"/>
        </w:tabs>
        <w:spacing w:before="20" w:after="40"/>
      </w:pPr>
      <w:r>
        <w:tab/>
      </w:r>
      <w:r>
        <w:rPr>
          <w:sz w:val="24"/>
        </w:rPr>
        <w:t>A) milk</w:t>
      </w:r>
      <w:r>
        <w:tab/>
      </w:r>
      <w:r>
        <w:rPr>
          <w:sz w:val="24"/>
        </w:rPr>
        <w:t>B) juice</w:t>
      </w:r>
      <w:r>
        <w:tab/>
      </w:r>
      <w:r>
        <w:rPr>
          <w:sz w:val="24"/>
        </w:rPr>
        <w:t>C) tea</w:t>
      </w:r>
      <w:r>
        <w:tab/>
      </w:r>
      <w:r>
        <w:rPr>
          <w:sz w:val="24"/>
        </w:rPr>
        <w:t>D) water</w:t>
      </w:r>
    </w:p>
    <w:p>
      <w:pPr>
        <w:spacing w:after="40"/>
      </w:pPr>
    </w:p>
    <w:p>
      <w:pPr>
        <w:keepNext/>
        <w:keepLines/>
        <w:spacing w:after="40"/>
      </w:pPr>
      <w:r>
        <w:rPr>
          <w:b/>
          <w:sz w:val="24"/>
        </w:rPr>
        <w:t xml:space="preserve">124. </w:t>
      </w:r>
      <w:r>
        <w:rPr>
          <w:sz w:val="24"/>
        </w:rPr>
        <w:t>What time does Ada go to bed?</w:t>
      </w:r>
    </w:p>
    <w:p>
      <w:pPr>
        <w:keepNext/>
        <w:keepLines/>
        <w:tabs>
          <w:tab w:pos="567" w:val="left"/>
          <w:tab w:pos="2835" w:val="left"/>
          <w:tab w:pos="5102" w:val="left"/>
          <w:tab w:pos="7370" w:val="left"/>
        </w:tabs>
        <w:spacing w:before="20" w:after="40"/>
      </w:pPr>
      <w:r>
        <w:tab/>
      </w:r>
      <w:r>
        <w:rPr>
          <w:sz w:val="24"/>
        </w:rPr>
        <w:t>A) nine o'clock</w:t>
      </w:r>
      <w:r>
        <w:tab/>
      </w:r>
      <w:r>
        <w:rPr>
          <w:sz w:val="24"/>
        </w:rPr>
        <w:t>B) ten o'clock</w:t>
      </w:r>
      <w:r>
        <w:tab/>
      </w:r>
      <w:r>
        <w:rPr>
          <w:sz w:val="24"/>
        </w:rPr>
        <w:t>C) eight o'clock</w:t>
      </w:r>
      <w:r>
        <w:tab/>
      </w:r>
      <w:r>
        <w:rPr>
          <w:sz w:val="24"/>
        </w:rPr>
        <w:t>D) seven o'clock</w:t>
      </w:r>
    </w:p>
    <w:p>
      <w:pPr>
        <w:spacing w:after="40"/>
      </w:pPr>
    </w:p>
    <w:p>
      <w:pPr>
        <w:keepNext/>
        <w:keepLines/>
        <w:spacing w:after="40"/>
      </w:pPr>
      <w:r>
        <w:rPr>
          <w:b/>
          <w:sz w:val="24"/>
        </w:rPr>
        <w:t xml:space="preserve">125. </w:t>
      </w:r>
      <w:r>
        <w:rPr>
          <w:sz w:val="24"/>
        </w:rPr>
        <w:t>Ada is never ___ .</w:t>
      </w:r>
    </w:p>
    <w:p>
      <w:pPr>
        <w:keepNext/>
        <w:keepLines/>
        <w:tabs>
          <w:tab w:pos="567" w:val="left"/>
          <w:tab w:pos="2835" w:val="left"/>
          <w:tab w:pos="5102" w:val="left"/>
          <w:tab w:pos="7370" w:val="left"/>
        </w:tabs>
        <w:spacing w:before="20" w:after="40"/>
      </w:pPr>
      <w:r>
        <w:tab/>
      </w:r>
      <w:r>
        <w:rPr>
          <w:sz w:val="24"/>
        </w:rPr>
        <w:t>A) late</w:t>
      </w:r>
      <w:r>
        <w:tab/>
      </w:r>
      <w:r>
        <w:rPr>
          <w:sz w:val="24"/>
        </w:rPr>
        <w:t>B) hungry</w:t>
      </w:r>
      <w:r>
        <w:tab/>
      </w:r>
      <w:r>
        <w:rPr>
          <w:sz w:val="24"/>
        </w:rPr>
        <w:t>C) ill</w:t>
      </w:r>
      <w:r>
        <w:tab/>
      </w:r>
      <w:r>
        <w:rPr>
          <w:sz w:val="24"/>
        </w:rPr>
        <w:t>D) tired</w:t>
      </w:r>
    </w:p>
    <w:p>
      <w:pPr>
        <w:spacing w:after="40"/>
      </w:pPr>
    </w:p>
    <w:p>
      <w:pPr>
        <w:spacing w:after="20"/>
      </w:pPr>
      <w:r>
        <w:rPr>
          <w:b/>
          <w:sz w:val="21"/>
        </w:rPr>
        <w:t>Aşağıdaki paragrafa göre cevaplayın:</w:t>
      </w:r>
    </w:p>
    <w:p>
      <w:pPr>
        <w:keepNext/>
        <w:keepLines/>
        <w:spacing w:after="120"/>
        <w:ind w:left="227" w:right="227"/>
      </w:pPr>
      <w:r>
        <w:rPr>
          <w:i/>
          <w:sz w:val="24"/>
        </w:rPr>
        <w:t>My grandmother gets up at six o'clock. She has breakfast and then she works in the garden. She loves flowers. In the afternoon, she drinks tea with her friends. She tells us stories about the old days. In the evening, she watches TV or reads a book. She goes to bed at nine o'clock. She is always happy.</w:t>
      </w:r>
    </w:p>
    <w:p>
      <w:pPr>
        <w:keepNext/>
        <w:keepLines/>
        <w:spacing w:after="40"/>
      </w:pPr>
      <w:r>
        <w:rPr>
          <w:b/>
          <w:sz w:val="24"/>
        </w:rPr>
        <w:t xml:space="preserve">126. </w:t>
      </w:r>
      <w:r>
        <w:rPr>
          <w:sz w:val="24"/>
        </w:rPr>
        <w:t>What time does the grandmother get up?</w:t>
      </w:r>
    </w:p>
    <w:p>
      <w:pPr>
        <w:keepNext/>
        <w:keepLines/>
        <w:tabs>
          <w:tab w:pos="567" w:val="left"/>
          <w:tab w:pos="2835" w:val="left"/>
          <w:tab w:pos="5102" w:val="left"/>
          <w:tab w:pos="7370" w:val="left"/>
        </w:tabs>
        <w:spacing w:before="20" w:after="40"/>
      </w:pPr>
      <w:r>
        <w:tab/>
      </w:r>
      <w:r>
        <w:rPr>
          <w:sz w:val="24"/>
        </w:rPr>
        <w:t>A) six o'clock</w:t>
      </w:r>
      <w:r>
        <w:tab/>
      </w:r>
      <w:r>
        <w:rPr>
          <w:sz w:val="24"/>
        </w:rPr>
        <w:t>B) seven o'clock</w:t>
      </w:r>
      <w:r>
        <w:tab/>
      </w:r>
      <w:r>
        <w:rPr>
          <w:sz w:val="24"/>
        </w:rPr>
        <w:t>C) eight o'clock</w:t>
      </w:r>
      <w:r>
        <w:tab/>
      </w:r>
      <w:r>
        <w:rPr>
          <w:sz w:val="24"/>
        </w:rPr>
        <w:t>D) nine o'clock</w:t>
      </w:r>
    </w:p>
    <w:p>
      <w:pPr>
        <w:spacing w:after="40"/>
      </w:pPr>
    </w:p>
    <w:p>
      <w:pPr>
        <w:keepNext/>
        <w:keepLines/>
        <w:spacing w:after="40"/>
      </w:pPr>
      <w:r>
        <w:rPr>
          <w:b/>
          <w:sz w:val="24"/>
        </w:rPr>
        <w:t xml:space="preserve">127. </w:t>
      </w:r>
      <w:r>
        <w:rPr>
          <w:sz w:val="24"/>
        </w:rPr>
        <w:t>Where does she work?</w:t>
      </w:r>
    </w:p>
    <w:p>
      <w:pPr>
        <w:keepNext/>
        <w:keepLines/>
        <w:tabs>
          <w:tab w:pos="567" w:val="left"/>
          <w:tab w:pos="2835" w:val="left"/>
          <w:tab w:pos="5102" w:val="left"/>
          <w:tab w:pos="7370" w:val="left"/>
        </w:tabs>
        <w:spacing w:before="20" w:after="40"/>
      </w:pPr>
      <w:r>
        <w:tab/>
      </w:r>
      <w:r>
        <w:rPr>
          <w:sz w:val="24"/>
        </w:rPr>
        <w:t>A) in the kitchen</w:t>
      </w:r>
      <w:r>
        <w:tab/>
      </w:r>
      <w:r>
        <w:rPr>
          <w:sz w:val="24"/>
        </w:rPr>
        <w:t>B) at school</w:t>
      </w:r>
      <w:r>
        <w:tab/>
      </w:r>
      <w:r>
        <w:rPr>
          <w:sz w:val="24"/>
        </w:rPr>
        <w:t>C) in the shop</w:t>
      </w:r>
      <w:r>
        <w:tab/>
      </w:r>
      <w:r>
        <w:rPr>
          <w:sz w:val="24"/>
        </w:rPr>
        <w:t>D) in the garden</w:t>
      </w:r>
    </w:p>
    <w:p>
      <w:pPr>
        <w:spacing w:after="40"/>
      </w:pPr>
    </w:p>
    <w:p>
      <w:pPr>
        <w:keepNext/>
        <w:keepLines/>
        <w:spacing w:after="40"/>
      </w:pPr>
      <w:r>
        <w:rPr>
          <w:b/>
          <w:sz w:val="24"/>
        </w:rPr>
        <w:t xml:space="preserve">128. </w:t>
      </w:r>
      <w:r>
        <w:rPr>
          <w:sz w:val="24"/>
        </w:rPr>
        <w:t>What does she do in the afternoon?</w:t>
      </w:r>
    </w:p>
    <w:p>
      <w:pPr>
        <w:keepNext/>
        <w:keepLines/>
        <w:tabs>
          <w:tab w:pos="567" w:val="left"/>
          <w:tab w:pos="5102" w:val="left"/>
        </w:tabs>
        <w:spacing w:before="20" w:after="40"/>
      </w:pPr>
      <w:r>
        <w:tab/>
      </w:r>
      <w:r>
        <w:rPr>
          <w:sz w:val="24"/>
        </w:rPr>
        <w:t>A) She reads a book.</w:t>
      </w:r>
      <w:r>
        <w:tab/>
      </w:r>
      <w:r>
        <w:rPr>
          <w:sz w:val="24"/>
        </w:rPr>
        <w:t>B) She drinks tea with her friends.</w:t>
      </w:r>
    </w:p>
    <w:p>
      <w:pPr>
        <w:keepNext/>
        <w:keepLines/>
        <w:tabs>
          <w:tab w:pos="567" w:val="left"/>
          <w:tab w:pos="5102" w:val="left"/>
        </w:tabs>
        <w:spacing w:before="20" w:after="40"/>
      </w:pPr>
      <w:r>
        <w:tab/>
      </w:r>
      <w:r>
        <w:rPr>
          <w:sz w:val="24"/>
        </w:rPr>
        <w:t>C) She watches TV.</w:t>
      </w:r>
      <w:r>
        <w:tab/>
      </w:r>
      <w:r>
        <w:rPr>
          <w:sz w:val="24"/>
        </w:rPr>
        <w:t>D) She works in the garden.</w:t>
      </w:r>
    </w:p>
    <w:p>
      <w:pPr>
        <w:spacing w:after="40"/>
      </w:pPr>
    </w:p>
    <w:p>
      <w:pPr>
        <w:keepNext/>
        <w:keepLines/>
        <w:spacing w:after="40"/>
      </w:pPr>
      <w:r>
        <w:rPr>
          <w:b/>
          <w:sz w:val="24"/>
        </w:rPr>
        <w:t xml:space="preserve">129. </w:t>
      </w:r>
      <w:r>
        <w:rPr>
          <w:sz w:val="24"/>
        </w:rPr>
        <w:t>What does the grandmother love?</w:t>
      </w:r>
    </w:p>
    <w:p>
      <w:pPr>
        <w:keepNext/>
        <w:keepLines/>
        <w:tabs>
          <w:tab w:pos="567" w:val="left"/>
          <w:tab w:pos="2835" w:val="left"/>
          <w:tab w:pos="5102" w:val="left"/>
          <w:tab w:pos="7370" w:val="left"/>
        </w:tabs>
        <w:spacing w:before="20" w:after="40"/>
      </w:pPr>
      <w:r>
        <w:tab/>
      </w:r>
      <w:r>
        <w:rPr>
          <w:sz w:val="24"/>
        </w:rPr>
        <w:t>A) animals</w:t>
      </w:r>
      <w:r>
        <w:tab/>
      </w:r>
      <w:r>
        <w:rPr>
          <w:sz w:val="24"/>
        </w:rPr>
        <w:t>B) books</w:t>
      </w:r>
      <w:r>
        <w:tab/>
      </w:r>
      <w:r>
        <w:rPr>
          <w:sz w:val="24"/>
        </w:rPr>
        <w:t>C) flowers</w:t>
      </w:r>
      <w:r>
        <w:tab/>
      </w:r>
      <w:r>
        <w:rPr>
          <w:sz w:val="24"/>
        </w:rPr>
        <w:t>D) music</w:t>
      </w:r>
    </w:p>
    <w:p>
      <w:pPr>
        <w:spacing w:after="40"/>
      </w:pPr>
    </w:p>
    <w:p>
      <w:pPr>
        <w:keepNext/>
        <w:keepLines/>
        <w:spacing w:after="40"/>
      </w:pPr>
      <w:r>
        <w:rPr>
          <w:b/>
          <w:sz w:val="24"/>
        </w:rPr>
        <w:t xml:space="preserve">130. </w:t>
      </w:r>
      <w:r>
        <w:rPr>
          <w:sz w:val="24"/>
        </w:rPr>
        <w:t>Which sentence is TRUE?</w:t>
      </w:r>
    </w:p>
    <w:p>
      <w:pPr>
        <w:keepNext/>
        <w:keepLines/>
        <w:tabs>
          <w:tab w:pos="567" w:val="left"/>
        </w:tabs>
        <w:spacing w:before="20" w:after="40"/>
      </w:pPr>
      <w:r>
        <w:tab/>
      </w:r>
      <w:r>
        <w:rPr>
          <w:sz w:val="24"/>
        </w:rPr>
        <w:t>A) She goes to bed at ten o'clock.</w:t>
      </w:r>
    </w:p>
    <w:p>
      <w:pPr>
        <w:keepNext/>
        <w:keepLines/>
        <w:tabs>
          <w:tab w:pos="567" w:val="left"/>
        </w:tabs>
        <w:spacing w:before="20" w:after="40"/>
      </w:pPr>
      <w:r>
        <w:tab/>
      </w:r>
      <w:r>
        <w:rPr>
          <w:sz w:val="24"/>
        </w:rPr>
        <w:t>B) She works at school.</w:t>
      </w:r>
    </w:p>
    <w:p>
      <w:pPr>
        <w:keepNext/>
        <w:keepLines/>
        <w:tabs>
          <w:tab w:pos="567" w:val="left"/>
        </w:tabs>
        <w:spacing w:before="20" w:after="40"/>
      </w:pPr>
      <w:r>
        <w:tab/>
      </w:r>
      <w:r>
        <w:rPr>
          <w:sz w:val="24"/>
        </w:rPr>
        <w:t>C) She is always sad.</w:t>
      </w:r>
    </w:p>
    <w:p>
      <w:pPr>
        <w:keepNext/>
        <w:keepLines/>
        <w:tabs>
          <w:tab w:pos="567" w:val="left"/>
        </w:tabs>
        <w:spacing w:before="20" w:after="40"/>
      </w:pPr>
      <w:r>
        <w:tab/>
      </w:r>
      <w:r>
        <w:rPr>
          <w:sz w:val="24"/>
        </w:rPr>
        <w:t>D) The grandmother talks about the old days.</w:t>
      </w:r>
    </w:p>
    <w:p>
      <w:pPr>
        <w:spacing w:after="40"/>
      </w:pPr>
    </w:p>
    <w:p>
      <w:pPr>
        <w:spacing w:after="20"/>
      </w:pPr>
      <w:r>
        <w:rPr>
          <w:b/>
          <w:sz w:val="21"/>
        </w:rPr>
        <w:t>Aşağıdaki paragrafa göre cevaplayın:</w:t>
      </w:r>
    </w:p>
    <w:p>
      <w:pPr>
        <w:keepNext/>
        <w:keepLines/>
        <w:spacing w:after="120"/>
        <w:ind w:left="227" w:right="227"/>
      </w:pPr>
      <w:r>
        <w:rPr>
          <w:i/>
          <w:sz w:val="24"/>
        </w:rPr>
        <w:t>Dear Ali, I am on holiday in Cyprus. The weather is hot and sunny. Every morning, I swim in the sea. Then I have breakfast at the hotel. In the afternoon, I visit old places with my family. We take a lot of photos. In the evening, we eat dinner and watch the sun go down. I am very happy here. See you soon. Your friend, Can.</w:t>
      </w:r>
    </w:p>
    <w:p>
      <w:pPr>
        <w:keepNext/>
        <w:keepLines/>
        <w:spacing w:after="40"/>
      </w:pPr>
      <w:r>
        <w:rPr>
          <w:b/>
          <w:sz w:val="24"/>
        </w:rPr>
        <w:t xml:space="preserve">131. </w:t>
      </w:r>
      <w:r>
        <w:rPr>
          <w:sz w:val="24"/>
        </w:rPr>
        <w:t>Who writes the letter?</w:t>
      </w:r>
    </w:p>
    <w:p>
      <w:pPr>
        <w:keepNext/>
        <w:keepLines/>
        <w:tabs>
          <w:tab w:pos="567" w:val="left"/>
          <w:tab w:pos="2835" w:val="left"/>
          <w:tab w:pos="5102" w:val="left"/>
          <w:tab w:pos="7370" w:val="left"/>
        </w:tabs>
        <w:spacing w:before="20" w:after="40"/>
      </w:pPr>
      <w:r>
        <w:tab/>
      </w:r>
      <w:r>
        <w:rPr>
          <w:sz w:val="24"/>
        </w:rPr>
        <w:t>A) Can</w:t>
      </w:r>
      <w:r>
        <w:tab/>
      </w:r>
      <w:r>
        <w:rPr>
          <w:sz w:val="24"/>
        </w:rPr>
        <w:t>B) Ali</w:t>
      </w:r>
      <w:r>
        <w:tab/>
      </w:r>
      <w:r>
        <w:rPr>
          <w:sz w:val="24"/>
        </w:rPr>
        <w:t>C) Tom</w:t>
      </w:r>
      <w:r>
        <w:tab/>
      </w:r>
      <w:r>
        <w:rPr>
          <w:sz w:val="24"/>
        </w:rPr>
        <w:t>D) Sara</w:t>
      </w:r>
    </w:p>
    <w:p>
      <w:pPr>
        <w:spacing w:after="40"/>
      </w:pPr>
    </w:p>
    <w:p>
      <w:pPr>
        <w:keepNext/>
        <w:keepLines/>
        <w:spacing w:after="40"/>
      </w:pPr>
      <w:r>
        <w:rPr>
          <w:b/>
          <w:sz w:val="24"/>
        </w:rPr>
        <w:t xml:space="preserve">132. </w:t>
      </w:r>
      <w:r>
        <w:rPr>
          <w:sz w:val="24"/>
        </w:rPr>
        <w:t>Where is Can on holiday?</w:t>
      </w:r>
    </w:p>
    <w:p>
      <w:pPr>
        <w:keepNext/>
        <w:keepLines/>
        <w:tabs>
          <w:tab w:pos="567" w:val="left"/>
          <w:tab w:pos="2835" w:val="left"/>
          <w:tab w:pos="5102" w:val="left"/>
          <w:tab w:pos="7370" w:val="left"/>
        </w:tabs>
        <w:spacing w:before="20" w:after="40"/>
      </w:pPr>
      <w:r>
        <w:tab/>
      </w:r>
      <w:r>
        <w:rPr>
          <w:sz w:val="24"/>
        </w:rPr>
        <w:t>A) in London</w:t>
      </w:r>
      <w:r>
        <w:tab/>
      </w:r>
      <w:r>
        <w:rPr>
          <w:sz w:val="24"/>
        </w:rPr>
        <w:t>B) in Cyprus</w:t>
      </w:r>
      <w:r>
        <w:tab/>
      </w:r>
      <w:r>
        <w:rPr>
          <w:sz w:val="24"/>
        </w:rPr>
        <w:t>C) in Turkey</w:t>
      </w:r>
      <w:r>
        <w:tab/>
      </w:r>
      <w:r>
        <w:rPr>
          <w:sz w:val="24"/>
        </w:rPr>
        <w:t>D) in Greece</w:t>
      </w:r>
    </w:p>
    <w:p>
      <w:pPr>
        <w:spacing w:after="40"/>
      </w:pPr>
    </w:p>
    <w:p>
      <w:pPr>
        <w:keepNext/>
        <w:keepLines/>
        <w:spacing w:after="40"/>
      </w:pPr>
      <w:r>
        <w:rPr>
          <w:b/>
          <w:sz w:val="24"/>
        </w:rPr>
        <w:t xml:space="preserve">133. </w:t>
      </w:r>
      <w:r>
        <w:rPr>
          <w:sz w:val="24"/>
        </w:rPr>
        <w:t>What is the weather like?</w:t>
      </w:r>
    </w:p>
    <w:p>
      <w:pPr>
        <w:keepNext/>
        <w:keepLines/>
        <w:tabs>
          <w:tab w:pos="567" w:val="left"/>
          <w:tab w:pos="2835" w:val="left"/>
          <w:tab w:pos="5102" w:val="left"/>
          <w:tab w:pos="7370" w:val="left"/>
        </w:tabs>
        <w:spacing w:before="20" w:after="40"/>
      </w:pPr>
      <w:r>
        <w:tab/>
      </w:r>
      <w:r>
        <w:rPr>
          <w:sz w:val="24"/>
        </w:rPr>
        <w:t>A) cold and rainy</w:t>
      </w:r>
      <w:r>
        <w:tab/>
      </w:r>
      <w:r>
        <w:rPr>
          <w:sz w:val="24"/>
        </w:rPr>
        <w:t>B) windy</w:t>
      </w:r>
      <w:r>
        <w:tab/>
      </w:r>
      <w:r>
        <w:rPr>
          <w:sz w:val="24"/>
        </w:rPr>
        <w:t>C) hot and sunny</w:t>
      </w:r>
      <w:r>
        <w:tab/>
      </w:r>
      <w:r>
        <w:rPr>
          <w:sz w:val="24"/>
        </w:rPr>
        <w:t>D) cloudy</w:t>
      </w:r>
    </w:p>
    <w:p>
      <w:pPr>
        <w:spacing w:after="40"/>
      </w:pPr>
    </w:p>
    <w:p>
      <w:pPr>
        <w:keepNext/>
        <w:keepLines/>
        <w:spacing w:after="40"/>
      </w:pPr>
      <w:r>
        <w:rPr>
          <w:b/>
          <w:sz w:val="24"/>
        </w:rPr>
        <w:t xml:space="preserve">134. </w:t>
      </w:r>
      <w:r>
        <w:rPr>
          <w:sz w:val="24"/>
        </w:rPr>
        <w:t>What does Can do every morning?</w:t>
      </w:r>
    </w:p>
    <w:p>
      <w:pPr>
        <w:keepNext/>
        <w:keepLines/>
        <w:tabs>
          <w:tab w:pos="567" w:val="left"/>
          <w:tab w:pos="5102" w:val="left"/>
        </w:tabs>
        <w:spacing w:before="20" w:after="40"/>
      </w:pPr>
      <w:r>
        <w:tab/>
      </w:r>
      <w:r>
        <w:rPr>
          <w:sz w:val="24"/>
        </w:rPr>
        <w:t>A) He visits old places.</w:t>
      </w:r>
      <w:r>
        <w:tab/>
      </w:r>
      <w:r>
        <w:rPr>
          <w:sz w:val="24"/>
        </w:rPr>
        <w:t>B) He drinks tea.</w:t>
      </w:r>
    </w:p>
    <w:p>
      <w:pPr>
        <w:keepNext/>
        <w:keepLines/>
        <w:tabs>
          <w:tab w:pos="567" w:val="left"/>
          <w:tab w:pos="5102" w:val="left"/>
        </w:tabs>
        <w:spacing w:before="20" w:after="40"/>
      </w:pPr>
      <w:r>
        <w:tab/>
      </w:r>
      <w:r>
        <w:rPr>
          <w:sz w:val="24"/>
        </w:rPr>
        <w:t>C) He reads a book.</w:t>
      </w:r>
      <w:r>
        <w:tab/>
      </w:r>
      <w:r>
        <w:rPr>
          <w:sz w:val="24"/>
        </w:rPr>
        <w:t>D) He swims in the sea.</w:t>
      </w:r>
    </w:p>
    <w:p>
      <w:pPr>
        <w:spacing w:after="40"/>
      </w:pPr>
    </w:p>
    <w:p>
      <w:pPr>
        <w:keepNext/>
        <w:keepLines/>
        <w:spacing w:after="40"/>
      </w:pPr>
      <w:r>
        <w:rPr>
          <w:b/>
          <w:sz w:val="24"/>
        </w:rPr>
        <w:t xml:space="preserve">135. </w:t>
      </w:r>
      <w:r>
        <w:rPr>
          <w:sz w:val="24"/>
        </w:rPr>
        <w:t>How does Can feel?</w:t>
      </w:r>
    </w:p>
    <w:p>
      <w:pPr>
        <w:keepNext/>
        <w:keepLines/>
        <w:tabs>
          <w:tab w:pos="567" w:val="left"/>
          <w:tab w:pos="2835" w:val="left"/>
          <w:tab w:pos="5102" w:val="left"/>
          <w:tab w:pos="7370" w:val="left"/>
        </w:tabs>
        <w:spacing w:before="20" w:after="40"/>
      </w:pPr>
      <w:r>
        <w:tab/>
      </w:r>
      <w:r>
        <w:rPr>
          <w:sz w:val="24"/>
        </w:rPr>
        <w:t>A) tired</w:t>
      </w:r>
      <w:r>
        <w:tab/>
      </w:r>
      <w:r>
        <w:rPr>
          <w:sz w:val="24"/>
        </w:rPr>
        <w:t>B) happy</w:t>
      </w:r>
      <w:r>
        <w:tab/>
      </w:r>
      <w:r>
        <w:rPr>
          <w:sz w:val="24"/>
        </w:rPr>
        <w:t>C) ill</w:t>
      </w:r>
      <w:r>
        <w:tab/>
      </w:r>
      <w:r>
        <w:rPr>
          <w:sz w:val="24"/>
        </w:rPr>
        <w:t>D) hungry</w:t>
      </w:r>
    </w:p>
    <w:p>
      <w:pPr>
        <w:spacing w:after="40"/>
      </w:pPr>
    </w:p>
    <w:p>
      <w:pPr>
        <w:spacing w:after="20"/>
      </w:pPr>
      <w:r>
        <w:rPr>
          <w:b/>
          <w:sz w:val="21"/>
        </w:rPr>
        <w:t>Aşağıdaki paragrafa göre cevaplayın:</w:t>
      </w:r>
    </w:p>
    <w:p>
      <w:pPr>
        <w:keepNext/>
        <w:keepLines/>
        <w:spacing w:after="120"/>
        <w:ind w:left="227" w:right="227"/>
      </w:pPr>
      <w:r>
        <w:rPr>
          <w:i/>
          <w:sz w:val="24"/>
        </w:rPr>
        <w:t>Buse comes home at four o'clock. She is hungry, so she has a snack. Then she does her homework. She finishes at five o'clock. After that, she goes to her music lesson. She plays the piano very well. She comes home at seven o'clock. In the evening, she helps her mother in the kitchen. She goes to bed at ten o'clock.</w:t>
      </w:r>
    </w:p>
    <w:p>
      <w:pPr>
        <w:keepNext/>
        <w:keepLines/>
        <w:spacing w:after="40"/>
      </w:pPr>
      <w:r>
        <w:rPr>
          <w:b/>
          <w:sz w:val="24"/>
        </w:rPr>
        <w:t xml:space="preserve">136. </w:t>
      </w:r>
      <w:r>
        <w:rPr>
          <w:sz w:val="24"/>
        </w:rPr>
        <w:t>What time does Buse come home from school?</w:t>
      </w:r>
    </w:p>
    <w:p>
      <w:pPr>
        <w:keepNext/>
        <w:keepLines/>
        <w:tabs>
          <w:tab w:pos="567" w:val="left"/>
          <w:tab w:pos="2835" w:val="left"/>
          <w:tab w:pos="5102" w:val="left"/>
          <w:tab w:pos="7370" w:val="left"/>
        </w:tabs>
        <w:spacing w:before="20" w:after="40"/>
      </w:pPr>
      <w:r>
        <w:tab/>
      </w:r>
      <w:r>
        <w:rPr>
          <w:sz w:val="24"/>
        </w:rPr>
        <w:t>A) four o'clock</w:t>
      </w:r>
      <w:r>
        <w:tab/>
      </w:r>
      <w:r>
        <w:rPr>
          <w:sz w:val="24"/>
        </w:rPr>
        <w:t>B) five o'clock</w:t>
      </w:r>
      <w:r>
        <w:tab/>
      </w:r>
      <w:r>
        <w:rPr>
          <w:sz w:val="24"/>
        </w:rPr>
        <w:t>C) seven o'clock</w:t>
      </w:r>
      <w:r>
        <w:tab/>
      </w:r>
      <w:r>
        <w:rPr>
          <w:sz w:val="24"/>
        </w:rPr>
        <w:t>D) ten o'clock</w:t>
      </w:r>
    </w:p>
    <w:p>
      <w:pPr>
        <w:spacing w:after="40"/>
      </w:pPr>
    </w:p>
    <w:p>
      <w:pPr>
        <w:keepNext/>
        <w:keepLines/>
        <w:spacing w:after="40"/>
      </w:pPr>
      <w:r>
        <w:rPr>
          <w:b/>
          <w:sz w:val="24"/>
        </w:rPr>
        <w:t xml:space="preserve">137. </w:t>
      </w:r>
      <w:r>
        <w:rPr>
          <w:sz w:val="24"/>
        </w:rPr>
        <w:t>Why does Buse have a snack?</w:t>
      </w:r>
    </w:p>
    <w:p>
      <w:pPr>
        <w:keepNext/>
        <w:keepLines/>
        <w:tabs>
          <w:tab w:pos="567" w:val="left"/>
          <w:tab w:pos="5102" w:val="left"/>
        </w:tabs>
        <w:spacing w:before="20" w:after="40"/>
      </w:pPr>
      <w:r>
        <w:tab/>
      </w:r>
      <w:r>
        <w:rPr>
          <w:sz w:val="24"/>
        </w:rPr>
        <w:t>A) Because she is tired.</w:t>
      </w:r>
      <w:r>
        <w:tab/>
      </w:r>
      <w:r>
        <w:rPr>
          <w:sz w:val="24"/>
        </w:rPr>
        <w:t>B) Because she is late.</w:t>
      </w:r>
    </w:p>
    <w:p>
      <w:pPr>
        <w:keepNext/>
        <w:keepLines/>
        <w:tabs>
          <w:tab w:pos="567" w:val="left"/>
          <w:tab w:pos="5102" w:val="left"/>
        </w:tabs>
        <w:spacing w:before="20" w:after="40"/>
      </w:pPr>
      <w:r>
        <w:tab/>
      </w:r>
      <w:r>
        <w:rPr>
          <w:sz w:val="24"/>
        </w:rPr>
        <w:t>C) Because she is happy.</w:t>
      </w:r>
      <w:r>
        <w:tab/>
      </w:r>
      <w:r>
        <w:rPr>
          <w:sz w:val="24"/>
        </w:rPr>
        <w:t>D) Because she is hungry.</w:t>
      </w:r>
    </w:p>
    <w:p>
      <w:pPr>
        <w:spacing w:after="40"/>
      </w:pPr>
    </w:p>
    <w:p>
      <w:pPr>
        <w:keepNext/>
        <w:keepLines/>
        <w:spacing w:after="40"/>
      </w:pPr>
      <w:r>
        <w:rPr>
          <w:b/>
          <w:sz w:val="24"/>
        </w:rPr>
        <w:t xml:space="preserve">138. </w:t>
      </w:r>
      <w:r>
        <w:rPr>
          <w:sz w:val="24"/>
        </w:rPr>
        <w:t>What does Buse play?</w:t>
      </w:r>
    </w:p>
    <w:p>
      <w:pPr>
        <w:keepNext/>
        <w:keepLines/>
        <w:tabs>
          <w:tab w:pos="567" w:val="left"/>
          <w:tab w:pos="2835" w:val="left"/>
          <w:tab w:pos="5102" w:val="left"/>
          <w:tab w:pos="7370" w:val="left"/>
        </w:tabs>
        <w:spacing w:before="20" w:after="40"/>
      </w:pPr>
      <w:r>
        <w:tab/>
      </w:r>
      <w:r>
        <w:rPr>
          <w:sz w:val="24"/>
        </w:rPr>
        <w:t>A) the piano</w:t>
      </w:r>
      <w:r>
        <w:tab/>
      </w:r>
      <w:r>
        <w:rPr>
          <w:sz w:val="24"/>
        </w:rPr>
        <w:t>B) the guitar</w:t>
      </w:r>
      <w:r>
        <w:tab/>
      </w:r>
      <w:r>
        <w:rPr>
          <w:sz w:val="24"/>
        </w:rPr>
        <w:t>C) football</w:t>
      </w:r>
      <w:r>
        <w:tab/>
      </w:r>
      <w:r>
        <w:rPr>
          <w:sz w:val="24"/>
        </w:rPr>
        <w:t>D) basketball</w:t>
      </w:r>
    </w:p>
    <w:p>
      <w:pPr>
        <w:spacing w:after="40"/>
      </w:pPr>
    </w:p>
    <w:p>
      <w:pPr>
        <w:keepNext/>
        <w:keepLines/>
        <w:spacing w:after="40"/>
      </w:pPr>
      <w:r>
        <w:rPr>
          <w:b/>
          <w:sz w:val="24"/>
        </w:rPr>
        <w:t xml:space="preserve">139. </w:t>
      </w:r>
      <w:r>
        <w:rPr>
          <w:sz w:val="24"/>
        </w:rPr>
        <w:t>What does Buse do in the evening?</w:t>
      </w:r>
    </w:p>
    <w:p>
      <w:pPr>
        <w:keepNext/>
        <w:keepLines/>
        <w:tabs>
          <w:tab w:pos="567" w:val="left"/>
        </w:tabs>
        <w:spacing w:before="20" w:after="40"/>
      </w:pPr>
      <w:r>
        <w:tab/>
      </w:r>
      <w:r>
        <w:rPr>
          <w:sz w:val="24"/>
        </w:rPr>
        <w:t>A) She does her homework.</w:t>
      </w:r>
    </w:p>
    <w:p>
      <w:pPr>
        <w:keepNext/>
        <w:keepLines/>
        <w:tabs>
          <w:tab w:pos="567" w:val="left"/>
        </w:tabs>
        <w:spacing w:before="20" w:after="40"/>
      </w:pPr>
      <w:r>
        <w:tab/>
      </w:r>
      <w:r>
        <w:rPr>
          <w:sz w:val="24"/>
        </w:rPr>
        <w:t>B) She helps her mother in the kitchen.</w:t>
      </w:r>
    </w:p>
    <w:p>
      <w:pPr>
        <w:keepNext/>
        <w:keepLines/>
        <w:tabs>
          <w:tab w:pos="567" w:val="left"/>
        </w:tabs>
        <w:spacing w:before="20" w:after="40"/>
      </w:pPr>
      <w:r>
        <w:tab/>
      </w:r>
      <w:r>
        <w:rPr>
          <w:sz w:val="24"/>
        </w:rPr>
        <w:t>C) She goes to a music lesson.</w:t>
      </w:r>
    </w:p>
    <w:p>
      <w:pPr>
        <w:keepNext/>
        <w:keepLines/>
        <w:tabs>
          <w:tab w:pos="567" w:val="left"/>
        </w:tabs>
        <w:spacing w:before="20" w:after="40"/>
      </w:pPr>
      <w:r>
        <w:tab/>
      </w:r>
      <w:r>
        <w:rPr>
          <w:sz w:val="24"/>
        </w:rPr>
        <w:t>D) She plays the piano.</w:t>
      </w:r>
    </w:p>
    <w:p>
      <w:pPr>
        <w:spacing w:after="40"/>
      </w:pPr>
    </w:p>
    <w:p>
      <w:pPr>
        <w:keepNext/>
        <w:keepLines/>
        <w:spacing w:after="40"/>
      </w:pPr>
      <w:r>
        <w:rPr>
          <w:b/>
          <w:sz w:val="24"/>
        </w:rPr>
        <w:t xml:space="preserve">140. </w:t>
      </w:r>
      <w:r>
        <w:rPr>
          <w:sz w:val="24"/>
        </w:rPr>
        <w:t>Put the events in order. Which comes FIRST?</w:t>
      </w:r>
    </w:p>
    <w:p>
      <w:pPr>
        <w:keepNext/>
        <w:keepLines/>
        <w:tabs>
          <w:tab w:pos="567" w:val="left"/>
          <w:tab w:pos="5102" w:val="left"/>
        </w:tabs>
        <w:spacing w:before="20" w:after="40"/>
      </w:pPr>
      <w:r>
        <w:tab/>
      </w:r>
      <w:r>
        <w:rPr>
          <w:sz w:val="24"/>
        </w:rPr>
        <w:t>A) She goes to her music lesson.</w:t>
      </w:r>
      <w:r>
        <w:tab/>
      </w:r>
      <w:r>
        <w:rPr>
          <w:sz w:val="24"/>
        </w:rPr>
        <w:t>B) She helps her mother.</w:t>
      </w:r>
    </w:p>
    <w:p>
      <w:pPr>
        <w:keepNext/>
        <w:keepLines/>
        <w:tabs>
          <w:tab w:pos="567" w:val="left"/>
          <w:tab w:pos="5102" w:val="left"/>
        </w:tabs>
        <w:spacing w:before="20" w:after="40"/>
      </w:pPr>
      <w:r>
        <w:tab/>
      </w:r>
      <w:r>
        <w:rPr>
          <w:sz w:val="24"/>
        </w:rPr>
        <w:t>C) She comes home and has a snack.</w:t>
      </w:r>
      <w:r>
        <w:tab/>
      </w:r>
      <w:r>
        <w:rPr>
          <w:sz w:val="24"/>
        </w:rPr>
        <w:t>D) She goes to bed.</w:t>
      </w:r>
    </w:p>
    <w:p>
      <w:pPr>
        <w:spacing w:after="40"/>
      </w:pPr>
    </w:p>
    <w:p>
      <w:pPr>
        <w:spacing w:after="20"/>
      </w:pPr>
      <w:r>
        <w:rPr>
          <w:b/>
          <w:sz w:val="21"/>
        </w:rPr>
        <w:t>Aşağıdaki paragrafa göre cevaplayın:</w:t>
      </w:r>
    </w:p>
    <w:p>
      <w:pPr>
        <w:keepNext/>
        <w:keepLines/>
        <w:spacing w:after="120"/>
        <w:ind w:left="227" w:right="227"/>
      </w:pPr>
      <w:r>
        <w:rPr>
          <w:i/>
          <w:sz w:val="24"/>
        </w:rPr>
        <w:t>Today is Ece's birthday. She is ten years old. Her mother makes a big cake. Her friends come to the party at five o'clock. They play games in the garden. They eat cake and drink juice. Ece opens her presents. She gets a book, a doll and a bicycle. Everyone sings and Ece is very happy.</w:t>
      </w:r>
    </w:p>
    <w:p>
      <w:pPr>
        <w:keepNext/>
        <w:keepLines/>
        <w:spacing w:after="40"/>
      </w:pPr>
      <w:r>
        <w:rPr>
          <w:b/>
          <w:sz w:val="24"/>
        </w:rPr>
        <w:t xml:space="preserve">141. </w:t>
      </w:r>
      <w:r>
        <w:rPr>
          <w:sz w:val="24"/>
        </w:rPr>
        <w:t>How old is Ece?</w:t>
      </w:r>
    </w:p>
    <w:p>
      <w:pPr>
        <w:keepNext/>
        <w:keepLines/>
        <w:tabs>
          <w:tab w:pos="567" w:val="left"/>
          <w:tab w:pos="2835" w:val="left"/>
          <w:tab w:pos="5102" w:val="left"/>
          <w:tab w:pos="7370" w:val="left"/>
        </w:tabs>
        <w:spacing w:before="20" w:after="40"/>
      </w:pPr>
      <w:r>
        <w:tab/>
      </w:r>
      <w:r>
        <w:rPr>
          <w:sz w:val="24"/>
        </w:rPr>
        <w:t>A) six</w:t>
      </w:r>
      <w:r>
        <w:tab/>
      </w:r>
      <w:r>
        <w:rPr>
          <w:sz w:val="24"/>
        </w:rPr>
        <w:t>B) nine</w:t>
      </w:r>
      <w:r>
        <w:tab/>
      </w:r>
      <w:r>
        <w:rPr>
          <w:sz w:val="24"/>
        </w:rPr>
        <w:t>C) ten</w:t>
      </w:r>
      <w:r>
        <w:tab/>
      </w:r>
      <w:r>
        <w:rPr>
          <w:sz w:val="24"/>
        </w:rPr>
        <w:t>D) twelve</w:t>
      </w:r>
    </w:p>
    <w:p>
      <w:pPr>
        <w:spacing w:after="40"/>
      </w:pPr>
    </w:p>
    <w:p>
      <w:pPr>
        <w:keepNext/>
        <w:keepLines/>
        <w:spacing w:after="40"/>
      </w:pPr>
      <w:r>
        <w:rPr>
          <w:b/>
          <w:sz w:val="24"/>
        </w:rPr>
        <w:t xml:space="preserve">142. </w:t>
      </w:r>
      <w:r>
        <w:rPr>
          <w:sz w:val="24"/>
        </w:rPr>
        <w:t>What does Ece's mother make?</w:t>
      </w:r>
    </w:p>
    <w:p>
      <w:pPr>
        <w:keepNext/>
        <w:keepLines/>
        <w:tabs>
          <w:tab w:pos="567" w:val="left"/>
          <w:tab w:pos="2835" w:val="left"/>
          <w:tab w:pos="5102" w:val="left"/>
          <w:tab w:pos="7370" w:val="left"/>
        </w:tabs>
        <w:spacing w:before="20" w:after="40"/>
      </w:pPr>
      <w:r>
        <w:tab/>
      </w:r>
      <w:r>
        <w:rPr>
          <w:sz w:val="24"/>
        </w:rPr>
        <w:t>A) a big dinner</w:t>
      </w:r>
      <w:r>
        <w:tab/>
      </w:r>
      <w:r>
        <w:rPr>
          <w:sz w:val="24"/>
        </w:rPr>
        <w:t>B) a big cake</w:t>
      </w:r>
      <w:r>
        <w:tab/>
      </w:r>
      <w:r>
        <w:rPr>
          <w:sz w:val="24"/>
        </w:rPr>
        <w:t>C) a present</w:t>
      </w:r>
      <w:r>
        <w:tab/>
      </w:r>
      <w:r>
        <w:rPr>
          <w:sz w:val="24"/>
        </w:rPr>
        <w:t>D) a book</w:t>
      </w:r>
    </w:p>
    <w:p>
      <w:pPr>
        <w:spacing w:after="40"/>
      </w:pPr>
    </w:p>
    <w:p>
      <w:pPr>
        <w:keepNext/>
        <w:keepLines/>
        <w:spacing w:after="40"/>
      </w:pPr>
      <w:r>
        <w:rPr>
          <w:b/>
          <w:sz w:val="24"/>
        </w:rPr>
        <w:t xml:space="preserve">143. </w:t>
      </w:r>
      <w:r>
        <w:rPr>
          <w:sz w:val="24"/>
        </w:rPr>
        <w:t>Where do the children play games?</w:t>
      </w:r>
    </w:p>
    <w:p>
      <w:pPr>
        <w:keepNext/>
        <w:keepLines/>
        <w:tabs>
          <w:tab w:pos="567" w:val="left"/>
          <w:tab w:pos="2835" w:val="left"/>
          <w:tab w:pos="5102" w:val="left"/>
          <w:tab w:pos="7370" w:val="left"/>
        </w:tabs>
        <w:spacing w:before="20" w:after="40"/>
      </w:pPr>
      <w:r>
        <w:tab/>
      </w:r>
      <w:r>
        <w:rPr>
          <w:sz w:val="24"/>
        </w:rPr>
        <w:t>A) in the garden</w:t>
      </w:r>
      <w:r>
        <w:tab/>
      </w:r>
      <w:r>
        <w:rPr>
          <w:sz w:val="24"/>
        </w:rPr>
        <w:t>B) in the park</w:t>
      </w:r>
      <w:r>
        <w:tab/>
      </w:r>
      <w:r>
        <w:rPr>
          <w:sz w:val="24"/>
        </w:rPr>
        <w:t>C) at school</w:t>
      </w:r>
      <w:r>
        <w:tab/>
      </w:r>
      <w:r>
        <w:rPr>
          <w:sz w:val="24"/>
        </w:rPr>
        <w:t>D) in the house</w:t>
      </w:r>
    </w:p>
    <w:p>
      <w:pPr>
        <w:spacing w:after="40"/>
      </w:pPr>
    </w:p>
    <w:p>
      <w:pPr>
        <w:keepNext/>
        <w:keepLines/>
        <w:spacing w:after="40"/>
      </w:pPr>
      <w:r>
        <w:rPr>
          <w:b/>
          <w:sz w:val="24"/>
        </w:rPr>
        <w:t xml:space="preserve">144. </w:t>
      </w:r>
      <w:r>
        <w:rPr>
          <w:sz w:val="24"/>
        </w:rPr>
        <w:t>What presents does Ece get?</w:t>
      </w:r>
    </w:p>
    <w:p>
      <w:pPr>
        <w:keepNext/>
        <w:keepLines/>
        <w:tabs>
          <w:tab w:pos="567" w:val="left"/>
          <w:tab w:pos="5102" w:val="left"/>
        </w:tabs>
        <w:spacing w:before="20" w:after="40"/>
      </w:pPr>
      <w:r>
        <w:tab/>
      </w:r>
      <w:r>
        <w:rPr>
          <w:sz w:val="24"/>
        </w:rPr>
        <w:t>A) a cake and juice</w:t>
      </w:r>
      <w:r>
        <w:tab/>
      </w:r>
      <w:r>
        <w:rPr>
          <w:sz w:val="24"/>
        </w:rPr>
        <w:t>B) a book and a cake</w:t>
      </w:r>
    </w:p>
    <w:p>
      <w:pPr>
        <w:keepNext/>
        <w:keepLines/>
        <w:tabs>
          <w:tab w:pos="567" w:val="left"/>
          <w:tab w:pos="5102" w:val="left"/>
        </w:tabs>
        <w:spacing w:before="20" w:after="40"/>
      </w:pPr>
      <w:r>
        <w:tab/>
      </w:r>
      <w:r>
        <w:rPr>
          <w:sz w:val="24"/>
        </w:rPr>
        <w:t>C) a doll and a ball</w:t>
      </w:r>
      <w:r>
        <w:tab/>
      </w:r>
      <w:r>
        <w:rPr>
          <w:sz w:val="24"/>
        </w:rPr>
        <w:t>D) a book, a doll and a bicycle</w:t>
      </w:r>
    </w:p>
    <w:p>
      <w:pPr>
        <w:spacing w:after="40"/>
      </w:pPr>
    </w:p>
    <w:p>
      <w:pPr>
        <w:keepNext/>
        <w:keepLines/>
        <w:spacing w:after="40"/>
      </w:pPr>
      <w:r>
        <w:rPr>
          <w:b/>
          <w:sz w:val="24"/>
        </w:rPr>
        <w:t xml:space="preserve">145. </w:t>
      </w:r>
      <w:r>
        <w:rPr>
          <w:sz w:val="24"/>
        </w:rPr>
        <w:t>Why is Ece very happy?</w:t>
      </w:r>
    </w:p>
    <w:p>
      <w:pPr>
        <w:keepNext/>
        <w:keepLines/>
        <w:tabs>
          <w:tab w:pos="567" w:val="left"/>
        </w:tabs>
        <w:spacing w:before="20" w:after="40"/>
      </w:pPr>
      <w:r>
        <w:tab/>
      </w:r>
      <w:r>
        <w:rPr>
          <w:sz w:val="24"/>
        </w:rPr>
        <w:t>A) Because she makes a cake.</w:t>
      </w:r>
    </w:p>
    <w:p>
      <w:pPr>
        <w:keepNext/>
        <w:keepLines/>
        <w:tabs>
          <w:tab w:pos="567" w:val="left"/>
        </w:tabs>
        <w:spacing w:before="20" w:after="40"/>
      </w:pPr>
      <w:r>
        <w:tab/>
      </w:r>
      <w:r>
        <w:rPr>
          <w:sz w:val="24"/>
        </w:rPr>
        <w:t>B) Because she goes to school.</w:t>
      </w:r>
    </w:p>
    <w:p>
      <w:pPr>
        <w:keepNext/>
        <w:keepLines/>
        <w:tabs>
          <w:tab w:pos="567" w:val="left"/>
        </w:tabs>
        <w:spacing w:before="20" w:after="40"/>
      </w:pPr>
      <w:r>
        <w:tab/>
      </w:r>
      <w:r>
        <w:rPr>
          <w:sz w:val="24"/>
        </w:rPr>
        <w:t>C) Because her friends sing for her at her party.</w:t>
      </w:r>
    </w:p>
    <w:p>
      <w:pPr>
        <w:keepNext/>
        <w:keepLines/>
        <w:tabs>
          <w:tab w:pos="567" w:val="left"/>
        </w:tabs>
        <w:spacing w:before="20" w:after="40"/>
      </w:pPr>
      <w:r>
        <w:tab/>
      </w:r>
      <w:r>
        <w:rPr>
          <w:sz w:val="24"/>
        </w:rPr>
        <w:t>D) Because she is hungry.</w:t>
      </w:r>
    </w:p>
    <w:p>
      <w:pPr>
        <w:spacing w:after="40"/>
      </w:pPr>
    </w:p>
    <w:p>
      <w:pPr>
        <w:spacing w:after="20"/>
      </w:pPr>
      <w:r>
        <w:rPr>
          <w:b/>
          <w:sz w:val="21"/>
        </w:rPr>
        <w:t>Aşağıdaki paragrafa göre cevaplayın:</w:t>
      </w:r>
    </w:p>
    <w:p>
      <w:pPr>
        <w:keepNext/>
        <w:keepLines/>
        <w:spacing w:after="120"/>
        <w:ind w:left="227" w:right="227"/>
      </w:pPr>
      <w:r>
        <w:rPr>
          <w:i/>
          <w:sz w:val="24"/>
        </w:rPr>
        <w:t>Ozan does not feel well today. He has a headache and a toothache. His mother takes him to the doctor. The doctor looks at his teeth. He says Ozan must brush his teeth every morning and every night. He must not eat a lot of sweets. Ozan promises to be careful. Now he is at home and he feels better.</w:t>
      </w:r>
    </w:p>
    <w:p>
      <w:pPr>
        <w:keepNext/>
        <w:keepLines/>
        <w:spacing w:after="40"/>
      </w:pPr>
      <w:r>
        <w:rPr>
          <w:b/>
          <w:sz w:val="24"/>
        </w:rPr>
        <w:t xml:space="preserve">146. </w:t>
      </w:r>
      <w:r>
        <w:rPr>
          <w:sz w:val="24"/>
        </w:rPr>
        <w:t>How does Ozan feel today?</w:t>
      </w:r>
    </w:p>
    <w:p>
      <w:pPr>
        <w:keepNext/>
        <w:keepLines/>
        <w:tabs>
          <w:tab w:pos="567" w:val="left"/>
          <w:tab w:pos="5102" w:val="left"/>
        </w:tabs>
        <w:spacing w:before="20" w:after="40"/>
      </w:pPr>
      <w:r>
        <w:tab/>
      </w:r>
      <w:r>
        <w:rPr>
          <w:sz w:val="24"/>
        </w:rPr>
        <w:t>A) He feels very happy.</w:t>
      </w:r>
      <w:r>
        <w:tab/>
      </w:r>
      <w:r>
        <w:rPr>
          <w:sz w:val="24"/>
        </w:rPr>
        <w:t>B) He does not feel well.</w:t>
      </w:r>
    </w:p>
    <w:p>
      <w:pPr>
        <w:keepNext/>
        <w:keepLines/>
        <w:tabs>
          <w:tab w:pos="567" w:val="left"/>
          <w:tab w:pos="5102" w:val="left"/>
        </w:tabs>
        <w:spacing w:before="20" w:after="40"/>
      </w:pPr>
      <w:r>
        <w:tab/>
      </w:r>
      <w:r>
        <w:rPr>
          <w:sz w:val="24"/>
        </w:rPr>
        <w:t>C) He feels hungry.</w:t>
      </w:r>
      <w:r>
        <w:tab/>
      </w:r>
      <w:r>
        <w:rPr>
          <w:sz w:val="24"/>
        </w:rPr>
        <w:t>D) He feels tired.</w:t>
      </w:r>
    </w:p>
    <w:p>
      <w:pPr>
        <w:spacing w:after="40"/>
      </w:pPr>
    </w:p>
    <w:p>
      <w:pPr>
        <w:keepNext/>
        <w:keepLines/>
        <w:spacing w:after="40"/>
      </w:pPr>
      <w:r>
        <w:rPr>
          <w:b/>
          <w:sz w:val="24"/>
        </w:rPr>
        <w:t xml:space="preserve">147. </w:t>
      </w:r>
      <w:r>
        <w:rPr>
          <w:sz w:val="24"/>
        </w:rPr>
        <w:t>What hurts?</w:t>
      </w:r>
    </w:p>
    <w:p>
      <w:pPr>
        <w:keepNext/>
        <w:keepLines/>
        <w:tabs>
          <w:tab w:pos="567" w:val="left"/>
          <w:tab w:pos="5102" w:val="left"/>
        </w:tabs>
        <w:spacing w:before="20" w:after="40"/>
      </w:pPr>
      <w:r>
        <w:tab/>
      </w:r>
      <w:r>
        <w:rPr>
          <w:sz w:val="24"/>
        </w:rPr>
        <w:t>A) his ear and his eye</w:t>
      </w:r>
      <w:r>
        <w:tab/>
      </w:r>
      <w:r>
        <w:rPr>
          <w:sz w:val="24"/>
        </w:rPr>
        <w:t>B) his hand and his foot</w:t>
      </w:r>
    </w:p>
    <w:p>
      <w:pPr>
        <w:keepNext/>
        <w:keepLines/>
        <w:tabs>
          <w:tab w:pos="567" w:val="left"/>
          <w:tab w:pos="5102" w:val="left"/>
        </w:tabs>
        <w:spacing w:before="20" w:after="40"/>
      </w:pPr>
      <w:r>
        <w:tab/>
      </w:r>
      <w:r>
        <w:rPr>
          <w:sz w:val="24"/>
        </w:rPr>
        <w:t>C) his face and his nose</w:t>
      </w:r>
      <w:r>
        <w:tab/>
      </w:r>
      <w:r>
        <w:rPr>
          <w:sz w:val="24"/>
        </w:rPr>
        <w:t>D) his head and his tooth</w:t>
      </w:r>
    </w:p>
    <w:p>
      <w:pPr>
        <w:spacing w:after="40"/>
      </w:pPr>
    </w:p>
    <w:p>
      <w:pPr>
        <w:keepNext/>
        <w:keepLines/>
        <w:spacing w:after="40"/>
      </w:pPr>
      <w:r>
        <w:rPr>
          <w:b/>
          <w:sz w:val="24"/>
        </w:rPr>
        <w:t xml:space="preserve">148. </w:t>
      </w:r>
      <w:r>
        <w:rPr>
          <w:sz w:val="24"/>
        </w:rPr>
        <w:t>Who takes Ozan to the doctor?</w:t>
      </w:r>
    </w:p>
    <w:p>
      <w:pPr>
        <w:keepNext/>
        <w:keepLines/>
        <w:tabs>
          <w:tab w:pos="567" w:val="left"/>
          <w:tab w:pos="2835" w:val="left"/>
          <w:tab w:pos="5102" w:val="left"/>
          <w:tab w:pos="7370" w:val="left"/>
        </w:tabs>
        <w:spacing w:before="20" w:after="40"/>
      </w:pPr>
      <w:r>
        <w:tab/>
      </w:r>
      <w:r>
        <w:rPr>
          <w:sz w:val="24"/>
        </w:rPr>
        <w:t>A) his mother</w:t>
      </w:r>
      <w:r>
        <w:tab/>
      </w:r>
      <w:r>
        <w:rPr>
          <w:sz w:val="24"/>
        </w:rPr>
        <w:t>B) his father</w:t>
      </w:r>
      <w:r>
        <w:tab/>
      </w:r>
      <w:r>
        <w:rPr>
          <w:sz w:val="24"/>
        </w:rPr>
        <w:t>C) his teacher</w:t>
      </w:r>
      <w:r>
        <w:tab/>
      </w:r>
      <w:r>
        <w:rPr>
          <w:sz w:val="24"/>
        </w:rPr>
        <w:t>D) his friend</w:t>
      </w:r>
    </w:p>
    <w:p>
      <w:pPr>
        <w:spacing w:after="40"/>
      </w:pPr>
    </w:p>
    <w:p>
      <w:pPr>
        <w:keepNext/>
        <w:keepLines/>
        <w:spacing w:after="40"/>
      </w:pPr>
      <w:r>
        <w:rPr>
          <w:b/>
          <w:sz w:val="24"/>
        </w:rPr>
        <w:t xml:space="preserve">149. </w:t>
      </w:r>
      <w:r>
        <w:rPr>
          <w:sz w:val="24"/>
        </w:rPr>
        <w:t>What must Ozan do?</w:t>
      </w:r>
    </w:p>
    <w:p>
      <w:pPr>
        <w:keepNext/>
        <w:keepLines/>
        <w:tabs>
          <w:tab w:pos="567" w:val="left"/>
        </w:tabs>
        <w:spacing w:before="20" w:after="40"/>
      </w:pPr>
      <w:r>
        <w:tab/>
      </w:r>
      <w:r>
        <w:rPr>
          <w:sz w:val="24"/>
        </w:rPr>
        <w:t>A) He must eat a lot of sweets.</w:t>
      </w:r>
    </w:p>
    <w:p>
      <w:pPr>
        <w:keepNext/>
        <w:keepLines/>
        <w:tabs>
          <w:tab w:pos="567" w:val="left"/>
        </w:tabs>
        <w:spacing w:before="20" w:after="40"/>
      </w:pPr>
      <w:r>
        <w:tab/>
      </w:r>
      <w:r>
        <w:rPr>
          <w:sz w:val="24"/>
        </w:rPr>
        <w:t>B) He must brush his teeth in the morning and at night.</w:t>
      </w:r>
    </w:p>
    <w:p>
      <w:pPr>
        <w:keepNext/>
        <w:keepLines/>
        <w:tabs>
          <w:tab w:pos="567" w:val="left"/>
        </w:tabs>
        <w:spacing w:before="20" w:after="40"/>
      </w:pPr>
      <w:r>
        <w:tab/>
      </w:r>
      <w:r>
        <w:rPr>
          <w:sz w:val="24"/>
        </w:rPr>
        <w:t>C) He must go to bed late.</w:t>
      </w:r>
    </w:p>
    <w:p>
      <w:pPr>
        <w:keepNext/>
        <w:keepLines/>
        <w:tabs>
          <w:tab w:pos="567" w:val="left"/>
        </w:tabs>
        <w:spacing w:before="20" w:after="40"/>
      </w:pPr>
      <w:r>
        <w:tab/>
      </w:r>
      <w:r>
        <w:rPr>
          <w:sz w:val="24"/>
        </w:rPr>
        <w:t>D) He must not eat fruit.</w:t>
      </w:r>
    </w:p>
    <w:p>
      <w:pPr>
        <w:spacing w:after="40"/>
      </w:pPr>
    </w:p>
    <w:p>
      <w:pPr>
        <w:keepNext/>
        <w:keepLines/>
        <w:spacing w:after="40"/>
      </w:pPr>
      <w:r>
        <w:rPr>
          <w:b/>
          <w:sz w:val="24"/>
        </w:rPr>
        <w:t xml:space="preserve">150. </w:t>
      </w:r>
      <w:r>
        <w:rPr>
          <w:sz w:val="24"/>
        </w:rPr>
        <w:t>Which title is best for this text?</w:t>
      </w:r>
    </w:p>
    <w:p>
      <w:pPr>
        <w:keepNext/>
        <w:keepLines/>
        <w:tabs>
          <w:tab w:pos="567" w:val="left"/>
          <w:tab w:pos="5102" w:val="left"/>
        </w:tabs>
        <w:spacing w:before="20" w:after="40"/>
      </w:pPr>
      <w:r>
        <w:tab/>
      </w:r>
      <w:r>
        <w:rPr>
          <w:sz w:val="24"/>
        </w:rPr>
        <w:t>A) A School Day</w:t>
      </w:r>
      <w:r>
        <w:tab/>
      </w:r>
      <w:r>
        <w:rPr>
          <w:sz w:val="24"/>
        </w:rPr>
        <w:t>B) A Birthday Party</w:t>
      </w:r>
    </w:p>
    <w:p>
      <w:pPr>
        <w:keepNext/>
        <w:keepLines/>
        <w:tabs>
          <w:tab w:pos="567" w:val="left"/>
          <w:tab w:pos="5102" w:val="left"/>
        </w:tabs>
        <w:spacing w:before="20" w:after="40"/>
      </w:pPr>
      <w:r>
        <w:tab/>
      </w:r>
      <w:r>
        <w:rPr>
          <w:sz w:val="24"/>
        </w:rPr>
        <w:t>C) A Big Breakfast</w:t>
      </w:r>
      <w:r>
        <w:tab/>
      </w:r>
      <w:r>
        <w:rPr>
          <w:sz w:val="24"/>
        </w:rPr>
        <w:t>D) A Visit to the Doctor</w:t>
      </w:r>
    </w:p>
    <w:p>
      <w:pPr>
        <w:spacing w:after="40"/>
      </w:pPr>
    </w:p>
    <w:p>
      <w:pPr>
        <w:spacing w:before="240" w:after="80"/>
      </w:pPr>
      <w:r>
        <w:rPr>
          <w:b/>
          <w:color w:val="C2603C"/>
          <w:sz w:val="25"/>
        </w:rPr>
        <w:t>BOLUM D - UZUN OKUMA PARCASI</w:t>
      </w:r>
    </w:p>
    <w:p>
      <w:pPr>
        <w:spacing w:after="20"/>
      </w:pPr>
      <w:r>
        <w:rPr>
          <w:b/>
          <w:sz w:val="21"/>
        </w:rPr>
        <w:t>Aşağıdaki paragrafa göre cevaplayın:</w:t>
      </w:r>
    </w:p>
    <w:p>
      <w:pPr>
        <w:keepNext/>
        <w:keepLines/>
        <w:spacing w:after="120"/>
        <w:ind w:left="227" w:right="227"/>
      </w:pPr>
      <w:r>
        <w:rPr>
          <w:i/>
          <w:sz w:val="24"/>
        </w:rPr>
        <w:t>Ali is a student at a big school in Nicosia. He gets up at seven o'clock every morning. First, he washes his face and brushes his teeth. Then he has breakfast with his family. He eats bread, cheese and eggs, and he drinks milk. Ali walks to school because his school is close to his home. His first lesson is English. He likes English because it is interesting. At twelve o'clock, he eats lunch in the canteen. After lunch, he plays football with his friends in the playground. School finishes at three o'clock. Ali comes home and does his homework. In the evening, he watches TV with his family and goes to bed at ten o'clock.</w:t>
      </w:r>
    </w:p>
    <w:p>
      <w:pPr>
        <w:keepNext/>
        <w:keepLines/>
        <w:spacing w:after="40"/>
      </w:pPr>
      <w:r>
        <w:rPr>
          <w:b/>
          <w:sz w:val="24"/>
        </w:rPr>
        <w:t xml:space="preserve">151. </w:t>
      </w:r>
      <w:r>
        <w:rPr>
          <w:sz w:val="24"/>
        </w:rPr>
        <w:t>When does Ali get up every morning?</w:t>
      </w:r>
    </w:p>
    <w:p>
      <w:pPr>
        <w:keepNext/>
        <w:keepLines/>
        <w:tabs>
          <w:tab w:pos="567" w:val="left"/>
          <w:tab w:pos="2835" w:val="left"/>
          <w:tab w:pos="5102" w:val="left"/>
          <w:tab w:pos="7370" w:val="left"/>
        </w:tabs>
        <w:spacing w:before="20" w:after="40"/>
      </w:pPr>
      <w:r>
        <w:tab/>
      </w:r>
      <w:r>
        <w:rPr>
          <w:sz w:val="24"/>
        </w:rPr>
        <w:t>A) six o'clock</w:t>
      </w:r>
      <w:r>
        <w:tab/>
      </w:r>
      <w:r>
        <w:rPr>
          <w:sz w:val="24"/>
        </w:rPr>
        <w:t>B) eight o'clock</w:t>
      </w:r>
      <w:r>
        <w:tab/>
      </w:r>
      <w:r>
        <w:rPr>
          <w:sz w:val="24"/>
        </w:rPr>
        <w:t>C) seven o'clock</w:t>
      </w:r>
      <w:r>
        <w:tab/>
      </w:r>
      <w:r>
        <w:rPr>
          <w:sz w:val="24"/>
        </w:rPr>
        <w:t>D) ten o'clock</w:t>
      </w:r>
    </w:p>
    <w:p>
      <w:pPr>
        <w:spacing w:after="40"/>
      </w:pPr>
    </w:p>
    <w:p>
      <w:pPr>
        <w:keepNext/>
        <w:keepLines/>
        <w:spacing w:after="40"/>
      </w:pPr>
      <w:r>
        <w:rPr>
          <w:b/>
          <w:sz w:val="24"/>
        </w:rPr>
        <w:t xml:space="preserve">152. </w:t>
      </w:r>
      <w:r>
        <w:rPr>
          <w:sz w:val="24"/>
        </w:rPr>
        <w:t>What does Ali eat for breakfast?</w:t>
      </w:r>
    </w:p>
    <w:p>
      <w:pPr>
        <w:keepNext/>
        <w:keepLines/>
        <w:tabs>
          <w:tab w:pos="567" w:val="left"/>
          <w:tab w:pos="5102" w:val="left"/>
        </w:tabs>
        <w:spacing w:before="20" w:after="40"/>
      </w:pPr>
      <w:r>
        <w:tab/>
      </w:r>
      <w:r>
        <w:rPr>
          <w:sz w:val="24"/>
        </w:rPr>
        <w:t>A) bread, cheese and eggs</w:t>
      </w:r>
      <w:r>
        <w:tab/>
      </w:r>
      <w:r>
        <w:rPr>
          <w:sz w:val="24"/>
        </w:rPr>
        <w:t>B) bread, cheese and fruit</w:t>
      </w:r>
    </w:p>
    <w:p>
      <w:pPr>
        <w:keepNext/>
        <w:keepLines/>
        <w:tabs>
          <w:tab w:pos="567" w:val="left"/>
          <w:tab w:pos="5102" w:val="left"/>
        </w:tabs>
        <w:spacing w:before="20" w:after="40"/>
      </w:pPr>
      <w:r>
        <w:tab/>
      </w:r>
      <w:r>
        <w:rPr>
          <w:sz w:val="24"/>
        </w:rPr>
        <w:t>C) soup and salad</w:t>
      </w:r>
      <w:r>
        <w:tab/>
      </w:r>
      <w:r>
        <w:rPr>
          <w:sz w:val="24"/>
        </w:rPr>
        <w:t>D) rice and chicken</w:t>
      </w:r>
    </w:p>
    <w:p>
      <w:pPr>
        <w:spacing w:after="40"/>
      </w:pPr>
    </w:p>
    <w:p>
      <w:pPr>
        <w:keepNext/>
        <w:keepLines/>
        <w:spacing w:after="40"/>
      </w:pPr>
      <w:r>
        <w:rPr>
          <w:b/>
          <w:sz w:val="24"/>
        </w:rPr>
        <w:t xml:space="preserve">153. </w:t>
      </w:r>
      <w:r>
        <w:rPr>
          <w:sz w:val="24"/>
        </w:rPr>
        <w:t>How does Ali get to school?</w:t>
      </w:r>
    </w:p>
    <w:p>
      <w:pPr>
        <w:keepNext/>
        <w:keepLines/>
        <w:tabs>
          <w:tab w:pos="567" w:val="left"/>
          <w:tab w:pos="5102" w:val="left"/>
        </w:tabs>
        <w:spacing w:before="20" w:after="40"/>
      </w:pPr>
      <w:r>
        <w:tab/>
      </w:r>
      <w:r>
        <w:rPr>
          <w:sz w:val="24"/>
        </w:rPr>
        <w:t>A) He walks to school.</w:t>
      </w:r>
      <w:r>
        <w:tab/>
      </w:r>
      <w:r>
        <w:rPr>
          <w:sz w:val="24"/>
        </w:rPr>
        <w:t>B) He goes by bus.</w:t>
      </w:r>
    </w:p>
    <w:p>
      <w:pPr>
        <w:keepNext/>
        <w:keepLines/>
        <w:tabs>
          <w:tab w:pos="567" w:val="left"/>
          <w:tab w:pos="5102" w:val="left"/>
        </w:tabs>
        <w:spacing w:before="20" w:after="40"/>
      </w:pPr>
      <w:r>
        <w:tab/>
      </w:r>
      <w:r>
        <w:rPr>
          <w:sz w:val="24"/>
        </w:rPr>
        <w:t>C) He goes by bicycle.</w:t>
      </w:r>
      <w:r>
        <w:tab/>
      </w:r>
      <w:r>
        <w:rPr>
          <w:sz w:val="24"/>
        </w:rPr>
        <w:t>D) He goes by car.</w:t>
      </w:r>
    </w:p>
    <w:p>
      <w:pPr>
        <w:spacing w:after="40"/>
      </w:pPr>
    </w:p>
    <w:p>
      <w:pPr>
        <w:keepNext/>
        <w:keepLines/>
        <w:spacing w:after="40"/>
      </w:pPr>
      <w:r>
        <w:rPr>
          <w:b/>
          <w:sz w:val="24"/>
        </w:rPr>
        <w:t xml:space="preserve">154. </w:t>
      </w:r>
      <w:r>
        <w:rPr>
          <w:sz w:val="24"/>
        </w:rPr>
        <w:t>Why does Ali like English?</w:t>
      </w:r>
    </w:p>
    <w:p>
      <w:pPr>
        <w:keepNext/>
        <w:keepLines/>
        <w:tabs>
          <w:tab w:pos="567" w:val="left"/>
          <w:tab w:pos="5102" w:val="left"/>
        </w:tabs>
        <w:spacing w:before="20" w:after="40"/>
      </w:pPr>
      <w:r>
        <w:tab/>
      </w:r>
      <w:r>
        <w:rPr>
          <w:sz w:val="24"/>
        </w:rPr>
        <w:t>A) Because it is nice.</w:t>
      </w:r>
      <w:r>
        <w:tab/>
      </w:r>
      <w:r>
        <w:rPr>
          <w:sz w:val="24"/>
        </w:rPr>
        <w:t>B) Because it is short.</w:t>
      </w:r>
    </w:p>
    <w:p>
      <w:pPr>
        <w:keepNext/>
        <w:keepLines/>
        <w:tabs>
          <w:tab w:pos="567" w:val="left"/>
          <w:tab w:pos="5102" w:val="left"/>
        </w:tabs>
        <w:spacing w:before="20" w:after="40"/>
      </w:pPr>
      <w:r>
        <w:tab/>
      </w:r>
      <w:r>
        <w:rPr>
          <w:sz w:val="24"/>
        </w:rPr>
        <w:t>C) Because it is interesting.</w:t>
      </w:r>
      <w:r>
        <w:tab/>
      </w:r>
      <w:r>
        <w:rPr>
          <w:sz w:val="24"/>
        </w:rPr>
        <w:t>D) Because it is close.</w:t>
      </w:r>
    </w:p>
    <w:p>
      <w:pPr>
        <w:spacing w:after="40"/>
      </w:pPr>
    </w:p>
    <w:p>
      <w:pPr>
        <w:keepNext/>
        <w:keepLines/>
        <w:spacing w:after="40"/>
      </w:pPr>
      <w:r>
        <w:rPr>
          <w:b/>
          <w:sz w:val="24"/>
        </w:rPr>
        <w:t xml:space="preserve">155. </w:t>
      </w:r>
      <w:r>
        <w:rPr>
          <w:sz w:val="24"/>
        </w:rPr>
        <w:t>What does Ali do after lunch?</w:t>
      </w:r>
    </w:p>
    <w:p>
      <w:pPr>
        <w:keepNext/>
        <w:keepLines/>
        <w:tabs>
          <w:tab w:pos="567" w:val="left"/>
        </w:tabs>
        <w:spacing w:before="20" w:after="40"/>
      </w:pPr>
      <w:r>
        <w:tab/>
      </w:r>
      <w:r>
        <w:rPr>
          <w:sz w:val="24"/>
        </w:rPr>
        <w:t>A) He does his homework.</w:t>
      </w:r>
    </w:p>
    <w:p>
      <w:pPr>
        <w:keepNext/>
        <w:keepLines/>
        <w:tabs>
          <w:tab w:pos="567" w:val="left"/>
        </w:tabs>
        <w:spacing w:before="20" w:after="40"/>
      </w:pPr>
      <w:r>
        <w:tab/>
      </w:r>
      <w:r>
        <w:rPr>
          <w:sz w:val="24"/>
        </w:rPr>
        <w:t>B) He goes to bed.</w:t>
      </w:r>
    </w:p>
    <w:p>
      <w:pPr>
        <w:keepNext/>
        <w:keepLines/>
        <w:tabs>
          <w:tab w:pos="567" w:val="left"/>
        </w:tabs>
        <w:spacing w:before="20" w:after="40"/>
      </w:pPr>
      <w:r>
        <w:tab/>
      </w:r>
      <w:r>
        <w:rPr>
          <w:sz w:val="24"/>
        </w:rPr>
        <w:t>C) He watches TV.</w:t>
      </w:r>
    </w:p>
    <w:p>
      <w:pPr>
        <w:keepNext/>
        <w:keepLines/>
        <w:tabs>
          <w:tab w:pos="567" w:val="left"/>
        </w:tabs>
        <w:spacing w:before="20" w:after="40"/>
      </w:pPr>
      <w:r>
        <w:tab/>
      </w:r>
      <w:r>
        <w:rPr>
          <w:sz w:val="24"/>
        </w:rPr>
        <w:t>D) He plays football with his friends.</w:t>
      </w:r>
    </w:p>
    <w:p>
      <w:pPr>
        <w:spacing w:after="40"/>
      </w:pPr>
    </w:p>
    <w:p>
      <w:pPr>
        <w:spacing w:after="20"/>
      </w:pPr>
      <w:r>
        <w:rPr>
          <w:b/>
          <w:sz w:val="21"/>
        </w:rPr>
        <w:t>Aşağıdaki paragrafa göre cevaplayın:</w:t>
      </w:r>
    </w:p>
    <w:p>
      <w:pPr>
        <w:keepNext/>
        <w:keepLines/>
        <w:spacing w:after="120"/>
        <w:ind w:left="227" w:right="227"/>
      </w:pPr>
      <w:r>
        <w:rPr>
          <w:i/>
          <w:sz w:val="24"/>
        </w:rPr>
        <w:t>Sara does not go to school at the weekend. On Saturday, she gets up late and has a big breakfast. Then she helps her mother at home. She cleans the rooms and waters the flowers in the garden. In the afternoon, she plays football with her friends in the park. On Sunday morning, she visits her grandmother. Her grandmother lives in a small house close to the sea. They drink tea and talk about the old days. Sara loves her grandmother very much. In the evening, Sara does her homework and goes to bed early.</w:t>
      </w:r>
    </w:p>
    <w:p>
      <w:pPr>
        <w:keepNext/>
        <w:keepLines/>
        <w:spacing w:after="40"/>
      </w:pPr>
      <w:r>
        <w:rPr>
          <w:b/>
          <w:sz w:val="24"/>
        </w:rPr>
        <w:t xml:space="preserve">156. </w:t>
      </w:r>
      <w:r>
        <w:rPr>
          <w:sz w:val="24"/>
        </w:rPr>
        <w:t>When does Sara sleep late?</w:t>
      </w:r>
    </w:p>
    <w:p>
      <w:pPr>
        <w:keepNext/>
        <w:keepLines/>
        <w:tabs>
          <w:tab w:pos="567" w:val="left"/>
          <w:tab w:pos="2835" w:val="left"/>
          <w:tab w:pos="5102" w:val="left"/>
          <w:tab w:pos="7370" w:val="left"/>
        </w:tabs>
        <w:spacing w:before="20" w:after="40"/>
      </w:pPr>
      <w:r>
        <w:tab/>
      </w:r>
      <w:r>
        <w:rPr>
          <w:sz w:val="24"/>
        </w:rPr>
        <w:t>A) On Monday</w:t>
      </w:r>
      <w:r>
        <w:tab/>
      </w:r>
      <w:r>
        <w:rPr>
          <w:sz w:val="24"/>
        </w:rPr>
        <w:t>B) At the weekend</w:t>
      </w:r>
      <w:r>
        <w:tab/>
      </w:r>
      <w:r>
        <w:rPr>
          <w:sz w:val="24"/>
        </w:rPr>
        <w:t>C) In the morning</w:t>
      </w:r>
      <w:r>
        <w:tab/>
      </w:r>
      <w:r>
        <w:rPr>
          <w:sz w:val="24"/>
        </w:rPr>
        <w:t>D) At school</w:t>
      </w:r>
    </w:p>
    <w:p>
      <w:pPr>
        <w:spacing w:after="40"/>
      </w:pPr>
    </w:p>
    <w:p>
      <w:pPr>
        <w:keepNext/>
        <w:keepLines/>
        <w:spacing w:after="40"/>
      </w:pPr>
      <w:r>
        <w:rPr>
          <w:b/>
          <w:sz w:val="24"/>
        </w:rPr>
        <w:t xml:space="preserve">157. </w:t>
      </w:r>
      <w:r>
        <w:rPr>
          <w:sz w:val="24"/>
        </w:rPr>
        <w:t>How does Sara help on Saturday morning?</w:t>
      </w:r>
    </w:p>
    <w:p>
      <w:pPr>
        <w:keepNext/>
        <w:keepLines/>
        <w:tabs>
          <w:tab w:pos="567" w:val="left"/>
          <w:tab w:pos="5102" w:val="left"/>
        </w:tabs>
        <w:spacing w:before="20" w:after="40"/>
      </w:pPr>
      <w:r>
        <w:tab/>
      </w:r>
      <w:r>
        <w:rPr>
          <w:sz w:val="24"/>
        </w:rPr>
        <w:t>A) She helps her mother at home.</w:t>
      </w:r>
      <w:r>
        <w:tab/>
      </w:r>
      <w:r>
        <w:rPr>
          <w:sz w:val="24"/>
        </w:rPr>
        <w:t>B) She goes to school.</w:t>
      </w:r>
    </w:p>
    <w:p>
      <w:pPr>
        <w:keepNext/>
        <w:keepLines/>
        <w:tabs>
          <w:tab w:pos="567" w:val="left"/>
          <w:tab w:pos="5102" w:val="left"/>
        </w:tabs>
        <w:spacing w:before="20" w:after="40"/>
      </w:pPr>
      <w:r>
        <w:tab/>
      </w:r>
      <w:r>
        <w:rPr>
          <w:sz w:val="24"/>
        </w:rPr>
        <w:t>C) She visits her grandmother.</w:t>
      </w:r>
      <w:r>
        <w:tab/>
      </w:r>
      <w:r>
        <w:rPr>
          <w:sz w:val="24"/>
        </w:rPr>
        <w:t>D) She plays football in the park.</w:t>
      </w:r>
    </w:p>
    <w:p>
      <w:pPr>
        <w:spacing w:after="40"/>
      </w:pPr>
    </w:p>
    <w:p>
      <w:pPr>
        <w:keepNext/>
        <w:keepLines/>
        <w:spacing w:after="40"/>
      </w:pPr>
      <w:r>
        <w:rPr>
          <w:b/>
          <w:sz w:val="24"/>
        </w:rPr>
        <w:t xml:space="preserve">158. </w:t>
      </w:r>
      <w:r>
        <w:rPr>
          <w:sz w:val="24"/>
        </w:rPr>
        <w:t>Where do Sara and her friends play on Saturday?</w:t>
      </w:r>
    </w:p>
    <w:p>
      <w:pPr>
        <w:keepNext/>
        <w:keepLines/>
        <w:tabs>
          <w:tab w:pos="567" w:val="left"/>
          <w:tab w:pos="2835" w:val="left"/>
          <w:tab w:pos="5102" w:val="left"/>
          <w:tab w:pos="7370" w:val="left"/>
        </w:tabs>
        <w:spacing w:before="20" w:after="40"/>
      </w:pPr>
      <w:r>
        <w:tab/>
      </w:r>
      <w:r>
        <w:rPr>
          <w:sz w:val="24"/>
        </w:rPr>
        <w:t>A) in the garden</w:t>
      </w:r>
      <w:r>
        <w:tab/>
      </w:r>
      <w:r>
        <w:rPr>
          <w:sz w:val="24"/>
        </w:rPr>
        <w:t>B) at school</w:t>
      </w:r>
      <w:r>
        <w:tab/>
      </w:r>
      <w:r>
        <w:rPr>
          <w:sz w:val="24"/>
        </w:rPr>
        <w:t>C) in the park</w:t>
      </w:r>
      <w:r>
        <w:tab/>
      </w:r>
      <w:r>
        <w:rPr>
          <w:sz w:val="24"/>
        </w:rPr>
        <w:t>D) in the canteen</w:t>
      </w:r>
    </w:p>
    <w:p>
      <w:pPr>
        <w:spacing w:after="40"/>
      </w:pPr>
    </w:p>
    <w:p>
      <w:pPr>
        <w:keepNext/>
        <w:keepLines/>
        <w:spacing w:after="40"/>
      </w:pPr>
      <w:r>
        <w:rPr>
          <w:b/>
          <w:sz w:val="24"/>
        </w:rPr>
        <w:t xml:space="preserve">159. </w:t>
      </w:r>
      <w:r>
        <w:rPr>
          <w:sz w:val="24"/>
        </w:rPr>
        <w:t>Whose house does Sara go to on Sunday morning?</w:t>
      </w:r>
    </w:p>
    <w:p>
      <w:pPr>
        <w:keepNext/>
        <w:keepLines/>
        <w:tabs>
          <w:tab w:pos="567" w:val="left"/>
          <w:tab w:pos="5102" w:val="left"/>
        </w:tabs>
        <w:spacing w:before="20" w:after="40"/>
      </w:pPr>
      <w:r>
        <w:tab/>
      </w:r>
      <w:r>
        <w:rPr>
          <w:sz w:val="24"/>
        </w:rPr>
        <w:t>A) her mother</w:t>
      </w:r>
      <w:r>
        <w:tab/>
      </w:r>
      <w:r>
        <w:rPr>
          <w:sz w:val="24"/>
        </w:rPr>
        <w:t>B) her teacher</w:t>
      </w:r>
    </w:p>
    <w:p>
      <w:pPr>
        <w:keepNext/>
        <w:keepLines/>
        <w:tabs>
          <w:tab w:pos="567" w:val="left"/>
          <w:tab w:pos="5102" w:val="left"/>
        </w:tabs>
        <w:spacing w:before="20" w:after="40"/>
      </w:pPr>
      <w:r>
        <w:tab/>
      </w:r>
      <w:r>
        <w:rPr>
          <w:sz w:val="24"/>
        </w:rPr>
        <w:t>C) her friend</w:t>
      </w:r>
      <w:r>
        <w:tab/>
      </w:r>
      <w:r>
        <w:rPr>
          <w:sz w:val="24"/>
        </w:rPr>
        <w:t>D) her grandmother</w:t>
      </w:r>
    </w:p>
    <w:p>
      <w:pPr>
        <w:spacing w:after="40"/>
      </w:pPr>
    </w:p>
    <w:p>
      <w:pPr>
        <w:keepNext/>
        <w:keepLines/>
        <w:spacing w:after="40"/>
      </w:pPr>
      <w:r>
        <w:rPr>
          <w:b/>
          <w:sz w:val="24"/>
        </w:rPr>
        <w:t xml:space="preserve">160. </w:t>
      </w:r>
      <w:r>
        <w:rPr>
          <w:sz w:val="24"/>
        </w:rPr>
        <w:t>Which title fits this text best?</w:t>
      </w:r>
    </w:p>
    <w:p>
      <w:pPr>
        <w:keepNext/>
        <w:keepLines/>
        <w:tabs>
          <w:tab w:pos="567" w:val="left"/>
          <w:tab w:pos="2835" w:val="left"/>
          <w:tab w:pos="5102" w:val="left"/>
          <w:tab w:pos="7370" w:val="left"/>
        </w:tabs>
        <w:spacing w:before="20" w:after="40"/>
      </w:pPr>
      <w:r>
        <w:tab/>
      </w:r>
      <w:r>
        <w:rPr>
          <w:sz w:val="24"/>
        </w:rPr>
        <w:t>A) Sara's School</w:t>
      </w:r>
      <w:r>
        <w:tab/>
      </w:r>
      <w:r>
        <w:rPr>
          <w:sz w:val="24"/>
        </w:rPr>
        <w:t>B) Sara's Weekend</w:t>
      </w:r>
      <w:r>
        <w:tab/>
      </w:r>
      <w:r>
        <w:rPr>
          <w:sz w:val="24"/>
        </w:rPr>
        <w:t>C) A Big Family</w:t>
      </w:r>
      <w:r>
        <w:tab/>
      </w:r>
      <w:r>
        <w:rPr>
          <w:sz w:val="24"/>
        </w:rPr>
        <w:t>D) The Garden</w:t>
      </w:r>
    </w:p>
    <w:p>
      <w:pPr>
        <w:spacing w:after="40"/>
      </w:pPr>
    </w:p>
    <w:p>
      <w:pPr>
        <w:spacing w:after="20"/>
      </w:pPr>
      <w:r>
        <w:rPr>
          <w:b/>
          <w:sz w:val="21"/>
        </w:rPr>
        <w:t>Aşağıdaki paragrafa göre cevaplayın:</w:t>
      </w:r>
    </w:p>
    <w:p>
      <w:pPr>
        <w:keepNext/>
        <w:keepLines/>
        <w:spacing w:after="120"/>
        <w:ind w:left="227" w:right="227"/>
      </w:pPr>
      <w:r>
        <w:rPr>
          <w:i/>
          <w:sz w:val="24"/>
        </w:rPr>
        <w:t>I am Ben. I have a big family. My father is a doctor and my mother is a teacher. I have one brother and two sisters. My brother is ten years old and my sisters are six. We live in a big house close to the sea. My grandmother lives with us. She is old but very nice. Every morning, we have breakfast together. After breakfast, I go to school and my father goes to the hospital. In the evening, we eat dinner and watch TV. I love my family.</w:t>
      </w:r>
    </w:p>
    <w:p>
      <w:pPr>
        <w:keepNext/>
        <w:keepLines/>
        <w:spacing w:after="40"/>
      </w:pPr>
      <w:r>
        <w:rPr>
          <w:b/>
          <w:sz w:val="24"/>
        </w:rPr>
        <w:t xml:space="preserve">161. </w:t>
      </w:r>
      <w:r>
        <w:rPr>
          <w:sz w:val="24"/>
        </w:rPr>
        <w:t>What is Ben's father's job?</w:t>
      </w:r>
    </w:p>
    <w:p>
      <w:pPr>
        <w:keepNext/>
        <w:keepLines/>
        <w:tabs>
          <w:tab w:pos="567" w:val="left"/>
          <w:tab w:pos="5102" w:val="left"/>
        </w:tabs>
        <w:spacing w:before="20" w:after="40"/>
      </w:pPr>
      <w:r>
        <w:tab/>
      </w:r>
      <w:r>
        <w:rPr>
          <w:sz w:val="24"/>
        </w:rPr>
        <w:t>A) He is a teacher.</w:t>
      </w:r>
      <w:r>
        <w:tab/>
      </w:r>
      <w:r>
        <w:rPr>
          <w:sz w:val="24"/>
        </w:rPr>
        <w:t>B) He is a doctor.</w:t>
      </w:r>
    </w:p>
    <w:p>
      <w:pPr>
        <w:keepNext/>
        <w:keepLines/>
        <w:tabs>
          <w:tab w:pos="567" w:val="left"/>
          <w:tab w:pos="5102" w:val="left"/>
        </w:tabs>
        <w:spacing w:before="20" w:after="40"/>
      </w:pPr>
      <w:r>
        <w:tab/>
      </w:r>
      <w:r>
        <w:rPr>
          <w:sz w:val="24"/>
        </w:rPr>
        <w:t>C) He is a nurse.</w:t>
      </w:r>
      <w:r>
        <w:tab/>
      </w:r>
      <w:r>
        <w:rPr>
          <w:sz w:val="24"/>
        </w:rPr>
        <w:t>D) He is a student.</w:t>
      </w:r>
    </w:p>
    <w:p>
      <w:pPr>
        <w:spacing w:after="40"/>
      </w:pPr>
    </w:p>
    <w:p>
      <w:pPr>
        <w:keepNext/>
        <w:keepLines/>
        <w:spacing w:after="40"/>
      </w:pPr>
      <w:r>
        <w:rPr>
          <w:b/>
          <w:sz w:val="24"/>
        </w:rPr>
        <w:t xml:space="preserve">162. </w:t>
      </w:r>
      <w:r>
        <w:rPr>
          <w:sz w:val="24"/>
        </w:rPr>
        <w:t>How many sisters does Ben have?</w:t>
      </w:r>
    </w:p>
    <w:p>
      <w:pPr>
        <w:keepNext/>
        <w:keepLines/>
        <w:tabs>
          <w:tab w:pos="567" w:val="left"/>
          <w:tab w:pos="2835" w:val="left"/>
          <w:tab w:pos="5102" w:val="left"/>
          <w:tab w:pos="7370" w:val="left"/>
        </w:tabs>
        <w:spacing w:before="20" w:after="40"/>
      </w:pPr>
      <w:r>
        <w:tab/>
      </w:r>
      <w:r>
        <w:rPr>
          <w:sz w:val="24"/>
        </w:rPr>
        <w:t>A) one</w:t>
      </w:r>
      <w:r>
        <w:tab/>
      </w:r>
      <w:r>
        <w:rPr>
          <w:sz w:val="24"/>
        </w:rPr>
        <w:t>B) three</w:t>
      </w:r>
      <w:r>
        <w:tab/>
      </w:r>
      <w:r>
        <w:rPr>
          <w:sz w:val="24"/>
        </w:rPr>
        <w:t>C) two</w:t>
      </w:r>
      <w:r>
        <w:tab/>
      </w:r>
      <w:r>
        <w:rPr>
          <w:sz w:val="24"/>
        </w:rPr>
        <w:t>D) six</w:t>
      </w:r>
    </w:p>
    <w:p>
      <w:pPr>
        <w:spacing w:after="40"/>
      </w:pPr>
    </w:p>
    <w:p>
      <w:pPr>
        <w:keepNext/>
        <w:keepLines/>
        <w:spacing w:after="40"/>
      </w:pPr>
      <w:r>
        <w:rPr>
          <w:b/>
          <w:sz w:val="24"/>
        </w:rPr>
        <w:t xml:space="preserve">163. </w:t>
      </w:r>
      <w:r>
        <w:rPr>
          <w:sz w:val="24"/>
        </w:rPr>
        <w:t>Where does Ben's family live?</w:t>
      </w:r>
    </w:p>
    <w:p>
      <w:pPr>
        <w:keepNext/>
        <w:keepLines/>
        <w:tabs>
          <w:tab w:pos="567" w:val="left"/>
          <w:tab w:pos="5102" w:val="left"/>
        </w:tabs>
        <w:spacing w:before="20" w:after="40"/>
      </w:pPr>
      <w:r>
        <w:tab/>
      </w:r>
      <w:r>
        <w:rPr>
          <w:sz w:val="24"/>
        </w:rPr>
        <w:t>A) in a big house close to the sea</w:t>
      </w:r>
      <w:r>
        <w:tab/>
      </w:r>
      <w:r>
        <w:rPr>
          <w:sz w:val="24"/>
        </w:rPr>
        <w:t>B) in a small house</w:t>
      </w:r>
    </w:p>
    <w:p>
      <w:pPr>
        <w:keepNext/>
        <w:keepLines/>
        <w:tabs>
          <w:tab w:pos="567" w:val="left"/>
          <w:tab w:pos="5102" w:val="left"/>
        </w:tabs>
        <w:spacing w:before="20" w:after="40"/>
      </w:pPr>
      <w:r>
        <w:tab/>
      </w:r>
      <w:r>
        <w:rPr>
          <w:sz w:val="24"/>
        </w:rPr>
        <w:t>C) in a big city</w:t>
      </w:r>
      <w:r>
        <w:tab/>
      </w:r>
      <w:r>
        <w:rPr>
          <w:sz w:val="24"/>
        </w:rPr>
        <w:t>D) on a farm</w:t>
      </w:r>
    </w:p>
    <w:p>
      <w:pPr>
        <w:spacing w:after="40"/>
      </w:pPr>
    </w:p>
    <w:p>
      <w:pPr>
        <w:keepNext/>
        <w:keepLines/>
        <w:spacing w:after="40"/>
      </w:pPr>
      <w:r>
        <w:rPr>
          <w:b/>
          <w:sz w:val="24"/>
        </w:rPr>
        <w:t xml:space="preserve">164. </w:t>
      </w:r>
      <w:r>
        <w:rPr>
          <w:sz w:val="24"/>
        </w:rPr>
        <w:t>Who lives with the family?</w:t>
      </w:r>
    </w:p>
    <w:p>
      <w:pPr>
        <w:keepNext/>
        <w:keepLines/>
        <w:tabs>
          <w:tab w:pos="567" w:val="left"/>
          <w:tab w:pos="5102" w:val="left"/>
        </w:tabs>
        <w:spacing w:before="20" w:after="40"/>
      </w:pPr>
      <w:r>
        <w:tab/>
      </w:r>
      <w:r>
        <w:rPr>
          <w:sz w:val="24"/>
        </w:rPr>
        <w:t>A) the grandfather</w:t>
      </w:r>
      <w:r>
        <w:tab/>
      </w:r>
      <w:r>
        <w:rPr>
          <w:sz w:val="24"/>
        </w:rPr>
        <w:t>B) the teacher</w:t>
      </w:r>
    </w:p>
    <w:p>
      <w:pPr>
        <w:keepNext/>
        <w:keepLines/>
        <w:tabs>
          <w:tab w:pos="567" w:val="left"/>
          <w:tab w:pos="5102" w:val="left"/>
        </w:tabs>
        <w:spacing w:before="20" w:after="40"/>
      </w:pPr>
      <w:r>
        <w:tab/>
      </w:r>
      <w:r>
        <w:rPr>
          <w:sz w:val="24"/>
        </w:rPr>
        <w:t>C) the doctor</w:t>
      </w:r>
      <w:r>
        <w:tab/>
      </w:r>
      <w:r>
        <w:rPr>
          <w:sz w:val="24"/>
        </w:rPr>
        <w:t>D) the grandmother</w:t>
      </w:r>
    </w:p>
    <w:p>
      <w:pPr>
        <w:spacing w:after="40"/>
      </w:pPr>
    </w:p>
    <w:p>
      <w:pPr>
        <w:keepNext/>
        <w:keepLines/>
        <w:spacing w:after="40"/>
      </w:pPr>
      <w:r>
        <w:rPr>
          <w:b/>
          <w:sz w:val="24"/>
        </w:rPr>
        <w:t xml:space="preserve">165. </w:t>
      </w:r>
      <w:r>
        <w:rPr>
          <w:sz w:val="24"/>
        </w:rPr>
        <w:t>According to the text, which sentence is TRUE?</w:t>
      </w:r>
    </w:p>
    <w:p>
      <w:pPr>
        <w:keepNext/>
        <w:keepLines/>
        <w:tabs>
          <w:tab w:pos="567" w:val="left"/>
        </w:tabs>
        <w:spacing w:before="20" w:after="40"/>
      </w:pPr>
      <w:r>
        <w:tab/>
      </w:r>
      <w:r>
        <w:rPr>
          <w:sz w:val="24"/>
        </w:rPr>
        <w:t>A) Ben has two brothers.</w:t>
      </w:r>
    </w:p>
    <w:p>
      <w:pPr>
        <w:keepNext/>
        <w:keepLines/>
        <w:tabs>
          <w:tab w:pos="567" w:val="left"/>
        </w:tabs>
        <w:spacing w:before="20" w:after="40"/>
      </w:pPr>
      <w:r>
        <w:tab/>
      </w:r>
      <w:r>
        <w:rPr>
          <w:sz w:val="24"/>
        </w:rPr>
        <w:t>B) The mother is a doctor.</w:t>
      </w:r>
    </w:p>
    <w:p>
      <w:pPr>
        <w:keepNext/>
        <w:keepLines/>
        <w:tabs>
          <w:tab w:pos="567" w:val="left"/>
        </w:tabs>
        <w:spacing w:before="20" w:after="40"/>
      </w:pPr>
      <w:r>
        <w:tab/>
      </w:r>
      <w:r>
        <w:rPr>
          <w:sz w:val="24"/>
        </w:rPr>
        <w:t>C) Ben has one brother and two sisters.</w:t>
      </w:r>
    </w:p>
    <w:p>
      <w:pPr>
        <w:keepNext/>
        <w:keepLines/>
        <w:tabs>
          <w:tab w:pos="567" w:val="left"/>
        </w:tabs>
        <w:spacing w:before="20" w:after="40"/>
      </w:pPr>
      <w:r>
        <w:tab/>
      </w:r>
      <w:r>
        <w:rPr>
          <w:sz w:val="24"/>
        </w:rPr>
        <w:t>D) Ben lives on a farm.</w:t>
      </w:r>
    </w:p>
    <w:p>
      <w:pPr>
        <w:spacing w:after="40"/>
      </w:pPr>
    </w:p>
    <w:p>
      <w:pPr>
        <w:spacing w:after="20"/>
      </w:pPr>
      <w:r>
        <w:rPr>
          <w:b/>
          <w:sz w:val="21"/>
        </w:rPr>
        <w:t>Aşağıdaki paragrafa göre cevaplayın:</w:t>
      </w:r>
    </w:p>
    <w:p>
      <w:pPr>
        <w:keepNext/>
        <w:keepLines/>
        <w:spacing w:after="120"/>
        <w:ind w:left="227" w:right="227"/>
      </w:pPr>
      <w:r>
        <w:rPr>
          <w:i/>
          <w:sz w:val="24"/>
        </w:rPr>
        <w:t>Tom goes to school from Monday to Friday. His first lesson is English. He likes English because it is interesting. At twelve o'clock, he eats lunch in the canteen. He plays with his friends in the playground after lunch. School finishes at three o'clock. Tom comes home and does his homework. Then he plays football with his brother. On Saturday, Tom rides his bicycle in the park. He also likes reading books and watching TV.</w:t>
      </w:r>
    </w:p>
    <w:p>
      <w:pPr>
        <w:keepNext/>
        <w:keepLines/>
        <w:spacing w:after="40"/>
      </w:pPr>
      <w:r>
        <w:rPr>
          <w:b/>
          <w:sz w:val="24"/>
        </w:rPr>
        <w:t xml:space="preserve">166. </w:t>
      </w:r>
      <w:r>
        <w:rPr>
          <w:sz w:val="24"/>
        </w:rPr>
        <w:t>On which days does Tom go to school?</w:t>
      </w:r>
    </w:p>
    <w:p>
      <w:pPr>
        <w:keepNext/>
        <w:keepLines/>
        <w:tabs>
          <w:tab w:pos="567" w:val="left"/>
          <w:tab w:pos="5102" w:val="left"/>
        </w:tabs>
        <w:spacing w:before="20" w:after="40"/>
      </w:pPr>
      <w:r>
        <w:tab/>
      </w:r>
      <w:r>
        <w:rPr>
          <w:sz w:val="24"/>
        </w:rPr>
        <w:t>A) from Monday to Friday</w:t>
      </w:r>
      <w:r>
        <w:tab/>
      </w:r>
      <w:r>
        <w:rPr>
          <w:sz w:val="24"/>
        </w:rPr>
        <w:t>B) at the weekend</w:t>
      </w:r>
    </w:p>
    <w:p>
      <w:pPr>
        <w:keepNext/>
        <w:keepLines/>
        <w:tabs>
          <w:tab w:pos="567" w:val="left"/>
          <w:tab w:pos="5102" w:val="left"/>
        </w:tabs>
        <w:spacing w:before="20" w:after="40"/>
      </w:pPr>
      <w:r>
        <w:tab/>
      </w:r>
      <w:r>
        <w:rPr>
          <w:sz w:val="24"/>
        </w:rPr>
        <w:t>C) on Sunday</w:t>
      </w:r>
      <w:r>
        <w:tab/>
      </w:r>
      <w:r>
        <w:rPr>
          <w:sz w:val="24"/>
        </w:rPr>
        <w:t>D) on Monday</w:t>
      </w:r>
    </w:p>
    <w:p>
      <w:pPr>
        <w:spacing w:after="40"/>
      </w:pPr>
    </w:p>
    <w:p>
      <w:pPr>
        <w:keepNext/>
        <w:keepLines/>
        <w:spacing w:after="40"/>
      </w:pPr>
      <w:r>
        <w:rPr>
          <w:b/>
          <w:sz w:val="24"/>
        </w:rPr>
        <w:t xml:space="preserve">167. </w:t>
      </w:r>
      <w:r>
        <w:rPr>
          <w:sz w:val="24"/>
        </w:rPr>
        <w:t>Which lesson does Tom have first?</w:t>
      </w:r>
    </w:p>
    <w:p>
      <w:pPr>
        <w:keepNext/>
        <w:keepLines/>
        <w:tabs>
          <w:tab w:pos="567" w:val="left"/>
          <w:tab w:pos="2835" w:val="left"/>
          <w:tab w:pos="5102" w:val="left"/>
          <w:tab w:pos="7370" w:val="left"/>
        </w:tabs>
        <w:spacing w:before="20" w:after="40"/>
      </w:pPr>
      <w:r>
        <w:tab/>
      </w:r>
      <w:r>
        <w:rPr>
          <w:sz w:val="24"/>
        </w:rPr>
        <w:t>A) Maths</w:t>
      </w:r>
      <w:r>
        <w:tab/>
      </w:r>
      <w:r>
        <w:rPr>
          <w:sz w:val="24"/>
        </w:rPr>
        <w:t>B) English</w:t>
      </w:r>
      <w:r>
        <w:tab/>
      </w:r>
      <w:r>
        <w:rPr>
          <w:sz w:val="24"/>
        </w:rPr>
        <w:t>C) Science</w:t>
      </w:r>
      <w:r>
        <w:tab/>
      </w:r>
      <w:r>
        <w:rPr>
          <w:sz w:val="24"/>
        </w:rPr>
        <w:t>D) Art</w:t>
      </w:r>
    </w:p>
    <w:p>
      <w:pPr>
        <w:spacing w:after="40"/>
      </w:pPr>
    </w:p>
    <w:p>
      <w:pPr>
        <w:keepNext/>
        <w:keepLines/>
        <w:spacing w:after="40"/>
      </w:pPr>
      <w:r>
        <w:rPr>
          <w:b/>
          <w:sz w:val="24"/>
        </w:rPr>
        <w:t xml:space="preserve">168. </w:t>
      </w:r>
      <w:r>
        <w:rPr>
          <w:sz w:val="24"/>
        </w:rPr>
        <w:t>At what time does Tom's school finish?</w:t>
      </w:r>
    </w:p>
    <w:p>
      <w:pPr>
        <w:keepNext/>
        <w:keepLines/>
        <w:tabs>
          <w:tab w:pos="567" w:val="left"/>
          <w:tab w:pos="2835" w:val="left"/>
          <w:tab w:pos="5102" w:val="left"/>
          <w:tab w:pos="7370" w:val="left"/>
        </w:tabs>
        <w:spacing w:before="20" w:after="40"/>
      </w:pPr>
      <w:r>
        <w:tab/>
      </w:r>
      <w:r>
        <w:rPr>
          <w:sz w:val="24"/>
        </w:rPr>
        <w:t>A) twelve o'clock</w:t>
      </w:r>
      <w:r>
        <w:tab/>
      </w:r>
      <w:r>
        <w:rPr>
          <w:sz w:val="24"/>
        </w:rPr>
        <w:t>B) two o'clock</w:t>
      </w:r>
      <w:r>
        <w:tab/>
      </w:r>
      <w:r>
        <w:rPr>
          <w:sz w:val="24"/>
        </w:rPr>
        <w:t>C) four o'clock</w:t>
      </w:r>
      <w:r>
        <w:tab/>
      </w:r>
      <w:r>
        <w:rPr>
          <w:sz w:val="24"/>
        </w:rPr>
        <w:t>D) three o'clock</w:t>
      </w:r>
    </w:p>
    <w:p>
      <w:pPr>
        <w:spacing w:after="40"/>
      </w:pPr>
    </w:p>
    <w:p>
      <w:pPr>
        <w:keepNext/>
        <w:keepLines/>
        <w:spacing w:after="40"/>
      </w:pPr>
      <w:r>
        <w:rPr>
          <w:b/>
          <w:sz w:val="24"/>
        </w:rPr>
        <w:t xml:space="preserve">169. </w:t>
      </w:r>
      <w:r>
        <w:rPr>
          <w:sz w:val="24"/>
        </w:rPr>
        <w:t>What does Tom do when he comes home?</w:t>
      </w:r>
    </w:p>
    <w:p>
      <w:pPr>
        <w:keepNext/>
        <w:keepLines/>
        <w:tabs>
          <w:tab w:pos="567" w:val="left"/>
        </w:tabs>
        <w:spacing w:before="20" w:after="40"/>
      </w:pPr>
      <w:r>
        <w:tab/>
      </w:r>
      <w:r>
        <w:rPr>
          <w:sz w:val="24"/>
        </w:rPr>
        <w:t>A) He goes to bed.</w:t>
      </w:r>
    </w:p>
    <w:p>
      <w:pPr>
        <w:keepNext/>
        <w:keepLines/>
        <w:tabs>
          <w:tab w:pos="567" w:val="left"/>
        </w:tabs>
        <w:spacing w:before="20" w:after="40"/>
      </w:pPr>
      <w:r>
        <w:tab/>
      </w:r>
      <w:r>
        <w:rPr>
          <w:sz w:val="24"/>
        </w:rPr>
        <w:t>B) He does his homework, then plays football.</w:t>
      </w:r>
    </w:p>
    <w:p>
      <w:pPr>
        <w:keepNext/>
        <w:keepLines/>
        <w:tabs>
          <w:tab w:pos="567" w:val="left"/>
        </w:tabs>
        <w:spacing w:before="20" w:after="40"/>
      </w:pPr>
      <w:r>
        <w:tab/>
      </w:r>
      <w:r>
        <w:rPr>
          <w:sz w:val="24"/>
        </w:rPr>
        <w:t>C) He watches TV.</w:t>
      </w:r>
    </w:p>
    <w:p>
      <w:pPr>
        <w:keepNext/>
        <w:keepLines/>
        <w:tabs>
          <w:tab w:pos="567" w:val="left"/>
        </w:tabs>
        <w:spacing w:before="20" w:after="40"/>
      </w:pPr>
      <w:r>
        <w:tab/>
      </w:r>
      <w:r>
        <w:rPr>
          <w:sz w:val="24"/>
        </w:rPr>
        <w:t>D) He rides his bicycle.</w:t>
      </w:r>
    </w:p>
    <w:p>
      <w:pPr>
        <w:spacing w:after="40"/>
      </w:pPr>
    </w:p>
    <w:p>
      <w:pPr>
        <w:keepNext/>
        <w:keepLines/>
        <w:spacing w:after="40"/>
      </w:pPr>
      <w:r>
        <w:rPr>
          <w:b/>
          <w:sz w:val="24"/>
        </w:rPr>
        <w:t xml:space="preserve">170. </w:t>
      </w:r>
      <w:r>
        <w:rPr>
          <w:sz w:val="24"/>
        </w:rPr>
        <w:t>What does Tom do on Saturday?</w:t>
      </w:r>
    </w:p>
    <w:p>
      <w:pPr>
        <w:keepNext/>
        <w:keepLines/>
        <w:tabs>
          <w:tab w:pos="567" w:val="left"/>
        </w:tabs>
        <w:spacing w:before="20" w:after="40"/>
      </w:pPr>
      <w:r>
        <w:tab/>
      </w:r>
      <w:r>
        <w:rPr>
          <w:sz w:val="24"/>
        </w:rPr>
        <w:t>A) He goes to school.</w:t>
      </w:r>
    </w:p>
    <w:p>
      <w:pPr>
        <w:keepNext/>
        <w:keepLines/>
        <w:tabs>
          <w:tab w:pos="567" w:val="left"/>
        </w:tabs>
        <w:spacing w:before="20" w:after="40"/>
      </w:pPr>
      <w:r>
        <w:tab/>
      </w:r>
      <w:r>
        <w:rPr>
          <w:sz w:val="24"/>
        </w:rPr>
        <w:t>B) He does his homework.</w:t>
      </w:r>
    </w:p>
    <w:p>
      <w:pPr>
        <w:keepNext/>
        <w:keepLines/>
        <w:tabs>
          <w:tab w:pos="567" w:val="left"/>
        </w:tabs>
        <w:spacing w:before="20" w:after="40"/>
      </w:pPr>
      <w:r>
        <w:tab/>
      </w:r>
      <w:r>
        <w:rPr>
          <w:sz w:val="24"/>
        </w:rPr>
        <w:t>C) He rides his bicycle in the park.</w:t>
      </w:r>
    </w:p>
    <w:p>
      <w:pPr>
        <w:keepNext/>
        <w:keepLines/>
        <w:tabs>
          <w:tab w:pos="567" w:val="left"/>
        </w:tabs>
        <w:spacing w:before="20" w:after="40"/>
      </w:pPr>
      <w:r>
        <w:tab/>
      </w:r>
      <w:r>
        <w:rPr>
          <w:sz w:val="24"/>
        </w:rPr>
        <w:t>D) He plays football with his friends.</w:t>
      </w:r>
    </w:p>
    <w:p>
      <w:pPr>
        <w:spacing w:after="40"/>
      </w:pPr>
    </w:p>
    <w:p>
      <w:pPr>
        <w:spacing w:after="20"/>
      </w:pPr>
      <w:r>
        <w:rPr>
          <w:b/>
          <w:sz w:val="21"/>
        </w:rPr>
        <w:t>Aşağıdaki paragrafa göre cevaplayın:</w:t>
      </w:r>
    </w:p>
    <w:p>
      <w:pPr>
        <w:keepNext/>
        <w:keepLines/>
        <w:spacing w:after="120"/>
        <w:ind w:left="227" w:right="227"/>
      </w:pPr>
      <w:r>
        <w:rPr>
          <w:i/>
          <w:sz w:val="24"/>
        </w:rPr>
        <w:t>My grandmother gets up at six o'clock every morning. She has breakfast and then works in the garden. She waters the flowers and the trees. She has many red and yellow flowers. In the afternoon, she drinks tea with her friends. They sit in the garden and talk. My grandmother loves birds. She puts bread for the birds on a small table. In the evening, she cooks dinner for the family. She is old but she is very healthy and happy.</w:t>
      </w:r>
    </w:p>
    <w:p>
      <w:pPr>
        <w:keepNext/>
        <w:keepLines/>
        <w:spacing w:after="40"/>
      </w:pPr>
      <w:r>
        <w:rPr>
          <w:b/>
          <w:sz w:val="24"/>
        </w:rPr>
        <w:t xml:space="preserve">171. </w:t>
      </w:r>
      <w:r>
        <w:rPr>
          <w:sz w:val="24"/>
        </w:rPr>
        <w:t>At what time does the grandmother wake up?</w:t>
      </w:r>
    </w:p>
    <w:p>
      <w:pPr>
        <w:keepNext/>
        <w:keepLines/>
        <w:tabs>
          <w:tab w:pos="567" w:val="left"/>
          <w:tab w:pos="2835" w:val="left"/>
          <w:tab w:pos="5102" w:val="left"/>
          <w:tab w:pos="7370" w:val="left"/>
        </w:tabs>
        <w:spacing w:before="20" w:after="40"/>
      </w:pPr>
      <w:r>
        <w:tab/>
      </w:r>
      <w:r>
        <w:rPr>
          <w:sz w:val="24"/>
        </w:rPr>
        <w:t>A) seven o'clock</w:t>
      </w:r>
      <w:r>
        <w:tab/>
      </w:r>
      <w:r>
        <w:rPr>
          <w:sz w:val="24"/>
        </w:rPr>
        <w:t>B) eight o'clock</w:t>
      </w:r>
      <w:r>
        <w:tab/>
      </w:r>
      <w:r>
        <w:rPr>
          <w:sz w:val="24"/>
        </w:rPr>
        <w:t>C) five o'clock</w:t>
      </w:r>
      <w:r>
        <w:tab/>
      </w:r>
      <w:r>
        <w:rPr>
          <w:sz w:val="24"/>
        </w:rPr>
        <w:t>D) six o'clock</w:t>
      </w:r>
    </w:p>
    <w:p>
      <w:pPr>
        <w:spacing w:after="40"/>
      </w:pPr>
    </w:p>
    <w:p>
      <w:pPr>
        <w:keepNext/>
        <w:keepLines/>
        <w:spacing w:after="40"/>
      </w:pPr>
      <w:r>
        <w:rPr>
          <w:b/>
          <w:sz w:val="24"/>
        </w:rPr>
        <w:t xml:space="preserve">172. </w:t>
      </w:r>
      <w:r>
        <w:rPr>
          <w:sz w:val="24"/>
        </w:rPr>
        <w:t>What does she do in the morning?</w:t>
      </w:r>
    </w:p>
    <w:p>
      <w:pPr>
        <w:keepNext/>
        <w:keepLines/>
        <w:tabs>
          <w:tab w:pos="567" w:val="left"/>
          <w:tab w:pos="5102" w:val="left"/>
        </w:tabs>
        <w:spacing w:before="20" w:after="40"/>
      </w:pPr>
      <w:r>
        <w:tab/>
      </w:r>
      <w:r>
        <w:rPr>
          <w:sz w:val="24"/>
        </w:rPr>
        <w:t>A) She works in the garden.</w:t>
      </w:r>
      <w:r>
        <w:tab/>
      </w:r>
      <w:r>
        <w:rPr>
          <w:sz w:val="24"/>
        </w:rPr>
        <w:t>B) She drinks tea with friends.</w:t>
      </w:r>
    </w:p>
    <w:p>
      <w:pPr>
        <w:keepNext/>
        <w:keepLines/>
        <w:tabs>
          <w:tab w:pos="567" w:val="left"/>
          <w:tab w:pos="5102" w:val="left"/>
        </w:tabs>
        <w:spacing w:before="20" w:after="40"/>
      </w:pPr>
      <w:r>
        <w:tab/>
      </w:r>
      <w:r>
        <w:rPr>
          <w:sz w:val="24"/>
        </w:rPr>
        <w:t>C) She cooks dinner.</w:t>
      </w:r>
      <w:r>
        <w:tab/>
      </w:r>
      <w:r>
        <w:rPr>
          <w:sz w:val="24"/>
        </w:rPr>
        <w:t>D) She goes to bed.</w:t>
      </w:r>
    </w:p>
    <w:p>
      <w:pPr>
        <w:spacing w:after="40"/>
      </w:pPr>
    </w:p>
    <w:p>
      <w:pPr>
        <w:keepNext/>
        <w:keepLines/>
        <w:spacing w:after="40"/>
      </w:pPr>
      <w:r>
        <w:rPr>
          <w:b/>
          <w:sz w:val="24"/>
        </w:rPr>
        <w:t xml:space="preserve">173. </w:t>
      </w:r>
      <w:r>
        <w:rPr>
          <w:sz w:val="24"/>
        </w:rPr>
        <w:t>What colour are her flowers?</w:t>
      </w:r>
    </w:p>
    <w:p>
      <w:pPr>
        <w:keepNext/>
        <w:keepLines/>
        <w:tabs>
          <w:tab w:pos="567" w:val="left"/>
          <w:tab w:pos="5102" w:val="left"/>
        </w:tabs>
        <w:spacing w:before="20" w:after="40"/>
      </w:pPr>
      <w:r>
        <w:tab/>
      </w:r>
      <w:r>
        <w:rPr>
          <w:sz w:val="24"/>
        </w:rPr>
        <w:t>A) blue and green</w:t>
      </w:r>
      <w:r>
        <w:tab/>
      </w:r>
      <w:r>
        <w:rPr>
          <w:sz w:val="24"/>
        </w:rPr>
        <w:t>B) red and yellow</w:t>
      </w:r>
    </w:p>
    <w:p>
      <w:pPr>
        <w:keepNext/>
        <w:keepLines/>
        <w:tabs>
          <w:tab w:pos="567" w:val="left"/>
          <w:tab w:pos="5102" w:val="left"/>
        </w:tabs>
        <w:spacing w:before="20" w:after="40"/>
      </w:pPr>
      <w:r>
        <w:tab/>
      </w:r>
      <w:r>
        <w:rPr>
          <w:sz w:val="24"/>
        </w:rPr>
        <w:t>C) red and blue</w:t>
      </w:r>
      <w:r>
        <w:tab/>
      </w:r>
      <w:r>
        <w:rPr>
          <w:sz w:val="24"/>
        </w:rPr>
        <w:t>D) yellow and green</w:t>
      </w:r>
    </w:p>
    <w:p>
      <w:pPr>
        <w:spacing w:after="40"/>
      </w:pPr>
    </w:p>
    <w:p>
      <w:pPr>
        <w:keepNext/>
        <w:keepLines/>
        <w:spacing w:after="40"/>
      </w:pPr>
      <w:r>
        <w:rPr>
          <w:b/>
          <w:sz w:val="24"/>
        </w:rPr>
        <w:t xml:space="preserve">174. </w:t>
      </w:r>
      <w:r>
        <w:rPr>
          <w:sz w:val="24"/>
        </w:rPr>
        <w:t>What does the grandmother do after lunch?</w:t>
      </w:r>
    </w:p>
    <w:p>
      <w:pPr>
        <w:keepNext/>
        <w:keepLines/>
        <w:tabs>
          <w:tab w:pos="567" w:val="left"/>
          <w:tab w:pos="5102" w:val="left"/>
        </w:tabs>
        <w:spacing w:before="20" w:after="40"/>
      </w:pPr>
      <w:r>
        <w:tab/>
      </w:r>
      <w:r>
        <w:rPr>
          <w:sz w:val="24"/>
        </w:rPr>
        <w:t>A) She works in the garden.</w:t>
      </w:r>
      <w:r>
        <w:tab/>
      </w:r>
      <w:r>
        <w:rPr>
          <w:sz w:val="24"/>
        </w:rPr>
        <w:t>B) She cooks dinner.</w:t>
      </w:r>
    </w:p>
    <w:p>
      <w:pPr>
        <w:keepNext/>
        <w:keepLines/>
        <w:tabs>
          <w:tab w:pos="567" w:val="left"/>
          <w:tab w:pos="5102" w:val="left"/>
        </w:tabs>
        <w:spacing w:before="20" w:after="40"/>
      </w:pPr>
      <w:r>
        <w:tab/>
      </w:r>
      <w:r>
        <w:rPr>
          <w:sz w:val="24"/>
        </w:rPr>
        <w:t>C) She drinks tea with her friends.</w:t>
      </w:r>
      <w:r>
        <w:tab/>
      </w:r>
      <w:r>
        <w:rPr>
          <w:sz w:val="24"/>
        </w:rPr>
        <w:t>D) She waters the trees.</w:t>
      </w:r>
    </w:p>
    <w:p>
      <w:pPr>
        <w:spacing w:after="40"/>
      </w:pPr>
    </w:p>
    <w:p>
      <w:pPr>
        <w:keepNext/>
        <w:keepLines/>
        <w:spacing w:after="40"/>
      </w:pPr>
      <w:r>
        <w:rPr>
          <w:b/>
          <w:sz w:val="24"/>
        </w:rPr>
        <w:t xml:space="preserve">175. </w:t>
      </w:r>
      <w:r>
        <w:rPr>
          <w:sz w:val="24"/>
        </w:rPr>
        <w:t>Which sentence about the grandmother is TRUE?</w:t>
      </w:r>
    </w:p>
    <w:p>
      <w:pPr>
        <w:keepNext/>
        <w:keepLines/>
        <w:tabs>
          <w:tab w:pos="567" w:val="left"/>
        </w:tabs>
        <w:spacing w:before="20" w:after="40"/>
      </w:pPr>
      <w:r>
        <w:tab/>
      </w:r>
      <w:r>
        <w:rPr>
          <w:sz w:val="24"/>
        </w:rPr>
        <w:t>A) The grandmother is very healthy and happy.</w:t>
      </w:r>
    </w:p>
    <w:p>
      <w:pPr>
        <w:keepNext/>
        <w:keepLines/>
        <w:tabs>
          <w:tab w:pos="567" w:val="left"/>
        </w:tabs>
        <w:spacing w:before="20" w:after="40"/>
      </w:pPr>
      <w:r>
        <w:tab/>
      </w:r>
      <w:r>
        <w:rPr>
          <w:sz w:val="24"/>
        </w:rPr>
        <w:t>B) The grandmother is ill.</w:t>
      </w:r>
    </w:p>
    <w:p>
      <w:pPr>
        <w:keepNext/>
        <w:keepLines/>
        <w:tabs>
          <w:tab w:pos="567" w:val="left"/>
        </w:tabs>
        <w:spacing w:before="20" w:after="40"/>
      </w:pPr>
      <w:r>
        <w:tab/>
      </w:r>
      <w:r>
        <w:rPr>
          <w:sz w:val="24"/>
        </w:rPr>
        <w:t>C) The grandmother is young.</w:t>
      </w:r>
    </w:p>
    <w:p>
      <w:pPr>
        <w:keepNext/>
        <w:keepLines/>
        <w:tabs>
          <w:tab w:pos="567" w:val="left"/>
        </w:tabs>
        <w:spacing w:before="20" w:after="40"/>
      </w:pPr>
      <w:r>
        <w:tab/>
      </w:r>
      <w:r>
        <w:rPr>
          <w:sz w:val="24"/>
        </w:rPr>
        <w:t>D) The grandmother does not like birds.</w:t>
      </w:r>
    </w:p>
    <w:p>
      <w:pPr>
        <w:spacing w:after="40"/>
      </w:pPr>
    </w:p>
    <w:p>
      <w:pPr>
        <w:spacing w:after="20"/>
      </w:pPr>
      <w:r>
        <w:rPr>
          <w:b/>
          <w:sz w:val="21"/>
        </w:rPr>
        <w:t>Aşağıdaki paragrafa göre cevaplayın:</w:t>
      </w:r>
    </w:p>
    <w:p>
      <w:pPr>
        <w:keepNext/>
        <w:keepLines/>
        <w:spacing w:after="120"/>
        <w:ind w:left="227" w:right="227"/>
      </w:pPr>
      <w:r>
        <w:rPr>
          <w:i/>
          <w:sz w:val="24"/>
        </w:rPr>
        <w:t>Dear Mum and Dad, I am on holiday in Cyprus with my friend Ali. The weather is hot and sunny every day. In the morning, we swim in the sea. Then we have a big breakfast at the hotel. In the afternoon, we visit old cities and take pictures. The food here is very nice. I eat fish, salad and fruit. In the evening, we walk on the beach. I am very happy here. See you soon. Love, Sara.</w:t>
      </w:r>
    </w:p>
    <w:p>
      <w:pPr>
        <w:keepNext/>
        <w:keepLines/>
        <w:spacing w:after="40"/>
      </w:pPr>
      <w:r>
        <w:rPr>
          <w:b/>
          <w:sz w:val="24"/>
        </w:rPr>
        <w:t xml:space="preserve">176. </w:t>
      </w:r>
      <w:r>
        <w:rPr>
          <w:sz w:val="24"/>
        </w:rPr>
        <w:t>Who is the writer of the letter?</w:t>
      </w:r>
    </w:p>
    <w:p>
      <w:pPr>
        <w:keepNext/>
        <w:keepLines/>
        <w:tabs>
          <w:tab w:pos="567" w:val="left"/>
          <w:tab w:pos="2835" w:val="left"/>
          <w:tab w:pos="5102" w:val="left"/>
          <w:tab w:pos="7370" w:val="left"/>
        </w:tabs>
        <w:spacing w:before="20" w:after="40"/>
      </w:pPr>
      <w:r>
        <w:tab/>
      </w:r>
      <w:r>
        <w:rPr>
          <w:sz w:val="24"/>
        </w:rPr>
        <w:t>A) Ali</w:t>
      </w:r>
      <w:r>
        <w:tab/>
      </w:r>
      <w:r>
        <w:rPr>
          <w:sz w:val="24"/>
        </w:rPr>
        <w:t>B) Mum</w:t>
      </w:r>
      <w:r>
        <w:tab/>
      </w:r>
      <w:r>
        <w:rPr>
          <w:sz w:val="24"/>
        </w:rPr>
        <w:t>C) Dad</w:t>
      </w:r>
      <w:r>
        <w:tab/>
      </w:r>
      <w:r>
        <w:rPr>
          <w:sz w:val="24"/>
        </w:rPr>
        <w:t>D) Sara</w:t>
      </w:r>
    </w:p>
    <w:p>
      <w:pPr>
        <w:spacing w:after="40"/>
      </w:pPr>
    </w:p>
    <w:p>
      <w:pPr>
        <w:keepNext/>
        <w:keepLines/>
        <w:spacing w:after="40"/>
      </w:pPr>
      <w:r>
        <w:rPr>
          <w:b/>
          <w:sz w:val="24"/>
        </w:rPr>
        <w:t xml:space="preserve">177. </w:t>
      </w:r>
      <w:r>
        <w:rPr>
          <w:sz w:val="24"/>
        </w:rPr>
        <w:t>Where is Sara on holiday?</w:t>
      </w:r>
    </w:p>
    <w:p>
      <w:pPr>
        <w:keepNext/>
        <w:keepLines/>
        <w:tabs>
          <w:tab w:pos="567" w:val="left"/>
          <w:tab w:pos="2835" w:val="left"/>
          <w:tab w:pos="5102" w:val="left"/>
          <w:tab w:pos="7370" w:val="left"/>
        </w:tabs>
        <w:spacing w:before="20" w:after="40"/>
      </w:pPr>
      <w:r>
        <w:tab/>
      </w:r>
      <w:r>
        <w:rPr>
          <w:sz w:val="24"/>
        </w:rPr>
        <w:t>A) in London</w:t>
      </w:r>
      <w:r>
        <w:tab/>
      </w:r>
      <w:r>
        <w:rPr>
          <w:sz w:val="24"/>
        </w:rPr>
        <w:t>B) at school</w:t>
      </w:r>
      <w:r>
        <w:tab/>
      </w:r>
      <w:r>
        <w:rPr>
          <w:sz w:val="24"/>
        </w:rPr>
        <w:t>C) at home</w:t>
      </w:r>
      <w:r>
        <w:tab/>
      </w:r>
      <w:r>
        <w:rPr>
          <w:sz w:val="24"/>
        </w:rPr>
        <w:t>D) in Cyprus</w:t>
      </w:r>
    </w:p>
    <w:p>
      <w:pPr>
        <w:spacing w:after="40"/>
      </w:pPr>
    </w:p>
    <w:p>
      <w:pPr>
        <w:keepNext/>
        <w:keepLines/>
        <w:spacing w:after="40"/>
      </w:pPr>
      <w:r>
        <w:rPr>
          <w:b/>
          <w:sz w:val="24"/>
        </w:rPr>
        <w:t xml:space="preserve">178. </w:t>
      </w:r>
      <w:r>
        <w:rPr>
          <w:sz w:val="24"/>
        </w:rPr>
        <w:t>How is the weather in Cyprus?</w:t>
      </w:r>
    </w:p>
    <w:p>
      <w:pPr>
        <w:keepNext/>
        <w:keepLines/>
        <w:tabs>
          <w:tab w:pos="567" w:val="left"/>
          <w:tab w:pos="2835" w:val="left"/>
          <w:tab w:pos="5102" w:val="left"/>
          <w:tab w:pos="7370" w:val="left"/>
        </w:tabs>
        <w:spacing w:before="20" w:after="40"/>
      </w:pPr>
      <w:r>
        <w:tab/>
      </w:r>
      <w:r>
        <w:rPr>
          <w:sz w:val="24"/>
        </w:rPr>
        <w:t>A) cold and rainy</w:t>
      </w:r>
      <w:r>
        <w:tab/>
      </w:r>
      <w:r>
        <w:rPr>
          <w:sz w:val="24"/>
        </w:rPr>
        <w:t>B) warm and windy</w:t>
      </w:r>
      <w:r>
        <w:tab/>
      </w:r>
      <w:r>
        <w:rPr>
          <w:sz w:val="24"/>
        </w:rPr>
        <w:t>C) hot and sunny</w:t>
      </w:r>
      <w:r>
        <w:tab/>
      </w:r>
      <w:r>
        <w:rPr>
          <w:sz w:val="24"/>
        </w:rPr>
        <w:t>D) cold and snowy</w:t>
      </w:r>
    </w:p>
    <w:p>
      <w:pPr>
        <w:spacing w:after="40"/>
      </w:pPr>
    </w:p>
    <w:p>
      <w:pPr>
        <w:keepNext/>
        <w:keepLines/>
        <w:spacing w:after="40"/>
      </w:pPr>
      <w:r>
        <w:rPr>
          <w:b/>
          <w:sz w:val="24"/>
        </w:rPr>
        <w:t xml:space="preserve">179. </w:t>
      </w:r>
      <w:r>
        <w:rPr>
          <w:sz w:val="24"/>
        </w:rPr>
        <w:t>What does Sara do every morning?</w:t>
      </w:r>
    </w:p>
    <w:p>
      <w:pPr>
        <w:keepNext/>
        <w:keepLines/>
        <w:tabs>
          <w:tab w:pos="567" w:val="left"/>
          <w:tab w:pos="5102" w:val="left"/>
        </w:tabs>
        <w:spacing w:before="20" w:after="40"/>
      </w:pPr>
      <w:r>
        <w:tab/>
      </w:r>
      <w:r>
        <w:rPr>
          <w:sz w:val="24"/>
        </w:rPr>
        <w:t>A) She visits old towns.</w:t>
      </w:r>
      <w:r>
        <w:tab/>
      </w:r>
      <w:r>
        <w:rPr>
          <w:sz w:val="24"/>
        </w:rPr>
        <w:t>B) She swims in the sea.</w:t>
      </w:r>
    </w:p>
    <w:p>
      <w:pPr>
        <w:keepNext/>
        <w:keepLines/>
        <w:tabs>
          <w:tab w:pos="567" w:val="left"/>
          <w:tab w:pos="5102" w:val="left"/>
        </w:tabs>
        <w:spacing w:before="20" w:after="40"/>
      </w:pPr>
      <w:r>
        <w:tab/>
      </w:r>
      <w:r>
        <w:rPr>
          <w:sz w:val="24"/>
        </w:rPr>
        <w:t>C) She walks on the beach.</w:t>
      </w:r>
      <w:r>
        <w:tab/>
      </w:r>
      <w:r>
        <w:rPr>
          <w:sz w:val="24"/>
        </w:rPr>
        <w:t>D) She eats at the hotel.</w:t>
      </w:r>
    </w:p>
    <w:p>
      <w:pPr>
        <w:spacing w:after="40"/>
      </w:pPr>
    </w:p>
    <w:p>
      <w:pPr>
        <w:keepNext/>
        <w:keepLines/>
        <w:spacing w:after="40"/>
      </w:pPr>
      <w:r>
        <w:rPr>
          <w:b/>
          <w:sz w:val="24"/>
        </w:rPr>
        <w:t xml:space="preserve">180. </w:t>
      </w:r>
      <w:r>
        <w:rPr>
          <w:sz w:val="24"/>
        </w:rPr>
        <w:t>How does Sara feel?</w:t>
      </w:r>
    </w:p>
    <w:p>
      <w:pPr>
        <w:keepNext/>
        <w:keepLines/>
        <w:tabs>
          <w:tab w:pos="567" w:val="left"/>
          <w:tab w:pos="2835" w:val="left"/>
          <w:tab w:pos="5102" w:val="left"/>
          <w:tab w:pos="7370" w:val="left"/>
        </w:tabs>
        <w:spacing w:before="20" w:after="40"/>
      </w:pPr>
      <w:r>
        <w:tab/>
      </w:r>
      <w:r>
        <w:rPr>
          <w:sz w:val="24"/>
        </w:rPr>
        <w:t>A) happy</w:t>
      </w:r>
      <w:r>
        <w:tab/>
      </w:r>
      <w:r>
        <w:rPr>
          <w:sz w:val="24"/>
        </w:rPr>
        <w:t>B) tired</w:t>
      </w:r>
      <w:r>
        <w:tab/>
      </w:r>
      <w:r>
        <w:rPr>
          <w:sz w:val="24"/>
        </w:rPr>
        <w:t>C) hungry</w:t>
      </w:r>
      <w:r>
        <w:tab/>
      </w:r>
      <w:r>
        <w:rPr>
          <w:sz w:val="24"/>
        </w:rPr>
        <w:t>D) ill</w:t>
      </w:r>
    </w:p>
    <w:p>
      <w:pPr>
        <w:spacing w:after="40"/>
      </w:pPr>
    </w:p>
    <w:p>
      <w:pPr>
        <w:spacing w:after="20"/>
      </w:pPr>
      <w:r>
        <w:rPr>
          <w:b/>
          <w:sz w:val="21"/>
        </w:rPr>
        <w:t>Aşağıdaki paragrafa göre cevaplayın:</w:t>
      </w:r>
    </w:p>
    <w:p>
      <w:pPr>
        <w:keepNext/>
        <w:keepLines/>
        <w:spacing w:after="120"/>
        <w:ind w:left="227" w:right="227"/>
      </w:pPr>
      <w:r>
        <w:rPr>
          <w:i/>
          <w:sz w:val="24"/>
        </w:rPr>
        <w:t>In winter, the days are short and cold. It often rains and sometimes it snows. My family stays at home. We drink hot tea and eat soup. I like winter because I can play with my brother in the snow. In summer, the days are long and hot. The sun is bright. We go to the beach and swim in the sea. We eat fruit and drink cold water. My father works in the garden and my mother reads a book. I love winter and summer.</w:t>
      </w:r>
    </w:p>
    <w:p>
      <w:pPr>
        <w:keepNext/>
        <w:keepLines/>
        <w:spacing w:after="40"/>
      </w:pPr>
      <w:r>
        <w:rPr>
          <w:b/>
          <w:sz w:val="24"/>
        </w:rPr>
        <w:t xml:space="preserve">181. </w:t>
      </w:r>
      <w:r>
        <w:rPr>
          <w:sz w:val="24"/>
        </w:rPr>
        <w:t>What is the weather like in winter?</w:t>
      </w:r>
    </w:p>
    <w:p>
      <w:pPr>
        <w:keepNext/>
        <w:keepLines/>
        <w:tabs>
          <w:tab w:pos="567" w:val="left"/>
          <w:tab w:pos="2835" w:val="left"/>
          <w:tab w:pos="5102" w:val="left"/>
          <w:tab w:pos="7370" w:val="left"/>
        </w:tabs>
        <w:spacing w:before="20" w:after="40"/>
      </w:pPr>
      <w:r>
        <w:tab/>
      </w:r>
      <w:r>
        <w:rPr>
          <w:sz w:val="24"/>
        </w:rPr>
        <w:t>A) cold</w:t>
      </w:r>
      <w:r>
        <w:tab/>
      </w:r>
      <w:r>
        <w:rPr>
          <w:sz w:val="24"/>
        </w:rPr>
        <w:t>B) hot</w:t>
      </w:r>
      <w:r>
        <w:tab/>
      </w:r>
      <w:r>
        <w:rPr>
          <w:sz w:val="24"/>
        </w:rPr>
        <w:t>C) warm</w:t>
      </w:r>
      <w:r>
        <w:tab/>
      </w:r>
      <w:r>
        <w:rPr>
          <w:sz w:val="24"/>
        </w:rPr>
        <w:t>D) sunny</w:t>
      </w:r>
    </w:p>
    <w:p>
      <w:pPr>
        <w:spacing w:after="40"/>
      </w:pPr>
    </w:p>
    <w:p>
      <w:pPr>
        <w:keepNext/>
        <w:keepLines/>
        <w:spacing w:after="40"/>
      </w:pPr>
      <w:r>
        <w:rPr>
          <w:b/>
          <w:sz w:val="24"/>
        </w:rPr>
        <w:t xml:space="preserve">182. </w:t>
      </w:r>
      <w:r>
        <w:rPr>
          <w:sz w:val="24"/>
        </w:rPr>
        <w:t>What does the family drink in winter?</w:t>
      </w:r>
    </w:p>
    <w:p>
      <w:pPr>
        <w:keepNext/>
        <w:keepLines/>
        <w:tabs>
          <w:tab w:pos="567" w:val="left"/>
          <w:tab w:pos="2835" w:val="left"/>
          <w:tab w:pos="5102" w:val="left"/>
          <w:tab w:pos="7370" w:val="left"/>
        </w:tabs>
        <w:spacing w:before="20" w:after="40"/>
      </w:pPr>
      <w:r>
        <w:tab/>
      </w:r>
      <w:r>
        <w:rPr>
          <w:sz w:val="24"/>
        </w:rPr>
        <w:t>A) cold water</w:t>
      </w:r>
      <w:r>
        <w:tab/>
      </w:r>
      <w:r>
        <w:rPr>
          <w:sz w:val="24"/>
        </w:rPr>
        <w:t>B) juice</w:t>
      </w:r>
      <w:r>
        <w:tab/>
      </w:r>
      <w:r>
        <w:rPr>
          <w:sz w:val="24"/>
        </w:rPr>
        <w:t>C) milk</w:t>
      </w:r>
      <w:r>
        <w:tab/>
      </w:r>
      <w:r>
        <w:rPr>
          <w:sz w:val="24"/>
        </w:rPr>
        <w:t>D) hot tea</w:t>
      </w:r>
    </w:p>
    <w:p>
      <w:pPr>
        <w:spacing w:after="40"/>
      </w:pPr>
    </w:p>
    <w:p>
      <w:pPr>
        <w:keepNext/>
        <w:keepLines/>
        <w:spacing w:after="40"/>
      </w:pPr>
      <w:r>
        <w:rPr>
          <w:b/>
          <w:sz w:val="24"/>
        </w:rPr>
        <w:t xml:space="preserve">183. </w:t>
      </w:r>
      <w:r>
        <w:rPr>
          <w:sz w:val="24"/>
        </w:rPr>
        <w:t>What do they do in summer?</w:t>
      </w:r>
    </w:p>
    <w:p>
      <w:pPr>
        <w:keepNext/>
        <w:keepLines/>
        <w:tabs>
          <w:tab w:pos="567" w:val="left"/>
          <w:tab w:pos="5102" w:val="left"/>
        </w:tabs>
        <w:spacing w:before="20" w:after="40"/>
      </w:pPr>
      <w:r>
        <w:tab/>
      </w:r>
      <w:r>
        <w:rPr>
          <w:sz w:val="24"/>
        </w:rPr>
        <w:t>A) They stay at home.</w:t>
      </w:r>
      <w:r>
        <w:tab/>
      </w:r>
      <w:r>
        <w:rPr>
          <w:sz w:val="24"/>
        </w:rPr>
        <w:t>B) They play in the snow.</w:t>
      </w:r>
    </w:p>
    <w:p>
      <w:pPr>
        <w:keepNext/>
        <w:keepLines/>
        <w:tabs>
          <w:tab w:pos="567" w:val="left"/>
          <w:tab w:pos="5102" w:val="left"/>
        </w:tabs>
        <w:spacing w:before="20" w:after="40"/>
      </w:pPr>
      <w:r>
        <w:tab/>
      </w:r>
      <w:r>
        <w:rPr>
          <w:sz w:val="24"/>
        </w:rPr>
        <w:t>C) They go to the beach and swim.</w:t>
      </w:r>
      <w:r>
        <w:tab/>
      </w:r>
      <w:r>
        <w:rPr>
          <w:sz w:val="24"/>
        </w:rPr>
        <w:t>D) They drink hot tea.</w:t>
      </w:r>
    </w:p>
    <w:p>
      <w:pPr>
        <w:spacing w:after="40"/>
      </w:pPr>
    </w:p>
    <w:p>
      <w:pPr>
        <w:keepNext/>
        <w:keepLines/>
        <w:spacing w:after="40"/>
      </w:pPr>
      <w:r>
        <w:rPr>
          <w:b/>
          <w:sz w:val="24"/>
        </w:rPr>
        <w:t xml:space="preserve">184. </w:t>
      </w:r>
      <w:r>
        <w:rPr>
          <w:sz w:val="24"/>
        </w:rPr>
        <w:t>Which sentence about the seasons is TRUE?</w:t>
      </w:r>
    </w:p>
    <w:p>
      <w:pPr>
        <w:keepNext/>
        <w:keepLines/>
        <w:tabs>
          <w:tab w:pos="567" w:val="left"/>
          <w:tab w:pos="5102" w:val="left"/>
        </w:tabs>
        <w:spacing w:before="20" w:after="40"/>
      </w:pPr>
      <w:r>
        <w:tab/>
      </w:r>
      <w:r>
        <w:rPr>
          <w:sz w:val="24"/>
        </w:rPr>
        <w:t>A) In summer the days are short.</w:t>
      </w:r>
      <w:r>
        <w:tab/>
      </w:r>
      <w:r>
        <w:rPr>
          <w:sz w:val="24"/>
        </w:rPr>
        <w:t>B) In winter the days are short.</w:t>
      </w:r>
    </w:p>
    <w:p>
      <w:pPr>
        <w:keepNext/>
        <w:keepLines/>
        <w:tabs>
          <w:tab w:pos="567" w:val="left"/>
          <w:tab w:pos="5102" w:val="left"/>
        </w:tabs>
        <w:spacing w:before="20" w:after="40"/>
      </w:pPr>
      <w:r>
        <w:tab/>
      </w:r>
      <w:r>
        <w:rPr>
          <w:sz w:val="24"/>
        </w:rPr>
        <w:t>C) In winter it is hot.</w:t>
      </w:r>
      <w:r>
        <w:tab/>
      </w:r>
      <w:r>
        <w:rPr>
          <w:sz w:val="24"/>
        </w:rPr>
        <w:t>D) In summer it snows.</w:t>
      </w:r>
    </w:p>
    <w:p>
      <w:pPr>
        <w:spacing w:after="40"/>
      </w:pPr>
    </w:p>
    <w:p>
      <w:pPr>
        <w:keepNext/>
        <w:keepLines/>
        <w:spacing w:after="40"/>
      </w:pPr>
      <w:r>
        <w:rPr>
          <w:b/>
          <w:sz w:val="24"/>
        </w:rPr>
        <w:t xml:space="preserve">185. </w:t>
      </w:r>
      <w:r>
        <w:rPr>
          <w:sz w:val="24"/>
        </w:rPr>
        <w:t>What is a good title for this text?</w:t>
      </w:r>
    </w:p>
    <w:p>
      <w:pPr>
        <w:keepNext/>
        <w:keepLines/>
        <w:tabs>
          <w:tab w:pos="567" w:val="left"/>
          <w:tab w:pos="5102" w:val="left"/>
        </w:tabs>
        <w:spacing w:before="20" w:after="40"/>
      </w:pPr>
      <w:r>
        <w:tab/>
      </w:r>
      <w:r>
        <w:rPr>
          <w:sz w:val="24"/>
        </w:rPr>
        <w:t>A) A Hot Day</w:t>
      </w:r>
      <w:r>
        <w:tab/>
      </w:r>
      <w:r>
        <w:rPr>
          <w:sz w:val="24"/>
        </w:rPr>
        <w:t>B) Winter and Summer</w:t>
      </w:r>
    </w:p>
    <w:p>
      <w:pPr>
        <w:keepNext/>
        <w:keepLines/>
        <w:tabs>
          <w:tab w:pos="567" w:val="left"/>
          <w:tab w:pos="5102" w:val="left"/>
        </w:tabs>
        <w:spacing w:before="20" w:after="40"/>
      </w:pPr>
      <w:r>
        <w:tab/>
      </w:r>
      <w:r>
        <w:rPr>
          <w:sz w:val="24"/>
        </w:rPr>
        <w:t>C) The Garden</w:t>
      </w:r>
      <w:r>
        <w:tab/>
      </w:r>
      <w:r>
        <w:rPr>
          <w:sz w:val="24"/>
        </w:rPr>
        <w:t>D) My Brother</w:t>
      </w:r>
    </w:p>
    <w:p>
      <w:pPr>
        <w:spacing w:after="40"/>
      </w:pPr>
    </w:p>
    <w:p>
      <w:pPr>
        <w:spacing w:after="20"/>
      </w:pPr>
      <w:r>
        <w:rPr>
          <w:b/>
          <w:sz w:val="21"/>
        </w:rPr>
        <w:t>Aşağıdaki paragrafa göre cevaplayın:</w:t>
      </w:r>
    </w:p>
    <w:p>
      <w:pPr>
        <w:keepNext/>
        <w:keepLines/>
        <w:spacing w:after="120"/>
        <w:ind w:left="227" w:right="227"/>
      </w:pPr>
      <w:r>
        <w:rPr>
          <w:i/>
          <w:sz w:val="24"/>
        </w:rPr>
        <w:t>Today is my birthday. I am ten years old. In the morning, my mother makes a big cake. The cake is sweet. My father cleans the house and waters the flowers. My sister writes a letter for me. In the afternoon, my friends come to my house. We play games in the garden. We eat cake, fruit and sweets. We drink juice and tea. My grandmother gives me a book. I am very happy. I love my family and my friends.</w:t>
      </w:r>
    </w:p>
    <w:p>
      <w:pPr>
        <w:keepNext/>
        <w:keepLines/>
        <w:spacing w:after="40"/>
      </w:pPr>
      <w:r>
        <w:rPr>
          <w:b/>
          <w:sz w:val="24"/>
        </w:rPr>
        <w:t xml:space="preserve">186. </w:t>
      </w:r>
      <w:r>
        <w:rPr>
          <w:sz w:val="24"/>
        </w:rPr>
        <w:t>How old is the child?</w:t>
      </w:r>
    </w:p>
    <w:p>
      <w:pPr>
        <w:keepNext/>
        <w:keepLines/>
        <w:tabs>
          <w:tab w:pos="567" w:val="left"/>
          <w:tab w:pos="2835" w:val="left"/>
          <w:tab w:pos="5102" w:val="left"/>
          <w:tab w:pos="7370" w:val="left"/>
        </w:tabs>
        <w:spacing w:before="20" w:after="40"/>
      </w:pPr>
      <w:r>
        <w:tab/>
      </w:r>
      <w:r>
        <w:rPr>
          <w:sz w:val="24"/>
        </w:rPr>
        <w:t>A) six</w:t>
      </w:r>
      <w:r>
        <w:tab/>
      </w:r>
      <w:r>
        <w:rPr>
          <w:sz w:val="24"/>
        </w:rPr>
        <w:t>B) seven</w:t>
      </w:r>
      <w:r>
        <w:tab/>
      </w:r>
      <w:r>
        <w:rPr>
          <w:sz w:val="24"/>
        </w:rPr>
        <w:t>C) ten</w:t>
      </w:r>
      <w:r>
        <w:tab/>
      </w:r>
      <w:r>
        <w:rPr>
          <w:sz w:val="24"/>
        </w:rPr>
        <w:t>D) twelve</w:t>
      </w:r>
    </w:p>
    <w:p>
      <w:pPr>
        <w:spacing w:after="40"/>
      </w:pPr>
    </w:p>
    <w:p>
      <w:pPr>
        <w:keepNext/>
        <w:keepLines/>
        <w:spacing w:after="40"/>
      </w:pPr>
      <w:r>
        <w:rPr>
          <w:b/>
          <w:sz w:val="24"/>
        </w:rPr>
        <w:t xml:space="preserve">187. </w:t>
      </w:r>
      <w:r>
        <w:rPr>
          <w:sz w:val="24"/>
        </w:rPr>
        <w:t>What does the mother make?</w:t>
      </w:r>
    </w:p>
    <w:p>
      <w:pPr>
        <w:keepNext/>
        <w:keepLines/>
        <w:tabs>
          <w:tab w:pos="567" w:val="left"/>
          <w:tab w:pos="2835" w:val="left"/>
          <w:tab w:pos="5102" w:val="left"/>
          <w:tab w:pos="7370" w:val="left"/>
        </w:tabs>
        <w:spacing w:before="20" w:after="40"/>
      </w:pPr>
      <w:r>
        <w:tab/>
      </w:r>
      <w:r>
        <w:rPr>
          <w:sz w:val="24"/>
        </w:rPr>
        <w:t>A) a letter</w:t>
      </w:r>
      <w:r>
        <w:tab/>
      </w:r>
      <w:r>
        <w:rPr>
          <w:sz w:val="24"/>
        </w:rPr>
        <w:t>B) a book</w:t>
      </w:r>
      <w:r>
        <w:tab/>
      </w:r>
      <w:r>
        <w:rPr>
          <w:sz w:val="24"/>
        </w:rPr>
        <w:t>C) a game</w:t>
      </w:r>
      <w:r>
        <w:tab/>
      </w:r>
      <w:r>
        <w:rPr>
          <w:sz w:val="24"/>
        </w:rPr>
        <w:t>D) a big cake</w:t>
      </w:r>
    </w:p>
    <w:p>
      <w:pPr>
        <w:spacing w:after="40"/>
      </w:pPr>
    </w:p>
    <w:p>
      <w:pPr>
        <w:keepNext/>
        <w:keepLines/>
        <w:spacing w:after="40"/>
      </w:pPr>
      <w:r>
        <w:rPr>
          <w:b/>
          <w:sz w:val="24"/>
        </w:rPr>
        <w:t xml:space="preserve">188. </w:t>
      </w:r>
      <w:r>
        <w:rPr>
          <w:sz w:val="24"/>
        </w:rPr>
        <w:t>What does the sister do?</w:t>
      </w:r>
    </w:p>
    <w:p>
      <w:pPr>
        <w:keepNext/>
        <w:keepLines/>
        <w:tabs>
          <w:tab w:pos="567" w:val="left"/>
          <w:tab w:pos="5102" w:val="left"/>
        </w:tabs>
        <w:spacing w:before="20" w:after="40"/>
      </w:pPr>
      <w:r>
        <w:tab/>
      </w:r>
      <w:r>
        <w:rPr>
          <w:sz w:val="24"/>
        </w:rPr>
        <w:t>A) She writes a letter.</w:t>
      </w:r>
      <w:r>
        <w:tab/>
      </w:r>
      <w:r>
        <w:rPr>
          <w:sz w:val="24"/>
        </w:rPr>
        <w:t>B) She makes a cake.</w:t>
      </w:r>
    </w:p>
    <w:p>
      <w:pPr>
        <w:keepNext/>
        <w:keepLines/>
        <w:tabs>
          <w:tab w:pos="567" w:val="left"/>
          <w:tab w:pos="5102" w:val="left"/>
        </w:tabs>
        <w:spacing w:before="20" w:after="40"/>
      </w:pPr>
      <w:r>
        <w:tab/>
      </w:r>
      <w:r>
        <w:rPr>
          <w:sz w:val="24"/>
        </w:rPr>
        <w:t>C) She cleans the house.</w:t>
      </w:r>
      <w:r>
        <w:tab/>
      </w:r>
      <w:r>
        <w:rPr>
          <w:sz w:val="24"/>
        </w:rPr>
        <w:t>D) She waters the flowers.</w:t>
      </w:r>
    </w:p>
    <w:p>
      <w:pPr>
        <w:spacing w:after="40"/>
      </w:pPr>
    </w:p>
    <w:p>
      <w:pPr>
        <w:keepNext/>
        <w:keepLines/>
        <w:spacing w:after="40"/>
      </w:pPr>
      <w:r>
        <w:rPr>
          <w:b/>
          <w:sz w:val="24"/>
        </w:rPr>
        <w:t xml:space="preserve">189. </w:t>
      </w:r>
      <w:r>
        <w:rPr>
          <w:sz w:val="24"/>
        </w:rPr>
        <w:t>What do the friends do in the garden?</w:t>
      </w:r>
    </w:p>
    <w:p>
      <w:pPr>
        <w:keepNext/>
        <w:keepLines/>
        <w:tabs>
          <w:tab w:pos="567" w:val="left"/>
          <w:tab w:pos="5102" w:val="left"/>
        </w:tabs>
        <w:spacing w:before="20" w:after="40"/>
      </w:pPr>
      <w:r>
        <w:tab/>
      </w:r>
      <w:r>
        <w:rPr>
          <w:sz w:val="24"/>
        </w:rPr>
        <w:t>A) They eat lunch.</w:t>
      </w:r>
      <w:r>
        <w:tab/>
      </w:r>
      <w:r>
        <w:rPr>
          <w:sz w:val="24"/>
        </w:rPr>
        <w:t>B) They play games.</w:t>
      </w:r>
    </w:p>
    <w:p>
      <w:pPr>
        <w:keepNext/>
        <w:keepLines/>
        <w:tabs>
          <w:tab w:pos="567" w:val="left"/>
          <w:tab w:pos="5102" w:val="left"/>
        </w:tabs>
        <w:spacing w:before="20" w:after="40"/>
      </w:pPr>
      <w:r>
        <w:tab/>
      </w:r>
      <w:r>
        <w:rPr>
          <w:sz w:val="24"/>
        </w:rPr>
        <w:t>C) They read books.</w:t>
      </w:r>
      <w:r>
        <w:tab/>
      </w:r>
      <w:r>
        <w:rPr>
          <w:sz w:val="24"/>
        </w:rPr>
        <w:t>D) They go to bed.</w:t>
      </w:r>
    </w:p>
    <w:p>
      <w:pPr>
        <w:spacing w:after="40"/>
      </w:pPr>
    </w:p>
    <w:p>
      <w:pPr>
        <w:keepNext/>
        <w:keepLines/>
        <w:spacing w:after="40"/>
      </w:pPr>
      <w:r>
        <w:rPr>
          <w:b/>
          <w:sz w:val="24"/>
        </w:rPr>
        <w:t xml:space="preserve">190. </w:t>
      </w:r>
      <w:r>
        <w:rPr>
          <w:sz w:val="24"/>
        </w:rPr>
        <w:t>Which sentence about the birthday is TRUE?</w:t>
      </w:r>
    </w:p>
    <w:p>
      <w:pPr>
        <w:keepNext/>
        <w:keepLines/>
        <w:tabs>
          <w:tab w:pos="567" w:val="left"/>
          <w:tab w:pos="5102" w:val="left"/>
        </w:tabs>
        <w:spacing w:before="20" w:after="40"/>
      </w:pPr>
      <w:r>
        <w:tab/>
      </w:r>
      <w:r>
        <w:rPr>
          <w:sz w:val="24"/>
        </w:rPr>
        <w:t>A) The cake is cold.</w:t>
      </w:r>
      <w:r>
        <w:tab/>
      </w:r>
      <w:r>
        <w:rPr>
          <w:sz w:val="24"/>
        </w:rPr>
        <w:t>B) The grandmother makes the cake.</w:t>
      </w:r>
    </w:p>
    <w:p>
      <w:pPr>
        <w:keepNext/>
        <w:keepLines/>
        <w:tabs>
          <w:tab w:pos="567" w:val="left"/>
          <w:tab w:pos="5102" w:val="left"/>
        </w:tabs>
        <w:spacing w:before="20" w:after="40"/>
      </w:pPr>
      <w:r>
        <w:tab/>
      </w:r>
      <w:r>
        <w:rPr>
          <w:sz w:val="24"/>
        </w:rPr>
        <w:t>C) The father writes a letter.</w:t>
      </w:r>
      <w:r>
        <w:tab/>
      </w:r>
      <w:r>
        <w:rPr>
          <w:sz w:val="24"/>
        </w:rPr>
        <w:t>D) The cake is sweet.</w:t>
      </w:r>
    </w:p>
    <w:p>
      <w:pPr>
        <w:spacing w:after="40"/>
      </w:pPr>
    </w:p>
    <w:p>
      <w:pPr>
        <w:spacing w:after="20"/>
      </w:pPr>
      <w:r>
        <w:rPr>
          <w:b/>
          <w:sz w:val="21"/>
        </w:rPr>
        <w:t>Aşağıdaki paragrafa göre cevaplayın:</w:t>
      </w:r>
    </w:p>
    <w:p>
      <w:pPr>
        <w:keepNext/>
        <w:keepLines/>
        <w:spacing w:after="120"/>
        <w:ind w:left="227" w:right="227"/>
      </w:pPr>
      <w:r>
        <w:rPr>
          <w:i/>
          <w:sz w:val="24"/>
        </w:rPr>
        <w:t>My mother is a nurse at a big hospital. She gets up at five o'clock every morning. She has breakfast and goes to work by bus. At the hospital, she helps many people. She works from morning to afternoon. She comes home at five o'clock. Then she cooks dinner for the family. After dinner, she helps me with my homework. In the evening, she reads a book. She goes to bed at eleven o'clock. My mother is busy but she is always happy.</w:t>
      </w:r>
    </w:p>
    <w:p>
      <w:pPr>
        <w:keepNext/>
        <w:keepLines/>
        <w:spacing w:after="40"/>
      </w:pPr>
      <w:r>
        <w:rPr>
          <w:b/>
          <w:sz w:val="24"/>
        </w:rPr>
        <w:t xml:space="preserve">191. </w:t>
      </w:r>
      <w:r>
        <w:rPr>
          <w:sz w:val="24"/>
        </w:rPr>
        <w:t>What is the mother's job?</w:t>
      </w:r>
    </w:p>
    <w:p>
      <w:pPr>
        <w:keepNext/>
        <w:keepLines/>
        <w:tabs>
          <w:tab w:pos="567" w:val="left"/>
          <w:tab w:pos="5102" w:val="left"/>
        </w:tabs>
        <w:spacing w:before="20" w:after="40"/>
      </w:pPr>
      <w:r>
        <w:tab/>
      </w:r>
      <w:r>
        <w:rPr>
          <w:sz w:val="24"/>
        </w:rPr>
        <w:t>A) She is a nurse.</w:t>
      </w:r>
      <w:r>
        <w:tab/>
      </w:r>
      <w:r>
        <w:rPr>
          <w:sz w:val="24"/>
        </w:rPr>
        <w:t>B) She is a teacher.</w:t>
      </w:r>
    </w:p>
    <w:p>
      <w:pPr>
        <w:keepNext/>
        <w:keepLines/>
        <w:tabs>
          <w:tab w:pos="567" w:val="left"/>
          <w:tab w:pos="5102" w:val="left"/>
        </w:tabs>
        <w:spacing w:before="20" w:after="40"/>
      </w:pPr>
      <w:r>
        <w:tab/>
      </w:r>
      <w:r>
        <w:rPr>
          <w:sz w:val="24"/>
        </w:rPr>
        <w:t>C) She is a doctor.</w:t>
      </w:r>
      <w:r>
        <w:tab/>
      </w:r>
      <w:r>
        <w:rPr>
          <w:sz w:val="24"/>
        </w:rPr>
        <w:t>D) She is a student.</w:t>
      </w:r>
    </w:p>
    <w:p>
      <w:pPr>
        <w:spacing w:after="40"/>
      </w:pPr>
    </w:p>
    <w:p>
      <w:pPr>
        <w:keepNext/>
        <w:keepLines/>
        <w:spacing w:after="40"/>
      </w:pPr>
      <w:r>
        <w:rPr>
          <w:b/>
          <w:sz w:val="24"/>
        </w:rPr>
        <w:t xml:space="preserve">192. </w:t>
      </w:r>
      <w:r>
        <w:rPr>
          <w:sz w:val="24"/>
        </w:rPr>
        <w:t>What time does she get up?</w:t>
      </w:r>
    </w:p>
    <w:p>
      <w:pPr>
        <w:keepNext/>
        <w:keepLines/>
        <w:tabs>
          <w:tab w:pos="567" w:val="left"/>
          <w:tab w:pos="2835" w:val="left"/>
          <w:tab w:pos="5102" w:val="left"/>
          <w:tab w:pos="7370" w:val="left"/>
        </w:tabs>
        <w:spacing w:before="20" w:after="40"/>
      </w:pPr>
      <w:r>
        <w:tab/>
      </w:r>
      <w:r>
        <w:rPr>
          <w:sz w:val="24"/>
        </w:rPr>
        <w:t>A) six o'clock</w:t>
      </w:r>
      <w:r>
        <w:tab/>
      </w:r>
      <w:r>
        <w:rPr>
          <w:sz w:val="24"/>
        </w:rPr>
        <w:t>B) seven o'clock</w:t>
      </w:r>
      <w:r>
        <w:tab/>
      </w:r>
      <w:r>
        <w:rPr>
          <w:sz w:val="24"/>
        </w:rPr>
        <w:t>C) five o'clock</w:t>
      </w:r>
      <w:r>
        <w:tab/>
      </w:r>
      <w:r>
        <w:rPr>
          <w:sz w:val="24"/>
        </w:rPr>
        <w:t>D) eleven o'clock</w:t>
      </w:r>
    </w:p>
    <w:p>
      <w:pPr>
        <w:spacing w:after="40"/>
      </w:pPr>
    </w:p>
    <w:p>
      <w:pPr>
        <w:keepNext/>
        <w:keepLines/>
        <w:spacing w:after="40"/>
      </w:pPr>
      <w:r>
        <w:rPr>
          <w:b/>
          <w:sz w:val="24"/>
        </w:rPr>
        <w:t xml:space="preserve">193. </w:t>
      </w:r>
      <w:r>
        <w:rPr>
          <w:sz w:val="24"/>
        </w:rPr>
        <w:t>How does she go to work?</w:t>
      </w:r>
    </w:p>
    <w:p>
      <w:pPr>
        <w:keepNext/>
        <w:keepLines/>
        <w:tabs>
          <w:tab w:pos="567" w:val="left"/>
          <w:tab w:pos="2835" w:val="left"/>
          <w:tab w:pos="5102" w:val="left"/>
          <w:tab w:pos="7370" w:val="left"/>
        </w:tabs>
        <w:spacing w:before="20" w:after="40"/>
      </w:pPr>
      <w:r>
        <w:tab/>
      </w:r>
      <w:r>
        <w:rPr>
          <w:sz w:val="24"/>
        </w:rPr>
        <w:t>A) by car</w:t>
      </w:r>
      <w:r>
        <w:tab/>
      </w:r>
      <w:r>
        <w:rPr>
          <w:sz w:val="24"/>
        </w:rPr>
        <w:t>B) on foot</w:t>
      </w:r>
      <w:r>
        <w:tab/>
      </w:r>
      <w:r>
        <w:rPr>
          <w:sz w:val="24"/>
        </w:rPr>
        <w:t>C) by bicycle</w:t>
      </w:r>
      <w:r>
        <w:tab/>
      </w:r>
      <w:r>
        <w:rPr>
          <w:sz w:val="24"/>
        </w:rPr>
        <w:t>D) by bus</w:t>
      </w:r>
    </w:p>
    <w:p>
      <w:pPr>
        <w:spacing w:after="40"/>
      </w:pPr>
    </w:p>
    <w:p>
      <w:pPr>
        <w:keepNext/>
        <w:keepLines/>
        <w:spacing w:after="40"/>
      </w:pPr>
      <w:r>
        <w:rPr>
          <w:b/>
          <w:sz w:val="24"/>
        </w:rPr>
        <w:t xml:space="preserve">194. </w:t>
      </w:r>
      <w:r>
        <w:rPr>
          <w:sz w:val="24"/>
        </w:rPr>
        <w:t>What does she do after dinner?</w:t>
      </w:r>
    </w:p>
    <w:p>
      <w:pPr>
        <w:keepNext/>
        <w:keepLines/>
        <w:tabs>
          <w:tab w:pos="567" w:val="left"/>
          <w:tab w:pos="5102" w:val="left"/>
        </w:tabs>
        <w:spacing w:before="20" w:after="40"/>
      </w:pPr>
      <w:r>
        <w:tab/>
      </w:r>
      <w:r>
        <w:rPr>
          <w:sz w:val="24"/>
        </w:rPr>
        <w:t>A) She helps with homework.</w:t>
      </w:r>
      <w:r>
        <w:tab/>
      </w:r>
      <w:r>
        <w:rPr>
          <w:sz w:val="24"/>
        </w:rPr>
        <w:t>B) She reads a book.</w:t>
      </w:r>
    </w:p>
    <w:p>
      <w:pPr>
        <w:keepNext/>
        <w:keepLines/>
        <w:tabs>
          <w:tab w:pos="567" w:val="left"/>
          <w:tab w:pos="5102" w:val="left"/>
        </w:tabs>
        <w:spacing w:before="20" w:after="40"/>
      </w:pPr>
      <w:r>
        <w:tab/>
      </w:r>
      <w:r>
        <w:rPr>
          <w:sz w:val="24"/>
        </w:rPr>
        <w:t>C) She goes to bed.</w:t>
      </w:r>
      <w:r>
        <w:tab/>
      </w:r>
      <w:r>
        <w:rPr>
          <w:sz w:val="24"/>
        </w:rPr>
        <w:t>D) She cooks dinner.</w:t>
      </w:r>
    </w:p>
    <w:p>
      <w:pPr>
        <w:spacing w:after="40"/>
      </w:pPr>
    </w:p>
    <w:p>
      <w:pPr>
        <w:keepNext/>
        <w:keepLines/>
        <w:spacing w:after="40"/>
      </w:pPr>
      <w:r>
        <w:rPr>
          <w:b/>
          <w:sz w:val="24"/>
        </w:rPr>
        <w:t xml:space="preserve">195. </w:t>
      </w:r>
      <w:r>
        <w:rPr>
          <w:sz w:val="24"/>
        </w:rPr>
        <w:t>Which sentence about the mother is TRUE?</w:t>
      </w:r>
    </w:p>
    <w:p>
      <w:pPr>
        <w:keepNext/>
        <w:keepLines/>
        <w:tabs>
          <w:tab w:pos="567" w:val="left"/>
        </w:tabs>
        <w:spacing w:before="20" w:after="40"/>
      </w:pPr>
      <w:r>
        <w:tab/>
      </w:r>
      <w:r>
        <w:rPr>
          <w:sz w:val="24"/>
        </w:rPr>
        <w:t>A) The mother is a doctor.</w:t>
      </w:r>
    </w:p>
    <w:p>
      <w:pPr>
        <w:keepNext/>
        <w:keepLines/>
        <w:tabs>
          <w:tab w:pos="567" w:val="left"/>
        </w:tabs>
        <w:spacing w:before="20" w:after="40"/>
      </w:pPr>
      <w:r>
        <w:tab/>
      </w:r>
      <w:r>
        <w:rPr>
          <w:sz w:val="24"/>
        </w:rPr>
        <w:t>B) The mother goes to work by car.</w:t>
      </w:r>
    </w:p>
    <w:p>
      <w:pPr>
        <w:keepNext/>
        <w:keepLines/>
        <w:tabs>
          <w:tab w:pos="567" w:val="left"/>
        </w:tabs>
        <w:spacing w:before="20" w:after="40"/>
      </w:pPr>
      <w:r>
        <w:tab/>
      </w:r>
      <w:r>
        <w:rPr>
          <w:sz w:val="24"/>
        </w:rPr>
        <w:t>C) The mother is always happy.</w:t>
      </w:r>
    </w:p>
    <w:p>
      <w:pPr>
        <w:keepNext/>
        <w:keepLines/>
        <w:tabs>
          <w:tab w:pos="567" w:val="left"/>
        </w:tabs>
        <w:spacing w:before="20" w:after="40"/>
      </w:pPr>
      <w:r>
        <w:tab/>
      </w:r>
      <w:r>
        <w:rPr>
          <w:sz w:val="24"/>
        </w:rPr>
        <w:t>D) The mother gets up at eleven o'clock.</w:t>
      </w:r>
    </w:p>
    <w:p>
      <w:pPr>
        <w:spacing w:after="40"/>
      </w:pPr>
    </w:p>
    <w:p>
      <w:pPr>
        <w:spacing w:after="20"/>
      </w:pPr>
      <w:r>
        <w:rPr>
          <w:b/>
          <w:sz w:val="21"/>
        </w:rPr>
        <w:t>Aşağıdaki paragrafa göre cevaplayın:</w:t>
      </w:r>
    </w:p>
    <w:p>
      <w:pPr>
        <w:keepNext/>
        <w:keepLines/>
        <w:spacing w:after="120"/>
        <w:ind w:left="227" w:right="227"/>
      </w:pPr>
      <w:r>
        <w:rPr>
          <w:i/>
          <w:sz w:val="24"/>
        </w:rPr>
        <w:t>Today our class goes to the farm. We go by bus. At the farm, we see many animals. We see horses, cows, sheep and birds. My friend Ali likes the horses. I like the small cats. Our teacher tells us about the animals. At twelve o'clock, we eat lunch. We sit on the grass and eat bread, cheese and fruit. Then we play games. We come home at four o'clock. It is a very nice day.</w:t>
      </w:r>
    </w:p>
    <w:p>
      <w:pPr>
        <w:keepNext/>
        <w:keepLines/>
        <w:spacing w:after="40"/>
      </w:pPr>
      <w:r>
        <w:rPr>
          <w:b/>
          <w:sz w:val="24"/>
        </w:rPr>
        <w:t xml:space="preserve">196. </w:t>
      </w:r>
      <w:r>
        <w:rPr>
          <w:sz w:val="24"/>
        </w:rPr>
        <w:t>Where does the class go?</w:t>
      </w:r>
    </w:p>
    <w:p>
      <w:pPr>
        <w:keepNext/>
        <w:keepLines/>
        <w:tabs>
          <w:tab w:pos="567" w:val="left"/>
          <w:tab w:pos="5102" w:val="left"/>
        </w:tabs>
        <w:spacing w:before="20" w:after="40"/>
      </w:pPr>
      <w:r>
        <w:tab/>
      </w:r>
      <w:r>
        <w:rPr>
          <w:sz w:val="24"/>
        </w:rPr>
        <w:t>A) to the park</w:t>
      </w:r>
      <w:r>
        <w:tab/>
      </w:r>
      <w:r>
        <w:rPr>
          <w:sz w:val="24"/>
        </w:rPr>
        <w:t>B) to the farm</w:t>
      </w:r>
    </w:p>
    <w:p>
      <w:pPr>
        <w:keepNext/>
        <w:keepLines/>
        <w:tabs>
          <w:tab w:pos="567" w:val="left"/>
          <w:tab w:pos="5102" w:val="left"/>
        </w:tabs>
        <w:spacing w:before="20" w:after="40"/>
      </w:pPr>
      <w:r>
        <w:tab/>
      </w:r>
      <w:r>
        <w:rPr>
          <w:sz w:val="24"/>
        </w:rPr>
        <w:t>C) to the sea</w:t>
      </w:r>
      <w:r>
        <w:tab/>
      </w:r>
      <w:r>
        <w:rPr>
          <w:sz w:val="24"/>
        </w:rPr>
        <w:t>D) to the hospital</w:t>
      </w:r>
    </w:p>
    <w:p>
      <w:pPr>
        <w:spacing w:after="40"/>
      </w:pPr>
    </w:p>
    <w:p>
      <w:pPr>
        <w:keepNext/>
        <w:keepLines/>
        <w:spacing w:after="40"/>
      </w:pPr>
      <w:r>
        <w:rPr>
          <w:b/>
          <w:sz w:val="24"/>
        </w:rPr>
        <w:t xml:space="preserve">197. </w:t>
      </w:r>
      <w:r>
        <w:rPr>
          <w:sz w:val="24"/>
        </w:rPr>
        <w:t>How do they go?</w:t>
      </w:r>
    </w:p>
    <w:p>
      <w:pPr>
        <w:keepNext/>
        <w:keepLines/>
        <w:tabs>
          <w:tab w:pos="567" w:val="left"/>
          <w:tab w:pos="2835" w:val="left"/>
          <w:tab w:pos="5102" w:val="left"/>
          <w:tab w:pos="7370" w:val="left"/>
        </w:tabs>
        <w:spacing w:before="20" w:after="40"/>
      </w:pPr>
      <w:r>
        <w:tab/>
      </w:r>
      <w:r>
        <w:rPr>
          <w:sz w:val="24"/>
        </w:rPr>
        <w:t>A) by car</w:t>
      </w:r>
      <w:r>
        <w:tab/>
      </w:r>
      <w:r>
        <w:rPr>
          <w:sz w:val="24"/>
        </w:rPr>
        <w:t>B) by train</w:t>
      </w:r>
      <w:r>
        <w:tab/>
      </w:r>
      <w:r>
        <w:rPr>
          <w:sz w:val="24"/>
        </w:rPr>
        <w:t>C) on foot</w:t>
      </w:r>
      <w:r>
        <w:tab/>
      </w:r>
      <w:r>
        <w:rPr>
          <w:sz w:val="24"/>
        </w:rPr>
        <w:t>D) by bus</w:t>
      </w:r>
    </w:p>
    <w:p>
      <w:pPr>
        <w:spacing w:after="40"/>
      </w:pPr>
    </w:p>
    <w:p>
      <w:pPr>
        <w:keepNext/>
        <w:keepLines/>
        <w:spacing w:after="40"/>
      </w:pPr>
      <w:r>
        <w:rPr>
          <w:b/>
          <w:sz w:val="24"/>
        </w:rPr>
        <w:t xml:space="preserve">198. </w:t>
      </w:r>
      <w:r>
        <w:rPr>
          <w:sz w:val="24"/>
        </w:rPr>
        <w:t>Which animals do they see?</w:t>
      </w:r>
    </w:p>
    <w:p>
      <w:pPr>
        <w:keepNext/>
        <w:keepLines/>
        <w:tabs>
          <w:tab w:pos="567" w:val="left"/>
          <w:tab w:pos="5102" w:val="left"/>
        </w:tabs>
        <w:spacing w:before="20" w:after="40"/>
      </w:pPr>
      <w:r>
        <w:tab/>
      </w:r>
      <w:r>
        <w:rPr>
          <w:sz w:val="24"/>
        </w:rPr>
        <w:t>A) horses, cows, sheep and birds</w:t>
      </w:r>
      <w:r>
        <w:tab/>
      </w:r>
      <w:r>
        <w:rPr>
          <w:sz w:val="24"/>
        </w:rPr>
        <w:t>B) cats, dogs and birds</w:t>
      </w:r>
    </w:p>
    <w:p>
      <w:pPr>
        <w:keepNext/>
        <w:keepLines/>
        <w:tabs>
          <w:tab w:pos="567" w:val="left"/>
          <w:tab w:pos="5102" w:val="left"/>
        </w:tabs>
        <w:spacing w:before="20" w:after="40"/>
      </w:pPr>
      <w:r>
        <w:tab/>
      </w:r>
      <w:r>
        <w:rPr>
          <w:sz w:val="24"/>
        </w:rPr>
        <w:t>C) horses, fish and cats</w:t>
      </w:r>
      <w:r>
        <w:tab/>
      </w:r>
      <w:r>
        <w:rPr>
          <w:sz w:val="24"/>
        </w:rPr>
        <w:t>D) cows, sheep and fish</w:t>
      </w:r>
    </w:p>
    <w:p>
      <w:pPr>
        <w:spacing w:after="40"/>
      </w:pPr>
    </w:p>
    <w:p>
      <w:pPr>
        <w:keepNext/>
        <w:keepLines/>
        <w:spacing w:after="40"/>
      </w:pPr>
      <w:r>
        <w:rPr>
          <w:b/>
          <w:sz w:val="24"/>
        </w:rPr>
        <w:t xml:space="preserve">199. </w:t>
      </w:r>
      <w:r>
        <w:rPr>
          <w:sz w:val="24"/>
        </w:rPr>
        <w:t>What do they do at twelve o'clock?</w:t>
      </w:r>
    </w:p>
    <w:p>
      <w:pPr>
        <w:keepNext/>
        <w:keepLines/>
        <w:tabs>
          <w:tab w:pos="567" w:val="left"/>
          <w:tab w:pos="5102" w:val="left"/>
        </w:tabs>
        <w:spacing w:before="20" w:after="40"/>
      </w:pPr>
      <w:r>
        <w:tab/>
      </w:r>
      <w:r>
        <w:rPr>
          <w:sz w:val="24"/>
        </w:rPr>
        <w:t>A) They go home.</w:t>
      </w:r>
      <w:r>
        <w:tab/>
      </w:r>
      <w:r>
        <w:rPr>
          <w:sz w:val="24"/>
        </w:rPr>
        <w:t>B) They eat lunch.</w:t>
      </w:r>
    </w:p>
    <w:p>
      <w:pPr>
        <w:keepNext/>
        <w:keepLines/>
        <w:tabs>
          <w:tab w:pos="567" w:val="left"/>
          <w:tab w:pos="5102" w:val="left"/>
        </w:tabs>
        <w:spacing w:before="20" w:after="40"/>
      </w:pPr>
      <w:r>
        <w:tab/>
      </w:r>
      <w:r>
        <w:rPr>
          <w:sz w:val="24"/>
        </w:rPr>
        <w:t>C) They play games.</w:t>
      </w:r>
      <w:r>
        <w:tab/>
      </w:r>
      <w:r>
        <w:rPr>
          <w:sz w:val="24"/>
        </w:rPr>
        <w:t>D) They go to sleep.</w:t>
      </w:r>
    </w:p>
    <w:p>
      <w:pPr>
        <w:spacing w:after="40"/>
      </w:pPr>
    </w:p>
    <w:p>
      <w:pPr>
        <w:keepNext/>
        <w:keepLines/>
        <w:spacing w:after="40"/>
      </w:pPr>
      <w:r>
        <w:rPr>
          <w:b/>
          <w:sz w:val="24"/>
        </w:rPr>
        <w:t xml:space="preserve">200. </w:t>
      </w:r>
      <w:r>
        <w:rPr>
          <w:sz w:val="24"/>
        </w:rPr>
        <w:t>Which title is the best for this text?</w:t>
      </w:r>
    </w:p>
    <w:p>
      <w:pPr>
        <w:keepNext/>
        <w:keepLines/>
        <w:tabs>
          <w:tab w:pos="567" w:val="left"/>
          <w:tab w:pos="2835" w:val="left"/>
          <w:tab w:pos="5102" w:val="left"/>
          <w:tab w:pos="7370" w:val="left"/>
        </w:tabs>
        <w:spacing w:before="20" w:after="40"/>
      </w:pPr>
      <w:r>
        <w:tab/>
      </w:r>
      <w:r>
        <w:rPr>
          <w:sz w:val="24"/>
        </w:rPr>
        <w:t>A) My Family</w:t>
      </w:r>
      <w:r>
        <w:tab/>
      </w:r>
      <w:r>
        <w:rPr>
          <w:sz w:val="24"/>
        </w:rPr>
        <w:t>B) A Hot Day</w:t>
      </w:r>
      <w:r>
        <w:tab/>
      </w:r>
      <w:r>
        <w:rPr>
          <w:sz w:val="24"/>
        </w:rPr>
        <w:t>C) A School Trip</w:t>
      </w:r>
      <w:r>
        <w:tab/>
      </w:r>
      <w:r>
        <w:rPr>
          <w:sz w:val="24"/>
        </w:rPr>
        <w:t>D) The Garden</w:t>
      </w:r>
    </w:p>
    <w:p>
      <w:pPr>
        <w:spacing w:after="40"/>
      </w:pPr>
    </w:p>
    <w:sectPr w:rsidR="00FC693F" w:rsidRPr="0006063C" w:rsidSect="00034616">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iramit" w:hAnsi="Niramit" w:eastAsia="Niramit" w:cs="Niramit"/>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