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İngilizce — Ünite 1 My School · Birleşik Test (Wh- questions: What · Whose · How many)</w:t>
      </w:r>
    </w:p>
    <w:p>
      <w:pPr>
        <w:jc w:val="center"/>
      </w:pPr>
      <w:r>
        <w:rPr>
          <w:color w:val="6E6860"/>
          <w:sz w:val="19"/>
        </w:rPr>
        <w:t>Kapsam: Wh- questions (What, Whose, How many)</w:t>
      </w:r>
    </w:p>
    <w:p>
      <w:pPr>
        <w:jc w:val="center"/>
      </w:pPr>
      <w:r>
        <w:rPr>
          <w:color w:val="6E6860"/>
          <w:sz w:val="19"/>
        </w:rPr>
        <w:t>54 soru · 4 seçenekli · 4. Sınıf · Ünite 1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___ is this? — It is a book.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___ is this? — It is Ali's book.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Whose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Where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___ books are there? — Ten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___ is your name? — My name is Sara.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</w:t>
      </w:r>
      <w:r>
        <w:tab/>
      </w:r>
      <w:r>
        <w:rPr>
          <w:sz w:val="24"/>
        </w:rPr>
        <w:t>B) Whose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___ pen is this? — It is my pen.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___ students are there in the classroom? — Twenty students.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___ colour is your schoolbag? — It is red.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 many</w:t>
      </w:r>
      <w:r>
        <w:tab/>
      </w:r>
      <w:r>
        <w:rPr>
          <w:sz w:val="24"/>
        </w:rPr>
        <w:t>B) When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___ ruler is on the desk? — It is Ali's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___ classrooms are there in the school? — Eight classrooms.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___ is on the board? — A picture.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 many</w:t>
      </w:r>
      <w:r>
        <w:tab/>
      </w:r>
      <w:r>
        <w:rPr>
          <w:sz w:val="24"/>
        </w:rPr>
        <w:t>B) When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___ schoolbag is this? — It is Sara's schoolbag.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___ days are there in a week? — Seven days.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___ is this in English? — It is a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___ pencils are there on the desk? — Five pencils.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___ bag is this? — It is Sara's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___ is this? — It is a computer.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Whose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___ crayons are these? — They are Ali's crayons.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When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___ chairs are there? — Twelve chairs.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 many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Where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___ is this? — It is Ali's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Whose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___ is this? — It is a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Where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___ bags are there? — Six bags.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Whose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___ bag is this? — It is my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Where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___ colour is the board? — It is black.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When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students are there in the gym? — Fifteen students.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___ is the teacher's name? — Her name is Leyla.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Who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___ pencil is on the desk? — It is Ali's pencil.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Whose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Where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___ pictures are there on the wall? — Four pictures.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When</w:t>
      </w:r>
      <w:r>
        <w:tab/>
      </w:r>
      <w:r>
        <w:rPr>
          <w:sz w:val="24"/>
        </w:rPr>
        <w:t>B) Whose</w:t>
      </w:r>
      <w:r>
        <w:tab/>
      </w:r>
      <w:r>
        <w:rPr>
          <w:sz w:val="24"/>
        </w:rPr>
        <w:t>C) How many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___ is this? — It is a star.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Whose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___ rulers are there? — Three rulers.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___ chairs are there in the library? — Nine chairs.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Whose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What is this?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There are ten pencils.</w:t>
      </w:r>
      <w:r>
        <w:tab/>
      </w:r>
      <w:r>
        <w:rPr>
          <w:sz w:val="24"/>
        </w:rPr>
        <w:t>B) Yes, it is.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Ali's pencil.</w:t>
      </w:r>
      <w:r>
        <w:tab/>
      </w:r>
      <w:r>
        <w:rPr>
          <w:sz w:val="24"/>
        </w:rPr>
        <w:t>D) It is a pencil.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Whose pencil is this?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it is.</w:t>
      </w:r>
      <w:r>
        <w:tab/>
      </w:r>
      <w:r>
        <w:rPr>
          <w:sz w:val="24"/>
        </w:rPr>
        <w:t>B) There are ten pencils.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 pencil.</w:t>
      </w:r>
      <w:r>
        <w:tab/>
      </w:r>
      <w:r>
        <w:rPr>
          <w:sz w:val="24"/>
        </w:rPr>
        <w:t>D) It is Ali's pencil.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How many pencils are there?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It is a pencil.</w:t>
      </w:r>
      <w:r>
        <w:tab/>
      </w:r>
      <w:r>
        <w:rPr>
          <w:sz w:val="24"/>
        </w:rPr>
        <w:t>B) Yes, there are.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There are ten pencils.</w:t>
      </w:r>
      <w:r>
        <w:tab/>
      </w:r>
      <w:r>
        <w:rPr>
          <w:sz w:val="24"/>
        </w:rPr>
        <w:t>D) It is Ali's pencil.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What colour is your bag?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it is.</w:t>
      </w:r>
      <w:r>
        <w:tab/>
      </w:r>
      <w:r>
        <w:rPr>
          <w:sz w:val="24"/>
        </w:rPr>
        <w:t>B) It is blue.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There are three bags.</w:t>
      </w:r>
      <w:r>
        <w:tab/>
      </w:r>
      <w:r>
        <w:rPr>
          <w:sz w:val="24"/>
        </w:rPr>
        <w:t>D) It is Ali's bag.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Whose bag is this?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it is.</w:t>
      </w:r>
      <w:r>
        <w:tab/>
      </w:r>
      <w:r>
        <w:rPr>
          <w:sz w:val="24"/>
        </w:rPr>
        <w:t>B) It is a bag.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There are six bags.</w:t>
      </w:r>
      <w:r>
        <w:tab/>
      </w:r>
      <w:r>
        <w:rPr>
          <w:sz w:val="24"/>
        </w:rPr>
        <w:t>D) It is Sara's bag.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How many books are there?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There are six books.</w:t>
      </w:r>
      <w:r>
        <w:tab/>
      </w:r>
      <w:r>
        <w:rPr>
          <w:sz w:val="24"/>
        </w:rPr>
        <w:t>B) It is Ali's book.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 book.</w:t>
      </w:r>
      <w:r>
        <w:tab/>
      </w:r>
      <w:r>
        <w:rPr>
          <w:sz w:val="24"/>
        </w:rPr>
        <w:t>D) Yes, there are.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What is your name?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My name is Leyla.</w:t>
      </w:r>
      <w:r>
        <w:tab/>
      </w:r>
      <w:r>
        <w:rPr>
          <w:sz w:val="24"/>
        </w:rPr>
        <w:t>B) Yes, it is.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Sara's bag.</w:t>
      </w:r>
      <w:r>
        <w:tab/>
      </w:r>
      <w:r>
        <w:rPr>
          <w:sz w:val="24"/>
        </w:rPr>
        <w:t>D) There are two names.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Whose schoolbag is this?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It is my schoolbag.</w:t>
      </w:r>
      <w:r>
        <w:tab/>
      </w:r>
      <w:r>
        <w:rPr>
          <w:sz w:val="24"/>
        </w:rPr>
        <w:t>B) Yes, it is.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 schoolbag.</w:t>
      </w:r>
      <w:r>
        <w:tab/>
      </w:r>
      <w:r>
        <w:rPr>
          <w:sz w:val="24"/>
        </w:rPr>
        <w:t>D) There are eight schoolbags.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How many students are there?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It is a student.</w:t>
      </w:r>
      <w:r>
        <w:tab/>
      </w:r>
      <w:r>
        <w:rPr>
          <w:sz w:val="24"/>
        </w:rPr>
        <w:t>B) Yes, there are.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They are students.</w:t>
      </w:r>
      <w:r>
        <w:tab/>
      </w:r>
      <w:r>
        <w:rPr>
          <w:sz w:val="24"/>
        </w:rPr>
        <w:t>D) There are twenty students.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What is this in English?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it is.</w:t>
      </w:r>
      <w:r>
        <w:tab/>
      </w:r>
      <w:r>
        <w:rPr>
          <w:sz w:val="24"/>
        </w:rPr>
        <w:t>B) There are five rulers.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Ali's ruler.</w:t>
      </w:r>
      <w:r>
        <w:tab/>
      </w:r>
      <w:r>
        <w:rPr>
          <w:sz w:val="24"/>
        </w:rPr>
        <w:t>D) It is a ruler.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Whose ruler is this?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it is.</w:t>
      </w:r>
      <w:r>
        <w:tab/>
      </w:r>
      <w:r>
        <w:rPr>
          <w:sz w:val="24"/>
        </w:rPr>
        <w:t>B) There are five rulers.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Ali's ruler.</w:t>
      </w:r>
      <w:r>
        <w:tab/>
      </w:r>
      <w:r>
        <w:rPr>
          <w:sz w:val="24"/>
        </w:rPr>
        <w:t>D) It is a ruler.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How many days are there in a week? —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there are.</w:t>
      </w:r>
      <w:r>
        <w:tab/>
      </w:r>
      <w:r>
        <w:rPr>
          <w:sz w:val="24"/>
        </w:rPr>
        <w:t>B) There are seven days.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a day.</w:t>
      </w:r>
      <w:r>
        <w:tab/>
      </w:r>
      <w:r>
        <w:rPr>
          <w:sz w:val="24"/>
        </w:rPr>
        <w:t>D) They are days.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It is a blue pen.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Where is the pen?</w:t>
      </w:r>
      <w:r>
        <w:tab/>
      </w:r>
      <w:r>
        <w:rPr>
          <w:sz w:val="24"/>
        </w:rPr>
        <w:t>B) What is this?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Whose pen is this?</w:t>
      </w:r>
      <w:r>
        <w:tab/>
      </w:r>
      <w:r>
        <w:rPr>
          <w:sz w:val="24"/>
        </w:rPr>
        <w:t>D) How many pens are there?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It is Ali's pen.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Where is the pen?</w:t>
      </w:r>
      <w:r>
        <w:tab/>
      </w:r>
      <w:r>
        <w:rPr>
          <w:sz w:val="24"/>
        </w:rPr>
        <w:t>B) How many pens are there?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What is this?</w:t>
      </w:r>
      <w:r>
        <w:tab/>
      </w:r>
      <w:r>
        <w:rPr>
          <w:sz w:val="24"/>
        </w:rPr>
        <w:t>D) Whose pen is this?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There are ten pens.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Where is the pen?</w:t>
      </w:r>
      <w:r>
        <w:tab/>
      </w:r>
      <w:r>
        <w:rPr>
          <w:sz w:val="24"/>
        </w:rPr>
        <w:t>B) Whose pen is this?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What is this?</w:t>
      </w:r>
      <w:r>
        <w:tab/>
      </w:r>
      <w:r>
        <w:rPr>
          <w:sz w:val="24"/>
        </w:rPr>
        <w:t>D) How many pens are there?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It is a ruler.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How many rulers are there?</w:t>
      </w:r>
      <w:r>
        <w:tab/>
      </w:r>
      <w:r>
        <w:rPr>
          <w:sz w:val="24"/>
        </w:rPr>
        <w:t>B) Where is the ruler?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What is this?</w:t>
      </w:r>
      <w:r>
        <w:tab/>
      </w:r>
      <w:r>
        <w:rPr>
          <w:sz w:val="24"/>
        </w:rPr>
        <w:t>D) Whose ruler is this?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It is Sara's schoolbag.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Whose schoolbag is this?</w:t>
      </w:r>
      <w:r>
        <w:tab/>
      </w:r>
      <w:r>
        <w:rPr>
          <w:sz w:val="24"/>
        </w:rPr>
        <w:t>B) How many schoolbags are there?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What is this?</w:t>
      </w:r>
      <w:r>
        <w:tab/>
      </w:r>
      <w:r>
        <w:rPr>
          <w:sz w:val="24"/>
        </w:rPr>
        <w:t>D) Where is the schoolbag?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There are six bags.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How many bags are there?</w:t>
      </w:r>
      <w:r>
        <w:tab/>
      </w:r>
      <w:r>
        <w:rPr>
          <w:sz w:val="24"/>
        </w:rPr>
        <w:t>B) Where is the bag?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Whose bag is this?</w:t>
      </w:r>
      <w:r>
        <w:tab/>
      </w:r>
      <w:r>
        <w:rPr>
          <w:sz w:val="24"/>
        </w:rPr>
        <w:t>D) What is this?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It is my notebook.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Whose notebook is this?</w:t>
      </w:r>
      <w:r>
        <w:tab/>
      </w:r>
      <w:r>
        <w:rPr>
          <w:sz w:val="24"/>
        </w:rPr>
        <w:t>B) What is this?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Where is the notebook?</w:t>
      </w:r>
      <w:r>
        <w:tab/>
      </w:r>
      <w:r>
        <w:rPr>
          <w:sz w:val="24"/>
        </w:rPr>
        <w:t>D) How many notebooks are there?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It is a computer.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Whose computer is this?</w:t>
      </w:r>
      <w:r>
        <w:tab/>
      </w:r>
      <w:r>
        <w:rPr>
          <w:sz w:val="24"/>
        </w:rPr>
        <w:t>B) What is this?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Where is the computer?</w:t>
      </w:r>
      <w:r>
        <w:tab/>
      </w:r>
      <w:r>
        <w:rPr>
          <w:sz w:val="24"/>
        </w:rPr>
        <w:t>D) How many computers are there?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There are eight classrooms.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How many classrooms are there?</w:t>
      </w:r>
      <w:r>
        <w:tab/>
      </w:r>
      <w:r>
        <w:rPr>
          <w:sz w:val="24"/>
        </w:rPr>
        <w:t>B) Whose classroom is this?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What is this?</w:t>
      </w:r>
      <w:r>
        <w:tab/>
      </w:r>
      <w:r>
        <w:rPr>
          <w:sz w:val="24"/>
        </w:rPr>
        <w:t>D) Where is the classroom?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They are Ali's crayons.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Whose crayons are these?</w:t>
      </w:r>
      <w:r>
        <w:tab/>
      </w:r>
      <w:r>
        <w:rPr>
          <w:sz w:val="24"/>
        </w:rPr>
        <w:t>B) How many crayons are there?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Where are the crayons?</w:t>
      </w:r>
      <w:r>
        <w:tab/>
      </w:r>
      <w:r>
        <w:rPr>
          <w:sz w:val="24"/>
        </w:rPr>
        <w:t>D) What are these?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There are twelve chairs.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How many chairs are there?</w:t>
      </w:r>
      <w:r>
        <w:tab/>
      </w:r>
      <w:r>
        <w:rPr>
          <w:sz w:val="24"/>
        </w:rPr>
        <w:t>B) What is this?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Whose chair is this?</w:t>
      </w:r>
      <w:r>
        <w:tab/>
      </w:r>
      <w:r>
        <w:rPr>
          <w:sz w:val="24"/>
        </w:rPr>
        <w:t>D) Where is the chair?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It is a ball.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What is this?</w:t>
      </w:r>
      <w:r>
        <w:tab/>
      </w:r>
      <w:r>
        <w:rPr>
          <w:sz w:val="24"/>
        </w:rPr>
        <w:t>B) How many balls are there?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Where is the ball?</w:t>
      </w:r>
      <w:r>
        <w:tab/>
      </w:r>
      <w:r>
        <w:rPr>
          <w:sz w:val="24"/>
        </w:rPr>
        <w:t>D) Whose ball is this?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