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4. Sınıf İngilizce — Ünite 1 My School · Birleşik Test (There is / There are)</w:t>
      </w:r>
    </w:p>
    <w:p>
      <w:pPr>
        <w:jc w:val="center"/>
      </w:pPr>
      <w:r>
        <w:rPr>
          <w:color w:val="6E6860"/>
          <w:sz w:val="19"/>
        </w:rPr>
        <w:t>Kapsam: There is / There are · is/are ayrımı (tekil-çoğul) · There is/are no (olumsuz) · Is/Are there ...? (soru) · How many ... are there?</w:t>
      </w:r>
    </w:p>
    <w:p>
      <w:pPr>
        <w:jc w:val="center"/>
      </w:pPr>
      <w:r>
        <w:rPr>
          <w:color w:val="6E6860"/>
          <w:sz w:val="19"/>
        </w:rPr>
        <w:t>52 soru · 4 seçenekli · 4. Sınıf · Ünite 1</w:t>
      </w:r>
    </w:p>
    <w:p>
      <w:r>
        <w:rPr>
          <w:sz w:val="20"/>
        </w:rPr>
        <w:t>Ad Soyad: .............................................        Puan: ............</w:t>
      </w:r>
    </w:p>
    <w:p>
      <w:r>
        <w:rPr>
          <w:i/>
          <w:color w:val="6E6860"/>
          <w:sz w:val="20"/>
        </w:rPr>
        <w:t>Aşağıdaki sorularda doğru seçeneği işaretleyin.</w:t>
      </w:r>
    </w:p>
    <w:p/>
    <w:p>
      <w:pPr>
        <w:spacing w:after="60"/>
      </w:pPr>
      <w:r>
        <w:rPr>
          <w:b/>
        </w:rPr>
        <w:t xml:space="preserve">1. </w:t>
      </w:r>
      <w:r>
        <w:t>There ___ a library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is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2. </w:t>
      </w:r>
      <w:r>
        <w:t>There ___ a canteen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3. </w:t>
      </w:r>
      <w:r>
        <w:t>There ___ a big gym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4. </w:t>
      </w:r>
      <w:r>
        <w:t>There ___ one computer in the office.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is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5. </w:t>
      </w:r>
      <w:r>
        <w:t>There ___ a picture on the wall.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6. </w:t>
      </w:r>
      <w:r>
        <w:t>There ___ a book on the desk.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7. </w:t>
      </w:r>
      <w:r>
        <w:t>There ___ a ruler in my bag.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8. </w:t>
      </w:r>
      <w:r>
        <w:t>There ___ a teacher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9. </w:t>
      </w:r>
      <w:r>
        <w:t>There ___ a board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10. </w:t>
      </w:r>
      <w:r>
        <w:t>There ___ a red pen in my case.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is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11. </w:t>
      </w:r>
      <w:r>
        <w:t>There ___ a table and a chair in the 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12. </w:t>
      </w:r>
      <w:r>
        <w:t>There ___ a star on the board.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13. </w:t>
      </w:r>
      <w:r>
        <w:t>There ___ one door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14. </w:t>
      </w:r>
      <w:r>
        <w:t>There ___ a timetable on the wall.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is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15. </w:t>
      </w:r>
      <w:r>
        <w:t>There ___ an eraser in my schoolbag.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16. </w:t>
      </w:r>
      <w:r>
        <w:t>There ___ many books in the library.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17. </w:t>
      </w:r>
      <w:r>
        <w:t>There ___ five students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18. </w:t>
      </w:r>
      <w:r>
        <w:t>There ___ four windows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19. </w:t>
      </w:r>
      <w:r>
        <w:t>There ___ three computers in the office.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20. </w:t>
      </w:r>
      <w:r>
        <w:t>There ___ two doors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21. </w:t>
      </w:r>
      <w:r>
        <w:t>There ___ ten chairs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22. </w:t>
      </w:r>
      <w:r>
        <w:t>There ___ some pictures on the wall.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23. </w:t>
      </w:r>
      <w:r>
        <w:t>There ___ eight subjects in my timetable.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24. </w:t>
      </w:r>
      <w:r>
        <w:t>There ___ six circles on the board.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25. </w:t>
      </w:r>
      <w:r>
        <w:t>There ___ three pencils in my case.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26. </w:t>
      </w:r>
      <w:r>
        <w:t>There ___ seven days in a week.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27. </w:t>
      </w:r>
      <w:r>
        <w:t>There ___ two chairs and a table in the 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28. </w:t>
      </w:r>
      <w:r>
        <w:t>There ___ many classrooms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29. </w:t>
      </w:r>
      <w:r>
        <w:t>There ___ one hundred pencils in the box.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30. </w:t>
      </w:r>
      <w:r>
        <w:t>There ___ some books on the table.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31. </w:t>
      </w:r>
      <w:r>
        <w:t>There ___ no library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32. </w:t>
      </w:r>
      <w:r>
        <w:t>There ___ no books on the table.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33. </w:t>
      </w:r>
      <w:r>
        <w:t>There ___ no gym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34. </w:t>
      </w:r>
      <w:r>
        <w:t>There ___ no pictures on the wall.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35. </w:t>
      </w:r>
      <w:r>
        <w:t>There ___ no computer in the office.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36. </w:t>
      </w:r>
      <w:r>
        <w:t>There ___ no pens in my bag.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37. </w:t>
      </w:r>
      <w:r>
        <w:t>There ___ no canteen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38. </w:t>
      </w:r>
      <w:r>
        <w:t>There ___ no students in the classroom.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39. </w:t>
      </w:r>
      <w:r>
        <w:t>___ there a library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40. </w:t>
      </w:r>
      <w:r>
        <w:t>___ there many students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41. </w:t>
      </w:r>
      <w:r>
        <w:t>___ there a computer in the classroom?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Is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42. </w:t>
      </w:r>
      <w:r>
        <w:t>___ there four windows in your classroom?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43. </w:t>
      </w:r>
      <w:r>
        <w:t>___ there a canteen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44. </w:t>
      </w:r>
      <w:r>
        <w:t>___ there ten classrooms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45. </w:t>
      </w:r>
      <w:r>
        <w:t>___ there a timetable on the wall?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46. </w:t>
      </w:r>
      <w:r>
        <w:t>___ there some books on the desk?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47. </w:t>
      </w:r>
      <w:r>
        <w:t>How many classrooms ___ there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48. </w:t>
      </w:r>
      <w:r>
        <w:t>How many students ___ there in the classroom?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49. </w:t>
      </w:r>
      <w:r>
        <w:t>How many books ___ there in the library?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50. </w:t>
      </w:r>
      <w:r>
        <w:t>How many days ___ there in a week?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51. </w:t>
      </w:r>
      <w:r>
        <w:t>How many teachers ___ there in your school?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52. </w:t>
      </w:r>
      <w:r>
        <w:t>There ___ a library and three classrooms in my school.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is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be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