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4. Sınıf İngilizce — Ünite 1 My School · Birleşik Lexis Testi (School places · School subjects · Classroom objects · Weekdays · Numbers · Shapes)</w:t>
      </w:r>
    </w:p>
    <w:p>
      <w:pPr>
        <w:jc w:val="center"/>
      </w:pPr>
      <w:r>
        <w:rPr>
          <w:color w:val="6E6860"/>
          <w:sz w:val="19"/>
        </w:rPr>
        <w:t>Kapsam: School places (10) · School subjects (8) · Classroom objects (18) · Weekdays · Numbers 11-100 · Shapes (6)</w:t>
      </w:r>
    </w:p>
    <w:p>
      <w:pPr>
        <w:jc w:val="center"/>
      </w:pPr>
      <w:r>
        <w:rPr>
          <w:color w:val="6E6860"/>
          <w:sz w:val="19"/>
        </w:rPr>
        <w:t>63 soru · 4 seçenekli · 4. Sınıf · Ünite 1 · Seviye: Kolay + Orta + Zor + Çok Zor</w:t>
      </w:r>
    </w:p>
    <w:p>
      <w:r>
        <w:rPr>
          <w:sz w:val="21"/>
        </w:rPr>
        <w:t>Ad Soyad: .............................................        Puan: ............</w:t>
      </w:r>
    </w:p>
    <w:p>
      <w:r>
        <w:rPr>
          <w:i/>
          <w:color w:val="6E6860"/>
          <w:sz w:val="21"/>
        </w:rPr>
        <w:t>Aşağıdaki sorularda doğru seçeneği işaretleyin.</w:t>
      </w:r>
    </w:p>
    <w:p/>
    <w:p>
      <w:pPr>
        <w:spacing w:after="40"/>
      </w:pPr>
      <w:r>
        <w:rPr>
          <w:b/>
          <w:sz w:val="24"/>
        </w:rPr>
        <w:t xml:space="preserve">1. </w:t>
      </w:r>
      <w:r>
        <w:rPr>
          <w:sz w:val="24"/>
        </w:rPr>
        <w:t>We read books in the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book</w:t>
      </w:r>
      <w:r>
        <w:tab/>
      </w:r>
      <w:r>
        <w:rPr>
          <w:sz w:val="24"/>
        </w:rPr>
        <w:t>B) library</w:t>
      </w:r>
      <w:r>
        <w:tab/>
      </w:r>
      <w:r>
        <w:rPr>
          <w:sz w:val="24"/>
        </w:rPr>
        <w:t>C) gym</w:t>
      </w:r>
      <w:r>
        <w:tab/>
      </w:r>
      <w:r>
        <w:rPr>
          <w:sz w:val="24"/>
        </w:rPr>
        <w:t>D) canteen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2. </w:t>
      </w:r>
      <w:r>
        <w:rPr>
          <w:sz w:val="24"/>
        </w:rPr>
        <w:t>We eat in the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library</w:t>
      </w:r>
      <w:r>
        <w:tab/>
      </w:r>
      <w:r>
        <w:rPr>
          <w:sz w:val="24"/>
        </w:rPr>
        <w:t>B) desk</w:t>
      </w:r>
      <w:r>
        <w:tab/>
      </w:r>
      <w:r>
        <w:rPr>
          <w:sz w:val="24"/>
        </w:rPr>
        <w:t>C) office</w:t>
      </w:r>
      <w:r>
        <w:tab/>
      </w:r>
      <w:r>
        <w:rPr>
          <w:sz w:val="24"/>
        </w:rPr>
        <w:t>D) canteen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3. </w:t>
      </w:r>
      <w:r>
        <w:rPr>
          <w:sz w:val="24"/>
        </w:rPr>
        <w:t>We run and jump in the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canteen</w:t>
      </w:r>
      <w:r>
        <w:tab/>
      </w:r>
      <w:r>
        <w:rPr>
          <w:sz w:val="24"/>
        </w:rPr>
        <w:t>B) chair</w:t>
      </w:r>
      <w:r>
        <w:tab/>
      </w:r>
      <w:r>
        <w:rPr>
          <w:sz w:val="24"/>
        </w:rPr>
        <w:t>C) library</w:t>
      </w:r>
      <w:r>
        <w:tab/>
      </w:r>
      <w:r>
        <w:rPr>
          <w:sz w:val="24"/>
        </w:rPr>
        <w:t>D) gym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4. </w:t>
      </w:r>
      <w:r>
        <w:rPr>
          <w:sz w:val="24"/>
        </w:rPr>
        <w:t>We play football in the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playground</w:t>
      </w:r>
      <w:r>
        <w:tab/>
      </w:r>
      <w:r>
        <w:rPr>
          <w:sz w:val="24"/>
        </w:rPr>
        <w:t>B) pen</w:t>
      </w:r>
      <w:r>
        <w:tab/>
      </w:r>
      <w:r>
        <w:rPr>
          <w:sz w:val="24"/>
        </w:rPr>
        <w:t>C) office</w:t>
      </w:r>
      <w:r>
        <w:tab/>
      </w:r>
      <w:r>
        <w:rPr>
          <w:sz w:val="24"/>
        </w:rPr>
        <w:t>D) library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5. </w:t>
      </w:r>
      <w:r>
        <w:rPr>
          <w:sz w:val="24"/>
        </w:rPr>
        <w:t>The teacher is in the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gym</w:t>
      </w:r>
      <w:r>
        <w:tab/>
      </w:r>
      <w:r>
        <w:rPr>
          <w:sz w:val="24"/>
        </w:rPr>
        <w:t>B) canteen</w:t>
      </w:r>
      <w:r>
        <w:tab/>
      </w:r>
      <w:r>
        <w:rPr>
          <w:sz w:val="24"/>
        </w:rPr>
        <w:t>C) pencil</w:t>
      </w:r>
      <w:r>
        <w:tab/>
      </w:r>
      <w:r>
        <w:rPr>
          <w:sz w:val="24"/>
        </w:rPr>
        <w:t>D) office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6. </w:t>
      </w:r>
      <w:r>
        <w:rPr>
          <w:sz w:val="24"/>
        </w:rPr>
        <w:t>We have our classes in the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playground</w:t>
      </w:r>
      <w:r>
        <w:tab/>
      </w:r>
      <w:r>
        <w:rPr>
          <w:sz w:val="24"/>
        </w:rPr>
        <w:t>B) canteen</w:t>
      </w:r>
      <w:r>
        <w:tab/>
      </w:r>
      <w:r>
        <w:rPr>
          <w:sz w:val="24"/>
        </w:rPr>
        <w:t>C) ball</w:t>
      </w:r>
      <w:r>
        <w:tab/>
      </w:r>
      <w:r>
        <w:rPr>
          <w:sz w:val="24"/>
        </w:rPr>
        <w:t>D) classroom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7. </w:t>
      </w:r>
      <w:r>
        <w:rPr>
          <w:sz w:val="24"/>
        </w:rPr>
        <w:t>"tuvalet"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library</w:t>
      </w:r>
      <w:r>
        <w:tab/>
      </w:r>
      <w:r>
        <w:rPr>
          <w:sz w:val="24"/>
        </w:rPr>
        <w:t>B) toilet</w:t>
      </w:r>
      <w:r>
        <w:tab/>
      </w:r>
      <w:r>
        <w:rPr>
          <w:sz w:val="24"/>
        </w:rPr>
        <w:t>C) office</w:t>
      </w:r>
      <w:r>
        <w:tab/>
      </w:r>
      <w:r>
        <w:rPr>
          <w:sz w:val="24"/>
        </w:rPr>
        <w:t>D) window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8. </w:t>
      </w:r>
      <w:r>
        <w:rPr>
          <w:sz w:val="24"/>
        </w:rPr>
        <w:t>"kütüphane"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library</w:t>
      </w:r>
      <w:r>
        <w:tab/>
      </w:r>
      <w:r>
        <w:rPr>
          <w:sz w:val="24"/>
        </w:rPr>
        <w:t>B) notebook</w:t>
      </w:r>
      <w:r>
        <w:tab/>
      </w:r>
      <w:r>
        <w:rPr>
          <w:sz w:val="24"/>
        </w:rPr>
        <w:t>C) gym</w:t>
      </w:r>
      <w:r>
        <w:tab/>
      </w:r>
      <w:r>
        <w:rPr>
          <w:sz w:val="24"/>
        </w:rPr>
        <w:t>D) canteen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9. </w:t>
      </w:r>
      <w:r>
        <w:rPr>
          <w:sz w:val="24"/>
        </w:rPr>
        <w:t>"okul"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marker</w:t>
      </w:r>
      <w:r>
        <w:tab/>
      </w:r>
      <w:r>
        <w:rPr>
          <w:sz w:val="24"/>
        </w:rPr>
        <w:t>B) school</w:t>
      </w:r>
      <w:r>
        <w:tab/>
      </w:r>
      <w:r>
        <w:rPr>
          <w:sz w:val="24"/>
        </w:rPr>
        <w:t>C) room</w:t>
      </w:r>
      <w:r>
        <w:tab/>
      </w:r>
      <w:r>
        <w:rPr>
          <w:sz w:val="24"/>
        </w:rPr>
        <w:t>D) hall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10. </w:t>
      </w:r>
      <w:r>
        <w:rPr>
          <w:sz w:val="24"/>
        </w:rPr>
        <w:t>Sara eats in the ___ at school.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Where do you eat?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It is a big room with tables.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Yes!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gym</w:t>
      </w:r>
      <w:r>
        <w:tab/>
      </w:r>
      <w:r>
        <w:rPr>
          <w:sz w:val="24"/>
        </w:rPr>
        <w:t>B) canteen</w:t>
      </w:r>
      <w:r>
        <w:tab/>
      </w:r>
      <w:r>
        <w:rPr>
          <w:sz w:val="24"/>
        </w:rPr>
        <w:t>C) schoolbag</w:t>
      </w:r>
      <w:r>
        <w:tab/>
      </w:r>
      <w:r>
        <w:rPr>
          <w:sz w:val="24"/>
        </w:rPr>
        <w:t>D) library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11. </w:t>
      </w:r>
      <w:r>
        <w:rPr>
          <w:sz w:val="24"/>
        </w:rPr>
        <w:t>We sing songs in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music</w:t>
      </w:r>
      <w:r>
        <w:tab/>
      </w:r>
      <w:r>
        <w:rPr>
          <w:sz w:val="24"/>
        </w:rPr>
        <w:t>B) canteen</w:t>
      </w:r>
      <w:r>
        <w:tab/>
      </w:r>
      <w:r>
        <w:rPr>
          <w:sz w:val="24"/>
        </w:rPr>
        <w:t>C) maths</w:t>
      </w:r>
      <w:r>
        <w:tab/>
      </w:r>
      <w:r>
        <w:rPr>
          <w:sz w:val="24"/>
        </w:rPr>
        <w:t>D) art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12. </w:t>
      </w:r>
      <w:r>
        <w:rPr>
          <w:sz w:val="24"/>
        </w:rPr>
        <w:t>We draw pictures in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music</w:t>
      </w:r>
      <w:r>
        <w:tab/>
      </w:r>
      <w:r>
        <w:rPr>
          <w:sz w:val="24"/>
        </w:rPr>
        <w:t>B) library</w:t>
      </w:r>
      <w:r>
        <w:tab/>
      </w:r>
      <w:r>
        <w:rPr>
          <w:sz w:val="24"/>
        </w:rPr>
        <w:t>C) art</w:t>
      </w:r>
      <w:r>
        <w:tab/>
      </w:r>
      <w:r>
        <w:rPr>
          <w:sz w:val="24"/>
        </w:rPr>
        <w:t>D) science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13. </w:t>
      </w:r>
      <w:r>
        <w:rPr>
          <w:sz w:val="24"/>
        </w:rPr>
        <w:t>We count numbers in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pe</w:t>
      </w:r>
      <w:r>
        <w:tab/>
      </w:r>
      <w:r>
        <w:rPr>
          <w:sz w:val="24"/>
        </w:rPr>
        <w:t>B) gym</w:t>
      </w:r>
      <w:r>
        <w:tab/>
      </w:r>
      <w:r>
        <w:rPr>
          <w:sz w:val="24"/>
        </w:rPr>
        <w:t>C) maths</w:t>
      </w:r>
      <w:r>
        <w:tab/>
      </w:r>
      <w:r>
        <w:rPr>
          <w:sz w:val="24"/>
        </w:rPr>
        <w:t>D) english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14. </w:t>
      </w:r>
      <w:r>
        <w:rPr>
          <w:sz w:val="24"/>
        </w:rPr>
        <w:t>We read and write in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playground</w:t>
      </w:r>
      <w:r>
        <w:tab/>
      </w:r>
      <w:r>
        <w:rPr>
          <w:sz w:val="24"/>
        </w:rPr>
        <w:t>B) english</w:t>
      </w:r>
      <w:r>
        <w:tab/>
      </w:r>
      <w:r>
        <w:rPr>
          <w:sz w:val="24"/>
        </w:rPr>
        <w:t>C) maths</w:t>
      </w:r>
      <w:r>
        <w:tab/>
      </w:r>
      <w:r>
        <w:rPr>
          <w:sz w:val="24"/>
        </w:rPr>
        <w:t>D) art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15. </w:t>
      </w:r>
      <w:r>
        <w:rPr>
          <w:sz w:val="24"/>
        </w:rPr>
        <w:t>We play ball games in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pe</w:t>
      </w:r>
      <w:r>
        <w:tab/>
      </w:r>
      <w:r>
        <w:rPr>
          <w:sz w:val="24"/>
        </w:rPr>
        <w:t>B) music</w:t>
      </w:r>
      <w:r>
        <w:tab/>
      </w:r>
      <w:r>
        <w:rPr>
          <w:sz w:val="24"/>
        </w:rPr>
        <w:t>C) office</w:t>
      </w:r>
      <w:r>
        <w:tab/>
      </w:r>
      <w:r>
        <w:rPr>
          <w:sz w:val="24"/>
        </w:rPr>
        <w:t>D) social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16. </w:t>
      </w:r>
      <w:r>
        <w:rPr>
          <w:sz w:val="24"/>
        </w:rPr>
        <w:t>"fen"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science</w:t>
      </w:r>
      <w:r>
        <w:tab/>
      </w:r>
      <w:r>
        <w:rPr>
          <w:sz w:val="24"/>
        </w:rPr>
        <w:t>B) social</w:t>
      </w:r>
      <w:r>
        <w:tab/>
      </w:r>
      <w:r>
        <w:rPr>
          <w:sz w:val="24"/>
        </w:rPr>
        <w:t>C) turkish</w:t>
      </w:r>
      <w:r>
        <w:tab/>
      </w:r>
      <w:r>
        <w:rPr>
          <w:sz w:val="24"/>
        </w:rPr>
        <w:t>D) classroom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17. </w:t>
      </w:r>
      <w:r>
        <w:rPr>
          <w:sz w:val="24"/>
        </w:rPr>
        <w:t>"sosyal"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hall</w:t>
      </w:r>
      <w:r>
        <w:tab/>
      </w:r>
      <w:r>
        <w:rPr>
          <w:sz w:val="24"/>
        </w:rPr>
        <w:t>B) social</w:t>
      </w:r>
      <w:r>
        <w:tab/>
      </w:r>
      <w:r>
        <w:rPr>
          <w:sz w:val="24"/>
        </w:rPr>
        <w:t>C) music</w:t>
      </w:r>
      <w:r>
        <w:tab/>
      </w:r>
      <w:r>
        <w:rPr>
          <w:sz w:val="24"/>
        </w:rPr>
        <w:t>D) science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18. </w:t>
      </w:r>
      <w:r>
        <w:rPr>
          <w:sz w:val="24"/>
        </w:rPr>
        <w:t>"resim"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art</w:t>
      </w:r>
      <w:r>
        <w:tab/>
      </w:r>
      <w:r>
        <w:rPr>
          <w:sz w:val="24"/>
        </w:rPr>
        <w:t>B) music</w:t>
      </w:r>
      <w:r>
        <w:tab/>
      </w:r>
      <w:r>
        <w:rPr>
          <w:sz w:val="24"/>
        </w:rPr>
        <w:t>C) toilet</w:t>
      </w:r>
      <w:r>
        <w:tab/>
      </w:r>
      <w:r>
        <w:rPr>
          <w:sz w:val="24"/>
        </w:rPr>
        <w:t>D) pe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19. </w:t>
      </w:r>
      <w:r>
        <w:rPr>
          <w:sz w:val="24"/>
        </w:rPr>
        <w:t>"müzik"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turkish</w:t>
      </w:r>
      <w:r>
        <w:tab/>
      </w:r>
      <w:r>
        <w:rPr>
          <w:sz w:val="24"/>
        </w:rPr>
        <w:t>B) art</w:t>
      </w:r>
      <w:r>
        <w:tab/>
      </w:r>
      <w:r>
        <w:rPr>
          <w:sz w:val="24"/>
        </w:rPr>
        <w:t>C) music</w:t>
      </w:r>
      <w:r>
        <w:tab/>
      </w:r>
      <w:r>
        <w:rPr>
          <w:sz w:val="24"/>
        </w:rPr>
        <w:t>D) desk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20. </w:t>
      </w:r>
      <w:r>
        <w:rPr>
          <w:sz w:val="24"/>
        </w:rPr>
        <w:t>Ali counts in ___ at school.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What is your class now?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I am in this class now.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Very good!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music</w:t>
      </w:r>
      <w:r>
        <w:tab/>
      </w:r>
      <w:r>
        <w:rPr>
          <w:sz w:val="24"/>
        </w:rPr>
        <w:t>B) art</w:t>
      </w:r>
      <w:r>
        <w:tab/>
      </w:r>
      <w:r>
        <w:rPr>
          <w:sz w:val="24"/>
        </w:rPr>
        <w:t>C) maths</w:t>
      </w:r>
      <w:r>
        <w:tab/>
      </w:r>
      <w:r>
        <w:rPr>
          <w:sz w:val="24"/>
        </w:rPr>
        <w:t>D) canteen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21. </w:t>
      </w:r>
      <w:r>
        <w:rPr>
          <w:sz w:val="24"/>
        </w:rPr>
        <w:t>We write with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chair</w:t>
      </w:r>
      <w:r>
        <w:tab/>
      </w:r>
      <w:r>
        <w:rPr>
          <w:sz w:val="24"/>
        </w:rPr>
        <w:t>B) library</w:t>
      </w:r>
      <w:r>
        <w:tab/>
      </w:r>
      <w:r>
        <w:rPr>
          <w:sz w:val="24"/>
        </w:rPr>
        <w:t>C) book</w:t>
      </w:r>
      <w:r>
        <w:tab/>
      </w:r>
      <w:r>
        <w:rPr>
          <w:sz w:val="24"/>
        </w:rPr>
        <w:t>D) pen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22. </w:t>
      </w:r>
      <w:r>
        <w:rPr>
          <w:sz w:val="24"/>
        </w:rPr>
        <w:t>We draw with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book</w:t>
      </w:r>
      <w:r>
        <w:tab/>
      </w:r>
      <w:r>
        <w:rPr>
          <w:sz w:val="24"/>
        </w:rPr>
        <w:t>B) pencil</w:t>
      </w:r>
      <w:r>
        <w:tab/>
      </w:r>
      <w:r>
        <w:rPr>
          <w:sz w:val="24"/>
        </w:rPr>
        <w:t>C) gym</w:t>
      </w:r>
      <w:r>
        <w:tab/>
      </w:r>
      <w:r>
        <w:rPr>
          <w:sz w:val="24"/>
        </w:rPr>
        <w:t>D) door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23. </w:t>
      </w:r>
      <w:r>
        <w:rPr>
          <w:sz w:val="24"/>
        </w:rPr>
        <w:t>We read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window</w:t>
      </w:r>
      <w:r>
        <w:tab/>
      </w:r>
      <w:r>
        <w:rPr>
          <w:sz w:val="24"/>
        </w:rPr>
        <w:t>B) chair</w:t>
      </w:r>
      <w:r>
        <w:tab/>
      </w:r>
      <w:r>
        <w:rPr>
          <w:sz w:val="24"/>
        </w:rPr>
        <w:t>C) book</w:t>
      </w:r>
      <w:r>
        <w:tab/>
      </w:r>
      <w:r>
        <w:rPr>
          <w:sz w:val="24"/>
        </w:rPr>
        <w:t>D) office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24. </w:t>
      </w:r>
      <w:r>
        <w:rPr>
          <w:sz w:val="24"/>
        </w:rPr>
        <w:t>We put our books in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schoolbag</w:t>
      </w:r>
      <w:r>
        <w:tab/>
      </w:r>
      <w:r>
        <w:rPr>
          <w:sz w:val="24"/>
        </w:rPr>
        <w:t>B) chair</w:t>
      </w:r>
      <w:r>
        <w:tab/>
      </w:r>
      <w:r>
        <w:rPr>
          <w:sz w:val="24"/>
        </w:rPr>
        <w:t>C) board</w:t>
      </w:r>
      <w:r>
        <w:tab/>
      </w:r>
      <w:r>
        <w:rPr>
          <w:sz w:val="24"/>
        </w:rPr>
        <w:t>D) canteen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25. </w:t>
      </w:r>
      <w:r>
        <w:rPr>
          <w:sz w:val="24"/>
        </w:rPr>
        <w:t>We draw lines with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book</w:t>
      </w:r>
      <w:r>
        <w:tab/>
      </w:r>
      <w:r>
        <w:rPr>
          <w:sz w:val="24"/>
        </w:rPr>
        <w:t>B) rubber</w:t>
      </w:r>
      <w:r>
        <w:tab/>
      </w:r>
      <w:r>
        <w:rPr>
          <w:sz w:val="24"/>
        </w:rPr>
        <w:t>C) playground</w:t>
      </w:r>
      <w:r>
        <w:tab/>
      </w:r>
      <w:r>
        <w:rPr>
          <w:sz w:val="24"/>
        </w:rPr>
        <w:t>D) ruler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26. </w:t>
      </w:r>
      <w:r>
        <w:rPr>
          <w:sz w:val="24"/>
        </w:rPr>
        <w:t>We erase with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rubber</w:t>
      </w:r>
      <w:r>
        <w:tab/>
      </w:r>
      <w:r>
        <w:rPr>
          <w:sz w:val="24"/>
        </w:rPr>
        <w:t>B) ruler</w:t>
      </w:r>
      <w:r>
        <w:tab/>
      </w:r>
      <w:r>
        <w:rPr>
          <w:sz w:val="24"/>
        </w:rPr>
        <w:t>C) hall</w:t>
      </w:r>
      <w:r>
        <w:tab/>
      </w:r>
      <w:r>
        <w:rPr>
          <w:sz w:val="24"/>
        </w:rPr>
        <w:t>D) book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27. </w:t>
      </w:r>
      <w:r>
        <w:rPr>
          <w:sz w:val="24"/>
        </w:rPr>
        <w:t>We sit on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toilet</w:t>
      </w:r>
      <w:r>
        <w:tab/>
      </w:r>
      <w:r>
        <w:rPr>
          <w:sz w:val="24"/>
        </w:rPr>
        <w:t>B) chair</w:t>
      </w:r>
      <w:r>
        <w:tab/>
      </w:r>
      <w:r>
        <w:rPr>
          <w:sz w:val="24"/>
        </w:rPr>
        <w:t>C) window</w:t>
      </w:r>
      <w:r>
        <w:tab/>
      </w:r>
      <w:r>
        <w:rPr>
          <w:sz w:val="24"/>
        </w:rPr>
        <w:t>D) book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28. </w:t>
      </w:r>
      <w:r>
        <w:rPr>
          <w:sz w:val="24"/>
        </w:rPr>
        <w:t>We put our books on the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door</w:t>
      </w:r>
      <w:r>
        <w:tab/>
      </w:r>
      <w:r>
        <w:rPr>
          <w:sz w:val="24"/>
        </w:rPr>
        <w:t>B) desk</w:t>
      </w:r>
      <w:r>
        <w:tab/>
      </w:r>
      <w:r>
        <w:rPr>
          <w:sz w:val="24"/>
        </w:rPr>
        <w:t>C) board</w:t>
      </w:r>
      <w:r>
        <w:tab/>
      </w:r>
      <w:r>
        <w:rPr>
          <w:sz w:val="24"/>
        </w:rPr>
        <w:t>D) library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29. </w:t>
      </w:r>
      <w:r>
        <w:rPr>
          <w:sz w:val="24"/>
        </w:rPr>
        <w:t>The teacher writes on the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chair</w:t>
      </w:r>
      <w:r>
        <w:tab/>
      </w:r>
      <w:r>
        <w:rPr>
          <w:sz w:val="24"/>
        </w:rPr>
        <w:t>B) window</w:t>
      </w:r>
      <w:r>
        <w:tab/>
      </w:r>
      <w:r>
        <w:rPr>
          <w:sz w:val="24"/>
        </w:rPr>
        <w:t>C) board</w:t>
      </w:r>
      <w:r>
        <w:tab/>
      </w:r>
      <w:r>
        <w:rPr>
          <w:sz w:val="24"/>
        </w:rPr>
        <w:t>D) gym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30. </w:t>
      </w:r>
      <w:r>
        <w:rPr>
          <w:sz w:val="24"/>
        </w:rPr>
        <w:t>The teacher writes with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office</w:t>
      </w:r>
      <w:r>
        <w:tab/>
      </w:r>
      <w:r>
        <w:rPr>
          <w:sz w:val="24"/>
        </w:rPr>
        <w:t>B) marker</w:t>
      </w:r>
      <w:r>
        <w:tab/>
      </w:r>
      <w:r>
        <w:rPr>
          <w:sz w:val="24"/>
        </w:rPr>
        <w:t>C) door</w:t>
      </w:r>
      <w:r>
        <w:tab/>
      </w:r>
      <w:r>
        <w:rPr>
          <w:sz w:val="24"/>
        </w:rPr>
        <w:t>D) book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31. </w:t>
      </w:r>
      <w:r>
        <w:rPr>
          <w:sz w:val="24"/>
        </w:rPr>
        <w:t>We open the ___ and go out.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book</w:t>
      </w:r>
      <w:r>
        <w:tab/>
      </w:r>
      <w:r>
        <w:rPr>
          <w:sz w:val="24"/>
        </w:rPr>
        <w:t>B) window</w:t>
      </w:r>
      <w:r>
        <w:tab/>
      </w:r>
      <w:r>
        <w:rPr>
          <w:sz w:val="24"/>
        </w:rPr>
        <w:t>C) canteen</w:t>
      </w:r>
      <w:r>
        <w:tab/>
      </w:r>
      <w:r>
        <w:rPr>
          <w:sz w:val="24"/>
        </w:rPr>
        <w:t>D) door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32. </w:t>
      </w:r>
      <w:r>
        <w:rPr>
          <w:sz w:val="24"/>
        </w:rPr>
        <w:t>We look out of the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book</w:t>
      </w:r>
      <w:r>
        <w:tab/>
      </w:r>
      <w:r>
        <w:rPr>
          <w:sz w:val="24"/>
        </w:rPr>
        <w:t>B) playground</w:t>
      </w:r>
      <w:r>
        <w:tab/>
      </w:r>
      <w:r>
        <w:rPr>
          <w:sz w:val="24"/>
        </w:rPr>
        <w:t>C) window</w:t>
      </w:r>
      <w:r>
        <w:tab/>
      </w:r>
      <w:r>
        <w:rPr>
          <w:sz w:val="24"/>
        </w:rPr>
        <w:t>D) chair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33. </w:t>
      </w:r>
      <w:r>
        <w:rPr>
          <w:sz w:val="24"/>
        </w:rPr>
        <w:t>We cut with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scissors</w:t>
      </w:r>
      <w:r>
        <w:tab/>
      </w:r>
      <w:r>
        <w:rPr>
          <w:sz w:val="24"/>
        </w:rPr>
        <w:t>B) hall</w:t>
      </w:r>
      <w:r>
        <w:tab/>
      </w:r>
      <w:r>
        <w:rPr>
          <w:sz w:val="24"/>
        </w:rPr>
        <w:t>C) ruler</w:t>
      </w:r>
      <w:r>
        <w:tab/>
      </w:r>
      <w:r>
        <w:rPr>
          <w:sz w:val="24"/>
        </w:rPr>
        <w:t>D) crayon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34. </w:t>
      </w:r>
      <w:r>
        <w:rPr>
          <w:sz w:val="24"/>
        </w:rPr>
        <w:t>We colour with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book</w:t>
      </w:r>
      <w:r>
        <w:tab/>
      </w:r>
      <w:r>
        <w:rPr>
          <w:sz w:val="24"/>
        </w:rPr>
        <w:t>B) door</w:t>
      </w:r>
      <w:r>
        <w:tab/>
      </w:r>
      <w:r>
        <w:rPr>
          <w:sz w:val="24"/>
        </w:rPr>
        <w:t>C) toilet</w:t>
      </w:r>
      <w:r>
        <w:tab/>
      </w:r>
      <w:r>
        <w:rPr>
          <w:sz w:val="24"/>
        </w:rPr>
        <w:t>D) crayon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35. </w:t>
      </w:r>
      <w:r>
        <w:rPr>
          <w:sz w:val="24"/>
        </w:rPr>
        <w:t>"silgi"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notebook</w:t>
      </w:r>
      <w:r>
        <w:tab/>
      </w:r>
      <w:r>
        <w:rPr>
          <w:sz w:val="24"/>
        </w:rPr>
        <w:t>B) rubber</w:t>
      </w:r>
      <w:r>
        <w:tab/>
      </w:r>
      <w:r>
        <w:rPr>
          <w:sz w:val="24"/>
        </w:rPr>
        <w:t>C) ruler</w:t>
      </w:r>
      <w:r>
        <w:tab/>
      </w:r>
      <w:r>
        <w:rPr>
          <w:sz w:val="24"/>
        </w:rPr>
        <w:t>D) library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36. </w:t>
      </w:r>
      <w:r>
        <w:rPr>
          <w:sz w:val="24"/>
        </w:rPr>
        <w:t>"defter"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case</w:t>
      </w:r>
      <w:r>
        <w:tab/>
      </w:r>
      <w:r>
        <w:rPr>
          <w:sz w:val="24"/>
        </w:rPr>
        <w:t>B) marker</w:t>
      </w:r>
      <w:r>
        <w:tab/>
      </w:r>
      <w:r>
        <w:rPr>
          <w:sz w:val="24"/>
        </w:rPr>
        <w:t>C) notebook</w:t>
      </w:r>
      <w:r>
        <w:tab/>
      </w:r>
      <w:r>
        <w:rPr>
          <w:sz w:val="24"/>
        </w:rPr>
        <w:t>D) gym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37. </w:t>
      </w:r>
      <w:r>
        <w:rPr>
          <w:sz w:val="24"/>
        </w:rPr>
        <w:t>The first day of the school week is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Monday</w:t>
      </w:r>
      <w:r>
        <w:tab/>
      </w:r>
      <w:r>
        <w:rPr>
          <w:sz w:val="24"/>
        </w:rPr>
        <w:t>B) Tuesday</w:t>
      </w:r>
      <w:r>
        <w:tab/>
      </w:r>
      <w:r>
        <w:rPr>
          <w:sz w:val="24"/>
        </w:rPr>
        <w:t>C) Friday</w:t>
      </w:r>
      <w:r>
        <w:tab/>
      </w:r>
      <w:r>
        <w:rPr>
          <w:sz w:val="24"/>
        </w:rPr>
        <w:t>D) day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38. </w:t>
      </w:r>
      <w:r>
        <w:rPr>
          <w:sz w:val="24"/>
        </w:rPr>
        <w:t>The day after Monday is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day</w:t>
      </w:r>
      <w:r>
        <w:tab/>
      </w:r>
      <w:r>
        <w:rPr>
          <w:sz w:val="24"/>
        </w:rPr>
        <w:t>B) Tuesday</w:t>
      </w:r>
      <w:r>
        <w:tab/>
      </w:r>
      <w:r>
        <w:rPr>
          <w:sz w:val="24"/>
        </w:rPr>
        <w:t>C) Sunday</w:t>
      </w:r>
      <w:r>
        <w:tab/>
      </w:r>
      <w:r>
        <w:rPr>
          <w:sz w:val="24"/>
        </w:rPr>
        <w:t>D) Wednesday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39. </w:t>
      </w:r>
      <w:r>
        <w:rPr>
          <w:sz w:val="24"/>
        </w:rPr>
        <w:t>The day before Friday is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week</w:t>
      </w:r>
      <w:r>
        <w:tab/>
      </w:r>
      <w:r>
        <w:rPr>
          <w:sz w:val="24"/>
        </w:rPr>
        <w:t>B) Thursday</w:t>
      </w:r>
      <w:r>
        <w:tab/>
      </w:r>
      <w:r>
        <w:rPr>
          <w:sz w:val="24"/>
        </w:rPr>
        <w:t>C) Saturday</w:t>
      </w:r>
      <w:r>
        <w:tab/>
      </w:r>
      <w:r>
        <w:rPr>
          <w:sz w:val="24"/>
        </w:rPr>
        <w:t>D) Wednesday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40. </w:t>
      </w:r>
      <w:r>
        <w:rPr>
          <w:sz w:val="24"/>
        </w:rPr>
        <w:t>The last day of the week is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now</w:t>
      </w:r>
      <w:r>
        <w:tab/>
      </w:r>
      <w:r>
        <w:rPr>
          <w:sz w:val="24"/>
        </w:rPr>
        <w:t>B) Monday</w:t>
      </w:r>
      <w:r>
        <w:tab/>
      </w:r>
      <w:r>
        <w:rPr>
          <w:sz w:val="24"/>
        </w:rPr>
        <w:t>C) Friday</w:t>
      </w:r>
      <w:r>
        <w:tab/>
      </w:r>
      <w:r>
        <w:rPr>
          <w:sz w:val="24"/>
        </w:rPr>
        <w:t>D) Sunday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41. </w:t>
      </w:r>
      <w:r>
        <w:rPr>
          <w:sz w:val="24"/>
        </w:rPr>
        <w:t>The day after Wednesday is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Friday</w:t>
      </w:r>
      <w:r>
        <w:tab/>
      </w:r>
      <w:r>
        <w:rPr>
          <w:sz w:val="24"/>
        </w:rPr>
        <w:t>B) day</w:t>
      </w:r>
      <w:r>
        <w:tab/>
      </w:r>
      <w:r>
        <w:rPr>
          <w:sz w:val="24"/>
        </w:rPr>
        <w:t>C) Tuesday</w:t>
      </w:r>
      <w:r>
        <w:tab/>
      </w:r>
      <w:r>
        <w:rPr>
          <w:sz w:val="24"/>
        </w:rPr>
        <w:t>D) Thursday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42. </w:t>
      </w:r>
      <w:r>
        <w:rPr>
          <w:sz w:val="24"/>
        </w:rPr>
        <w:t>"Cuma"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Sunday</w:t>
      </w:r>
      <w:r>
        <w:tab/>
      </w:r>
      <w:r>
        <w:rPr>
          <w:sz w:val="24"/>
        </w:rPr>
        <w:t>B) day</w:t>
      </w:r>
      <w:r>
        <w:tab/>
      </w:r>
      <w:r>
        <w:rPr>
          <w:sz w:val="24"/>
        </w:rPr>
        <w:t>C) Friday</w:t>
      </w:r>
      <w:r>
        <w:tab/>
      </w:r>
      <w:r>
        <w:rPr>
          <w:sz w:val="24"/>
        </w:rPr>
        <w:t>D) Tuesday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43. </w:t>
      </w:r>
      <w:r>
        <w:rPr>
          <w:sz w:val="24"/>
        </w:rPr>
        <w:t>"Çarşamba"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week</w:t>
      </w:r>
      <w:r>
        <w:tab/>
      </w:r>
      <w:r>
        <w:rPr>
          <w:sz w:val="24"/>
        </w:rPr>
        <w:t>B) Monday</w:t>
      </w:r>
      <w:r>
        <w:tab/>
      </w:r>
      <w:r>
        <w:rPr>
          <w:sz w:val="24"/>
        </w:rPr>
        <w:t>C) Wednesday</w:t>
      </w:r>
      <w:r>
        <w:tab/>
      </w:r>
      <w:r>
        <w:rPr>
          <w:sz w:val="24"/>
        </w:rPr>
        <w:t>D) Saturday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44. </w:t>
      </w:r>
      <w:r>
        <w:rPr>
          <w:sz w:val="24"/>
        </w:rPr>
        <w:t>The school week is from Monday to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now</w:t>
      </w:r>
      <w:r>
        <w:tab/>
      </w:r>
      <w:r>
        <w:rPr>
          <w:sz w:val="24"/>
        </w:rPr>
        <w:t>B) Friday</w:t>
      </w:r>
      <w:r>
        <w:tab/>
      </w:r>
      <w:r>
        <w:rPr>
          <w:sz w:val="24"/>
        </w:rPr>
        <w:t>C) Thursday</w:t>
      </w:r>
      <w:r>
        <w:tab/>
      </w:r>
      <w:r>
        <w:rPr>
          <w:sz w:val="24"/>
        </w:rPr>
        <w:t>D) Sunday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45. </w:t>
      </w:r>
      <w:r>
        <w:rPr>
          <w:sz w:val="24"/>
        </w:rPr>
        <w:t>Saturday and ___ are not school days.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Wednesday</w:t>
      </w:r>
      <w:r>
        <w:tab/>
      </w:r>
      <w:r>
        <w:rPr>
          <w:sz w:val="24"/>
        </w:rPr>
        <w:t>B) day</w:t>
      </w:r>
      <w:r>
        <w:tab/>
      </w:r>
      <w:r>
        <w:rPr>
          <w:sz w:val="24"/>
        </w:rPr>
        <w:t>C) Sunday</w:t>
      </w:r>
      <w:r>
        <w:tab/>
      </w:r>
      <w:r>
        <w:rPr>
          <w:sz w:val="24"/>
        </w:rPr>
        <w:t>D) Monday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46. </w:t>
      </w:r>
      <w:r>
        <w:rPr>
          <w:sz w:val="24"/>
        </w:rPr>
        <w:t>Sara says it is ___ 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What day is it now?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Friday is after it.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Yes! Good, Sara!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Wednesday</w:t>
      </w:r>
      <w:r>
        <w:tab/>
      </w:r>
      <w:r>
        <w:rPr>
          <w:sz w:val="24"/>
        </w:rPr>
        <w:t>B) Friday</w:t>
      </w:r>
      <w:r>
        <w:tab/>
      </w:r>
      <w:r>
        <w:rPr>
          <w:sz w:val="24"/>
        </w:rPr>
        <w:t>C) Thursday</w:t>
      </w:r>
      <w:r>
        <w:tab/>
      </w:r>
      <w:r>
        <w:rPr>
          <w:sz w:val="24"/>
        </w:rPr>
        <w:t>D) day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47. </w:t>
      </w:r>
      <w:r>
        <w:rPr>
          <w:sz w:val="24"/>
        </w:rPr>
        <w:t>15 =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five</w:t>
      </w:r>
      <w:r>
        <w:tab/>
      </w:r>
      <w:r>
        <w:rPr>
          <w:sz w:val="24"/>
        </w:rPr>
        <w:t>B) fifty</w:t>
      </w:r>
      <w:r>
        <w:tab/>
      </w:r>
      <w:r>
        <w:rPr>
          <w:sz w:val="24"/>
        </w:rPr>
        <w:t>C) fifteen</w:t>
      </w:r>
      <w:r>
        <w:tab/>
      </w:r>
      <w:r>
        <w:rPr>
          <w:sz w:val="24"/>
        </w:rPr>
        <w:t>D) thirteen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48. </w:t>
      </w:r>
      <w:r>
        <w:rPr>
          <w:sz w:val="24"/>
        </w:rPr>
        <w:t>20 =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twelve</w:t>
      </w:r>
      <w:r>
        <w:tab/>
      </w:r>
      <w:r>
        <w:rPr>
          <w:sz w:val="24"/>
        </w:rPr>
        <w:t>B) thirty</w:t>
      </w:r>
      <w:r>
        <w:tab/>
      </w:r>
      <w:r>
        <w:rPr>
          <w:sz w:val="24"/>
        </w:rPr>
        <w:t>C) eleven</w:t>
      </w:r>
      <w:r>
        <w:tab/>
      </w:r>
      <w:r>
        <w:rPr>
          <w:sz w:val="24"/>
        </w:rPr>
        <w:t>D) twenty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49. </w:t>
      </w:r>
      <w:r>
        <w:rPr>
          <w:sz w:val="24"/>
        </w:rPr>
        <w:t>40 =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forty</w:t>
      </w:r>
      <w:r>
        <w:tab/>
      </w:r>
      <w:r>
        <w:rPr>
          <w:sz w:val="24"/>
        </w:rPr>
        <w:t>B) fourteen</w:t>
      </w:r>
      <w:r>
        <w:tab/>
      </w:r>
      <w:r>
        <w:rPr>
          <w:sz w:val="24"/>
        </w:rPr>
        <w:t>C) four</w:t>
      </w:r>
      <w:r>
        <w:tab/>
      </w:r>
      <w:r>
        <w:rPr>
          <w:sz w:val="24"/>
        </w:rPr>
        <w:t>D) fifty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50. </w:t>
      </w:r>
      <w:r>
        <w:rPr>
          <w:sz w:val="24"/>
        </w:rPr>
        <w:t>13 =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fifteen</w:t>
      </w:r>
      <w:r>
        <w:tab/>
      </w:r>
      <w:r>
        <w:rPr>
          <w:sz w:val="24"/>
        </w:rPr>
        <w:t>B) thirty</w:t>
      </w:r>
      <w:r>
        <w:tab/>
      </w:r>
      <w:r>
        <w:rPr>
          <w:sz w:val="24"/>
        </w:rPr>
        <w:t>C) thirteen</w:t>
      </w:r>
      <w:r>
        <w:tab/>
      </w:r>
      <w:r>
        <w:rPr>
          <w:sz w:val="24"/>
        </w:rPr>
        <w:t>D) three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51. </w:t>
      </w:r>
      <w:r>
        <w:rPr>
          <w:sz w:val="24"/>
        </w:rPr>
        <w:t>30 =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twenty</w:t>
      </w:r>
      <w:r>
        <w:tab/>
      </w:r>
      <w:r>
        <w:rPr>
          <w:sz w:val="24"/>
        </w:rPr>
        <w:t>B) thirteen</w:t>
      </w:r>
      <w:r>
        <w:tab/>
      </w:r>
      <w:r>
        <w:rPr>
          <w:sz w:val="24"/>
        </w:rPr>
        <w:t>C) thirty</w:t>
      </w:r>
      <w:r>
        <w:tab/>
      </w:r>
      <w:r>
        <w:rPr>
          <w:sz w:val="24"/>
        </w:rPr>
        <w:t>D) three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52. </w:t>
      </w:r>
      <w:r>
        <w:rPr>
          <w:sz w:val="24"/>
        </w:rPr>
        <w:t>50 + 50 =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fifteen</w:t>
      </w:r>
      <w:r>
        <w:tab/>
      </w:r>
      <w:r>
        <w:rPr>
          <w:sz w:val="24"/>
        </w:rPr>
        <w:t>B) fifty</w:t>
      </w:r>
      <w:r>
        <w:tab/>
      </w:r>
      <w:r>
        <w:rPr>
          <w:sz w:val="24"/>
        </w:rPr>
        <w:t>C) sixty</w:t>
      </w:r>
      <w:r>
        <w:tab/>
      </w:r>
      <w:r>
        <w:rPr>
          <w:sz w:val="24"/>
        </w:rPr>
        <w:t>D) a hundred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53. </w:t>
      </w:r>
      <w:r>
        <w:rPr>
          <w:sz w:val="24"/>
        </w:rPr>
        <w:t>"on iki"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twelve</w:t>
      </w:r>
      <w:r>
        <w:tab/>
      </w:r>
      <w:r>
        <w:rPr>
          <w:sz w:val="24"/>
        </w:rPr>
        <w:t>B) twenty</w:t>
      </w:r>
      <w:r>
        <w:tab/>
      </w:r>
      <w:r>
        <w:rPr>
          <w:sz w:val="24"/>
        </w:rPr>
        <w:t>C) two</w:t>
      </w:r>
      <w:r>
        <w:tab/>
      </w:r>
      <w:r>
        <w:rPr>
          <w:sz w:val="24"/>
        </w:rPr>
        <w:t>D) eleven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54. </w:t>
      </w:r>
      <w:r>
        <w:rPr>
          <w:sz w:val="24"/>
        </w:rPr>
        <w:t>Ali's friend is ___ .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How old is your friend?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He is ten and one.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He is a good friend!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twelve</w:t>
      </w:r>
      <w:r>
        <w:tab/>
      </w:r>
      <w:r>
        <w:rPr>
          <w:sz w:val="24"/>
        </w:rPr>
        <w:t>B) eleven</w:t>
      </w:r>
      <w:r>
        <w:tab/>
      </w:r>
      <w:r>
        <w:rPr>
          <w:sz w:val="24"/>
        </w:rPr>
        <w:t>C) seventeen</w:t>
      </w:r>
      <w:r>
        <w:tab/>
      </w:r>
      <w:r>
        <w:rPr>
          <w:sz w:val="24"/>
        </w:rPr>
        <w:t>D) ten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55. </w:t>
      </w:r>
      <w:r>
        <w:rPr>
          <w:sz w:val="24"/>
        </w:rPr>
        <w:t>A ball is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circle</w:t>
      </w:r>
      <w:r>
        <w:tab/>
      </w:r>
      <w:r>
        <w:rPr>
          <w:sz w:val="24"/>
        </w:rPr>
        <w:t>B) triangle</w:t>
      </w:r>
      <w:r>
        <w:tab/>
      </w:r>
      <w:r>
        <w:rPr>
          <w:sz w:val="24"/>
        </w:rPr>
        <w:t>C) star</w:t>
      </w:r>
      <w:r>
        <w:tab/>
      </w:r>
      <w:r>
        <w:rPr>
          <w:sz w:val="24"/>
        </w:rPr>
        <w:t>D) square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56. </w:t>
      </w:r>
      <w:r>
        <w:rPr>
          <w:sz w:val="24"/>
        </w:rPr>
        <w:t>A window is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square</w:t>
      </w:r>
      <w:r>
        <w:tab/>
      </w:r>
      <w:r>
        <w:rPr>
          <w:sz w:val="24"/>
        </w:rPr>
        <w:t>B) oval</w:t>
      </w:r>
      <w:r>
        <w:tab/>
      </w:r>
      <w:r>
        <w:rPr>
          <w:sz w:val="24"/>
        </w:rPr>
        <w:t>C) circle</w:t>
      </w:r>
      <w:r>
        <w:tab/>
      </w:r>
      <w:r>
        <w:rPr>
          <w:sz w:val="24"/>
        </w:rPr>
        <w:t>D) rectangle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57. </w:t>
      </w:r>
      <w:r>
        <w:rPr>
          <w:sz w:val="24"/>
        </w:rPr>
        <w:t>A door is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circle</w:t>
      </w:r>
      <w:r>
        <w:tab/>
      </w:r>
      <w:r>
        <w:rPr>
          <w:sz w:val="24"/>
        </w:rPr>
        <w:t>B) square</w:t>
      </w:r>
      <w:r>
        <w:tab/>
      </w:r>
      <w:r>
        <w:rPr>
          <w:sz w:val="24"/>
        </w:rPr>
        <w:t>C) rectangle</w:t>
      </w:r>
      <w:r>
        <w:tab/>
      </w:r>
      <w:r>
        <w:rPr>
          <w:sz w:val="24"/>
        </w:rPr>
        <w:t>D) star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58. </w:t>
      </w:r>
      <w:r>
        <w:rPr>
          <w:sz w:val="24"/>
        </w:rPr>
        <w:t>"yıldız"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square</w:t>
      </w:r>
      <w:r>
        <w:tab/>
      </w:r>
      <w:r>
        <w:rPr>
          <w:sz w:val="24"/>
        </w:rPr>
        <w:t>B) star</w:t>
      </w:r>
      <w:r>
        <w:tab/>
      </w:r>
      <w:r>
        <w:rPr>
          <w:sz w:val="24"/>
        </w:rPr>
        <w:t>C) oval</w:t>
      </w:r>
      <w:r>
        <w:tab/>
      </w:r>
      <w:r>
        <w:rPr>
          <w:sz w:val="24"/>
        </w:rPr>
        <w:t>D) circle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59. </w:t>
      </w:r>
      <w:r>
        <w:rPr>
          <w:sz w:val="24"/>
        </w:rPr>
        <w:t>"kare"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circle</w:t>
      </w:r>
      <w:r>
        <w:tab/>
      </w:r>
      <w:r>
        <w:rPr>
          <w:sz w:val="24"/>
        </w:rPr>
        <w:t>B) oval</w:t>
      </w:r>
      <w:r>
        <w:tab/>
      </w:r>
      <w:r>
        <w:rPr>
          <w:sz w:val="24"/>
        </w:rPr>
        <w:t>C) triangle</w:t>
      </w:r>
      <w:r>
        <w:tab/>
      </w:r>
      <w:r>
        <w:rPr>
          <w:sz w:val="24"/>
        </w:rPr>
        <w:t>D) square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60. </w:t>
      </w:r>
      <w:r>
        <w:rPr>
          <w:sz w:val="24"/>
        </w:rPr>
        <w:t>"üçgen"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circle</w:t>
      </w:r>
      <w:r>
        <w:tab/>
      </w:r>
      <w:r>
        <w:rPr>
          <w:sz w:val="24"/>
        </w:rPr>
        <w:t>B) square</w:t>
      </w:r>
      <w:r>
        <w:tab/>
      </w:r>
      <w:r>
        <w:rPr>
          <w:sz w:val="24"/>
        </w:rPr>
        <w:t>C) rectangle</w:t>
      </w:r>
      <w:r>
        <w:tab/>
      </w:r>
      <w:r>
        <w:rPr>
          <w:sz w:val="24"/>
        </w:rPr>
        <w:t>D) triangle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61. </w:t>
      </w:r>
      <w:r>
        <w:rPr>
          <w:sz w:val="24"/>
        </w:rPr>
        <w:t>"daire"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square</w:t>
      </w:r>
      <w:r>
        <w:tab/>
      </w:r>
      <w:r>
        <w:rPr>
          <w:sz w:val="24"/>
        </w:rPr>
        <w:t>B) star</w:t>
      </w:r>
      <w:r>
        <w:tab/>
      </w:r>
      <w:r>
        <w:rPr>
          <w:sz w:val="24"/>
        </w:rPr>
        <w:t>C) oval</w:t>
      </w:r>
      <w:r>
        <w:tab/>
      </w:r>
      <w:r>
        <w:rPr>
          <w:sz w:val="24"/>
        </w:rPr>
        <w:t>D) circle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62. </w:t>
      </w:r>
      <w:r>
        <w:rPr>
          <w:sz w:val="24"/>
        </w:rPr>
        <w:t>"dikdörtgen"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circle</w:t>
      </w:r>
      <w:r>
        <w:tab/>
      </w:r>
      <w:r>
        <w:rPr>
          <w:sz w:val="24"/>
        </w:rPr>
        <w:t>B) triangle</w:t>
      </w:r>
      <w:r>
        <w:tab/>
      </w:r>
      <w:r>
        <w:rPr>
          <w:sz w:val="24"/>
        </w:rPr>
        <w:t>C) rectangle</w:t>
      </w:r>
      <w:r>
        <w:tab/>
      </w:r>
      <w:r>
        <w:rPr>
          <w:sz w:val="24"/>
        </w:rPr>
        <w:t>D) star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63. </w:t>
      </w:r>
      <w:r>
        <w:rPr>
          <w:sz w:val="24"/>
        </w:rPr>
        <w:t>The board is a ___ 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Look at the board!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It is big.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Yes! Good!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rectangle</w:t>
      </w:r>
      <w:r>
        <w:tab/>
      </w:r>
      <w:r>
        <w:rPr>
          <w:sz w:val="24"/>
        </w:rPr>
        <w:t>B) triangle</w:t>
      </w:r>
      <w:r>
        <w:tab/>
      </w:r>
      <w:r>
        <w:rPr>
          <w:sz w:val="24"/>
        </w:rPr>
        <w:t>C) star</w:t>
      </w:r>
      <w:r>
        <w:tab/>
      </w:r>
      <w:r>
        <w:rPr>
          <w:sz w:val="24"/>
        </w:rPr>
        <w:t>D) circle</w:t>
      </w:r>
    </w:p>
    <w:p>
      <w:pPr>
        <w:spacing w:after="40"/>
      </w:pP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