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4. Sınıf İngilizce — Ünite 1 My School · Birleşik Lexis Testi (School places · School subjects · Classroom objects · Weekdays · Numbers · Shapes)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63. A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School places (10), School subjects (8), Classroom objects (18), Weekdays, Numbers 11-100, Shapes (6)</w:t>
        <w:br/>
        <w:t>• Seviye: Kolay + Orta + Zor +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