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4. Sınıf İngilizce — Ünite 1 My School · Birleşik Test (School places · School subjects · Classroom objects)</w:t>
      </w:r>
    </w:p>
    <w:p>
      <w:pPr>
        <w:jc w:val="center"/>
      </w:pPr>
      <w:r>
        <w:rPr>
          <w:color w:val="6E6860"/>
          <w:sz w:val="19"/>
        </w:rPr>
        <w:t>Kapsam: School places · School subjects · Classroom objects</w:t>
      </w:r>
    </w:p>
    <w:p>
      <w:pPr>
        <w:jc w:val="center"/>
      </w:pPr>
      <w:r>
        <w:rPr>
          <w:color w:val="6E6860"/>
          <w:sz w:val="19"/>
        </w:rPr>
        <w:t>50 soru · 4 seçenekli · 4. Sınıf · Ünite 1</w:t>
      </w:r>
    </w:p>
    <w:p>
      <w:r>
        <w:rPr>
          <w:sz w:val="20"/>
        </w:rPr>
        <w:t>Ad Soyad: .............................................        Puan: ............</w:t>
      </w:r>
    </w:p>
    <w:p>
      <w:r>
        <w:rPr>
          <w:i/>
          <w:color w:val="6E6860"/>
          <w:sz w:val="20"/>
        </w:rPr>
        <w:t>Aşağıdaki sorularda doğru seçeneği işaretleyin.</w:t>
      </w:r>
    </w:p>
    <w:p/>
    <w:p>
      <w:pPr>
        <w:spacing w:after="60"/>
      </w:pPr>
      <w:r>
        <w:rPr>
          <w:b/>
        </w:rPr>
        <w:t xml:space="preserve">1. </w:t>
      </w:r>
      <w:r>
        <w:t>We read books in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gym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office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toilet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library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2. </w:t>
      </w:r>
      <w:r>
        <w:t>We eat in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office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hall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canteen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gym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3. </w:t>
      </w:r>
      <w:r>
        <w:t>We run and jump in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gym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canteen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library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playground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4. </w:t>
      </w:r>
      <w:r>
        <w:t>We play football in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canteen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school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room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playground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5. </w:t>
      </w:r>
      <w:r>
        <w:t>The teacher is in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office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canteen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toilet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room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6. </w:t>
      </w:r>
      <w:r>
        <w:t>The ___ is big and long.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gym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hall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playground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office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7. </w:t>
      </w:r>
      <w:r>
        <w:t>There are twenty students in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canteen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playground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classroom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gym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8. </w:t>
      </w:r>
      <w:r>
        <w:t>My ___ is big and new.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hall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gym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office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school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9. </w:t>
      </w:r>
      <w:r>
        <w:t>"tuvalet"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canteen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library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playground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toilet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10. </w:t>
      </w:r>
      <w:r>
        <w:t>"oda"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hall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room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classroom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gym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11. </w:t>
      </w:r>
      <w:r>
        <w:t>"kütüphane"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library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playground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room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classroom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12. </w:t>
      </w:r>
      <w:r>
        <w:t>"yemekhane"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school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canteen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toilet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classroom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13. </w:t>
      </w:r>
      <w:r>
        <w:t>We sing songs in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science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maths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14. </w:t>
      </w:r>
      <w:r>
        <w:t>We draw pictures in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maths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science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15. </w:t>
      </w:r>
      <w:r>
        <w:t>We count numbers in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maths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science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16. </w:t>
      </w:r>
      <w:r>
        <w:t>We play a game in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pe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turkish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social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17. </w:t>
      </w:r>
      <w:r>
        <w:t>We read and write in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turkish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english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18. </w:t>
      </w:r>
      <w:r>
        <w:t>We read Turkish in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turkish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english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science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art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19. </w:t>
      </w:r>
      <w:r>
        <w:t>"fen"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english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science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20. </w:t>
      </w:r>
      <w:r>
        <w:t>"sosyal"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pe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english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21. </w:t>
      </w:r>
      <w:r>
        <w:t>"müzik"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maths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turkish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english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22. </w:t>
      </w:r>
      <w:r>
        <w:t>"resim"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art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turkish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science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social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23. </w:t>
      </w:r>
      <w:r>
        <w:t>"matematik"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turkish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maths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music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24. </w:t>
      </w:r>
      <w:r>
        <w:t>"beden eğitimi"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music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turkish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social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25. </w:t>
      </w:r>
      <w:r>
        <w:t>We write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pen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26. </w:t>
      </w:r>
      <w:r>
        <w:t>We draw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pencil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table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27. </w:t>
      </w:r>
      <w:r>
        <w:t>We read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28. </w:t>
      </w:r>
      <w:r>
        <w:t>We put our books in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schoolbag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board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29. </w:t>
      </w:r>
      <w:r>
        <w:t>We draw lines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30. </w:t>
      </w:r>
      <w:r>
        <w:t>We erase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31. </w:t>
      </w:r>
      <w:r>
        <w:t>We sit at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table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32. </w:t>
      </w:r>
      <w:r>
        <w:t>We sit on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door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33. </w:t>
      </w:r>
      <w:r>
        <w:t>We put our books on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board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desk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34. </w:t>
      </w:r>
      <w:r>
        <w:t>The teacher writes on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board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window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35. </w:t>
      </w:r>
      <w:r>
        <w:t>The teacher writes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marker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36. </w:t>
      </w:r>
      <w:r>
        <w:t>We open the ___ and go out.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37. </w:t>
      </w:r>
      <w:r>
        <w:t>We look out of the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door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38. </w:t>
      </w:r>
      <w:r>
        <w:t>We use a ___ in the office.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computer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window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39. </w:t>
      </w:r>
      <w:r>
        <w:t>We cut with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ruler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scissors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crayon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40. </w:t>
      </w:r>
      <w:r>
        <w:t>We colour with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crayon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chair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41. </w:t>
      </w:r>
      <w:r>
        <w:t>We write in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notebook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door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42. </w:t>
      </w:r>
      <w:r>
        <w:t>We put our pens in a ___ 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case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board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43. </w:t>
      </w:r>
      <w:r>
        <w:t>"kalem"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pen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case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schoolbag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scissors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44. </w:t>
      </w:r>
      <w:r>
        <w:t>"kitap"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board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marker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table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45. </w:t>
      </w:r>
      <w:r>
        <w:t>"silgi"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notebook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table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book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46. </w:t>
      </w:r>
      <w:r>
        <w:t>"cetvel"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schoolbag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computer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ruler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47. </w:t>
      </w:r>
      <w:r>
        <w:t>"tahta"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door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scissors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pencil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board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48. </w:t>
      </w:r>
      <w:r>
        <w:t>"pencere"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rubber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notebook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window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desk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49. </w:t>
      </w:r>
      <w:r>
        <w:t>"bilgisayar"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desk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computer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chair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table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b/>
        </w:rPr>
        <w:t xml:space="preserve">50. </w:t>
      </w:r>
      <w:r>
        <w:t>"defter" İngilizce hangisi?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A) table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B) marker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C) computer</w:t>
            </w:r>
          </w:p>
        </w:tc>
        <w:tc>
          <w:tcPr>
            <w:tcW w:type="dxa" w:w="2493"/>
          </w:tcPr>
          <w:p>
            <w:pPr>
              <w:spacing w:after="0"/>
            </w:pPr>
            <w:r>
              <w:rPr>
                <w:sz w:val="20"/>
              </w:rPr>
              <w:t>D) notebook</w:t>
            </w:r>
          </w:p>
        </w:tc>
      </w:tr>
    </w:tbl>
    <w:p>
      <w:pPr>
        <w:spacing w:after="20"/>
      </w:pP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