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4. Sınıf İngilizce — Ünite 1 My School · Birleşik Test (School places · School subjects · Classroom objects · Weekdays · Numbers 11-100 · Shapes)</w:t>
      </w:r>
    </w:p>
    <w:p>
      <w:pPr>
        <w:jc w:val="center"/>
      </w:pPr>
      <w:r>
        <w:rPr>
          <w:color w:val="6E6860"/>
          <w:sz w:val="19"/>
        </w:rPr>
        <w:t>Kapsam: School places · School subjects · Classroom objects · Weekdays · Numbers 11-100 · Shapes</w:t>
      </w:r>
    </w:p>
    <w:p>
      <w:pPr>
        <w:jc w:val="center"/>
      </w:pPr>
      <w:r>
        <w:rPr>
          <w:color w:val="6E6860"/>
          <w:sz w:val="19"/>
        </w:rPr>
        <w:t>70 soru · 4 seçenekli · 4. Sınıf · Ünite 1 · Seviye: Kolay + Orta + Zor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We read books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canteen</w:t>
      </w:r>
      <w:r>
        <w:tab/>
      </w:r>
      <w:r>
        <w:rPr>
          <w:sz w:val="24"/>
        </w:rPr>
        <w:t>B) playground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We eat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hall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canteen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We run and jump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office</w:t>
      </w:r>
      <w:r>
        <w:tab/>
      </w:r>
      <w:r>
        <w:rPr>
          <w:sz w:val="24"/>
        </w:rPr>
        <w:t>C) canteen</w:t>
      </w:r>
      <w:r>
        <w:tab/>
      </w:r>
      <w:r>
        <w:rPr>
          <w:sz w:val="24"/>
        </w:rPr>
        <w:t>D) gym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We play football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playground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office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The teacher is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playground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toilet</w:t>
      </w:r>
      <w:r>
        <w:tab/>
      </w:r>
      <w:r>
        <w:rPr>
          <w:sz w:val="24"/>
        </w:rPr>
        <w:t>D) office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There are twenty students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toilet</w:t>
      </w:r>
      <w:r>
        <w:tab/>
      </w:r>
      <w:r>
        <w:rPr>
          <w:sz w:val="24"/>
        </w:rPr>
        <w:t>B) office</w:t>
      </w:r>
      <w:r>
        <w:tab/>
      </w:r>
      <w:r>
        <w:rPr>
          <w:sz w:val="24"/>
        </w:rPr>
        <w:t>C) classroom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This is my ___ . It is big and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classroom</w:t>
      </w:r>
      <w:r>
        <w:tab/>
      </w:r>
      <w:r>
        <w:rPr>
          <w:sz w:val="24"/>
        </w:rPr>
        <w:t>B) office</w:t>
      </w:r>
      <w:r>
        <w:tab/>
      </w:r>
      <w:r>
        <w:rPr>
          <w:sz w:val="24"/>
        </w:rPr>
        <w:t>C) school</w:t>
      </w:r>
      <w:r>
        <w:tab/>
      </w:r>
      <w:r>
        <w:rPr>
          <w:sz w:val="24"/>
        </w:rPr>
        <w:t>D) hall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We clean our hands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toilet</w:t>
      </w:r>
      <w:r>
        <w:tab/>
      </w:r>
      <w:r>
        <w:rPr>
          <w:sz w:val="24"/>
        </w:rPr>
        <w:t>B) library</w:t>
      </w:r>
      <w:r>
        <w:tab/>
      </w:r>
      <w:r>
        <w:rPr>
          <w:sz w:val="24"/>
        </w:rPr>
        <w:t>C) canteen</w:t>
      </w:r>
      <w:r>
        <w:tab/>
      </w:r>
      <w:r>
        <w:rPr>
          <w:sz w:val="24"/>
        </w:rPr>
        <w:t>D) office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"kütüphane"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canteen</w:t>
      </w:r>
      <w:r>
        <w:tab/>
      </w:r>
      <w:r>
        <w:rPr>
          <w:sz w:val="24"/>
        </w:rPr>
        <w:t>B) classroom</w:t>
      </w:r>
      <w:r>
        <w:tab/>
      </w:r>
      <w:r>
        <w:rPr>
          <w:sz w:val="24"/>
        </w:rPr>
        <w:t>C) office</w:t>
      </w:r>
      <w:r>
        <w:tab/>
      </w:r>
      <w:r>
        <w:rPr>
          <w:sz w:val="24"/>
        </w:rPr>
        <w:t>D) library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"yemekhane"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toilet</w:t>
      </w:r>
      <w:r>
        <w:tab/>
      </w:r>
      <w:r>
        <w:rPr>
          <w:sz w:val="24"/>
        </w:rPr>
        <w:t>C) hall</w:t>
      </w:r>
      <w:r>
        <w:tab/>
      </w:r>
      <w:r>
        <w:rPr>
          <w:sz w:val="24"/>
        </w:rPr>
        <w:t>D) canteen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We sing songs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art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pe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We draw pictures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art</w:t>
      </w:r>
      <w:r>
        <w:tab/>
      </w:r>
      <w:r>
        <w:rPr>
          <w:sz w:val="24"/>
        </w:rPr>
        <w:t>C) english</w:t>
      </w:r>
      <w:r>
        <w:tab/>
      </w:r>
      <w:r>
        <w:rPr>
          <w:sz w:val="24"/>
        </w:rPr>
        <w:t>D) science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We count numbers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turkish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pe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We read and write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art</w:t>
      </w:r>
      <w:r>
        <w:tab/>
      </w:r>
      <w:r>
        <w:rPr>
          <w:sz w:val="24"/>
        </w:rPr>
        <w:t>B) maths</w:t>
      </w:r>
      <w:r>
        <w:tab/>
      </w:r>
      <w:r>
        <w:rPr>
          <w:sz w:val="24"/>
        </w:rPr>
        <w:t>C) english</w:t>
      </w:r>
      <w:r>
        <w:tab/>
      </w:r>
      <w:r>
        <w:rPr>
          <w:sz w:val="24"/>
        </w:rPr>
        <w:t>D) social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We play a game in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</w:t>
      </w:r>
      <w:r>
        <w:tab/>
      </w:r>
      <w:r>
        <w:rPr>
          <w:sz w:val="24"/>
        </w:rPr>
        <w:t>B) music</w:t>
      </w:r>
      <w:r>
        <w:tab/>
      </w:r>
      <w:r>
        <w:rPr>
          <w:sz w:val="24"/>
        </w:rPr>
        <w:t>C) science</w:t>
      </w:r>
      <w:r>
        <w:tab/>
      </w:r>
      <w:r>
        <w:rPr>
          <w:sz w:val="24"/>
        </w:rPr>
        <w:t>D) turkish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"fen"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social</w:t>
      </w:r>
      <w:r>
        <w:tab/>
      </w:r>
      <w:r>
        <w:rPr>
          <w:sz w:val="24"/>
        </w:rPr>
        <w:t>B) maths</w:t>
      </w:r>
      <w:r>
        <w:tab/>
      </w:r>
      <w:r>
        <w:rPr>
          <w:sz w:val="24"/>
        </w:rPr>
        <w:t>C) art</w:t>
      </w:r>
      <w:r>
        <w:tab/>
      </w:r>
      <w:r>
        <w:rPr>
          <w:sz w:val="24"/>
        </w:rPr>
        <w:t>D) science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"resim"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art</w:t>
      </w:r>
      <w:r>
        <w:tab/>
      </w:r>
      <w:r>
        <w:rPr>
          <w:sz w:val="24"/>
        </w:rPr>
        <w:t>C) english</w:t>
      </w:r>
      <w:r>
        <w:tab/>
      </w:r>
      <w:r>
        <w:rPr>
          <w:sz w:val="24"/>
        </w:rPr>
        <w:t>D) pe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"matematik"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english</w:t>
      </w:r>
      <w:r>
        <w:tab/>
      </w:r>
      <w:r>
        <w:rPr>
          <w:sz w:val="24"/>
        </w:rPr>
        <w:t>B) science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turkish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We write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books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We draw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tables</w:t>
      </w:r>
      <w:r>
        <w:tab/>
      </w:r>
      <w:r>
        <w:rPr>
          <w:sz w:val="24"/>
        </w:rPr>
        <w:t>B) window</w:t>
      </w:r>
      <w:r>
        <w:tab/>
      </w:r>
      <w:r>
        <w:rPr>
          <w:sz w:val="24"/>
        </w:rPr>
        <w:t>C) pencil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We read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pencils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We put our books in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computers</w:t>
      </w:r>
      <w:r>
        <w:tab/>
      </w:r>
      <w:r>
        <w:rPr>
          <w:sz w:val="24"/>
        </w:rPr>
        <w:t>D) schoolbag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We draw a line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</w:t>
      </w:r>
      <w:r>
        <w:tab/>
      </w:r>
      <w:r>
        <w:rPr>
          <w:sz w:val="24"/>
        </w:rPr>
        <w:t>B) rubbers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We erase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rulers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rubber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We sit on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books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We put our books on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windows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desk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The teacher writes on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chairs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The teacher writes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boards</w:t>
      </w:r>
      <w:r>
        <w:tab/>
      </w:r>
      <w:r>
        <w:rPr>
          <w:sz w:val="24"/>
        </w:rPr>
        <w:t>B) marker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We open the ___ and go out.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windows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We look out of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doors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desk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We use a ___ in the office.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chairs</w:t>
      </w:r>
      <w:r>
        <w:tab/>
      </w:r>
      <w:r>
        <w:rPr>
          <w:sz w:val="24"/>
        </w:rPr>
        <w:t>B) computer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We cut with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rulers</w:t>
      </w:r>
      <w:r>
        <w:tab/>
      </w:r>
      <w:r>
        <w:rPr>
          <w:sz w:val="24"/>
        </w:rPr>
        <w:t>B) rubber</w:t>
      </w:r>
      <w:r>
        <w:tab/>
      </w:r>
      <w:r>
        <w:rPr>
          <w:sz w:val="24"/>
        </w:rPr>
        <w:t>C) scissors</w:t>
      </w:r>
      <w:r>
        <w:tab/>
      </w:r>
      <w:r>
        <w:rPr>
          <w:sz w:val="24"/>
        </w:rPr>
        <w:t>D) crayon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We colour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scissors</w:t>
      </w:r>
      <w:r>
        <w:tab/>
      </w:r>
      <w:r>
        <w:rPr>
          <w:sz w:val="24"/>
        </w:rPr>
        <w:t>B) marker</w:t>
      </w:r>
      <w:r>
        <w:tab/>
      </w:r>
      <w:r>
        <w:rPr>
          <w:sz w:val="24"/>
        </w:rPr>
        <w:t>C) crayon</w:t>
      </w:r>
      <w:r>
        <w:tab/>
      </w:r>
      <w:r>
        <w:rPr>
          <w:sz w:val="24"/>
        </w:rPr>
        <w:t>D) rubber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We write in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notebook</w:t>
      </w:r>
      <w:r>
        <w:tab/>
      </w:r>
      <w:r>
        <w:rPr>
          <w:sz w:val="24"/>
        </w:rPr>
        <w:t>B) cases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We put our pens in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notebooks</w:t>
      </w:r>
      <w:r>
        <w:tab/>
      </w:r>
      <w:r>
        <w:rPr>
          <w:sz w:val="24"/>
        </w:rPr>
        <w:t>B) case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"silgi"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rulers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marker</w:t>
      </w:r>
      <w:r>
        <w:tab/>
      </w:r>
      <w:r>
        <w:rPr>
          <w:sz w:val="24"/>
        </w:rPr>
        <w:t>D) rubber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We have many books. We put them in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chairs</w:t>
      </w:r>
      <w:r>
        <w:tab/>
      </w:r>
      <w:r>
        <w:rPr>
          <w:sz w:val="24"/>
        </w:rPr>
        <w:t>B) schoolbag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The first day of the week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sunday</w:t>
      </w:r>
      <w:r>
        <w:tab/>
      </w:r>
      <w:r>
        <w:rPr>
          <w:sz w:val="24"/>
        </w:rPr>
        <w:t>B) friday</w:t>
      </w:r>
      <w:r>
        <w:tab/>
      </w:r>
      <w:r>
        <w:rPr>
          <w:sz w:val="24"/>
        </w:rPr>
        <w:t>C) tuesday</w:t>
      </w:r>
      <w:r>
        <w:tab/>
      </w:r>
      <w:r>
        <w:rPr>
          <w:sz w:val="24"/>
        </w:rPr>
        <w:t>D) monday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The day after Monday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monday</w:t>
      </w:r>
      <w:r>
        <w:tab/>
      </w:r>
      <w:r>
        <w:rPr>
          <w:sz w:val="24"/>
        </w:rPr>
        <w:t>B) tuesday</w:t>
      </w:r>
      <w:r>
        <w:tab/>
      </w:r>
      <w:r>
        <w:rPr>
          <w:sz w:val="24"/>
        </w:rPr>
        <w:t>C) wednesday</w:t>
      </w:r>
      <w:r>
        <w:tab/>
      </w:r>
      <w:r>
        <w:rPr>
          <w:sz w:val="24"/>
        </w:rPr>
        <w:t>D) sunday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The day after Tuesday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tuesday</w:t>
      </w:r>
      <w:r>
        <w:tab/>
      </w:r>
      <w:r>
        <w:rPr>
          <w:sz w:val="24"/>
        </w:rPr>
        <w:t>B) thursday</w:t>
      </w:r>
      <w:r>
        <w:tab/>
      </w:r>
      <w:r>
        <w:rPr>
          <w:sz w:val="24"/>
        </w:rPr>
        <w:t>C) monday</w:t>
      </w:r>
      <w:r>
        <w:tab/>
      </w:r>
      <w:r>
        <w:rPr>
          <w:sz w:val="24"/>
        </w:rPr>
        <w:t>D) wednesday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The day before Friday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friday</w:t>
      </w:r>
      <w:r>
        <w:tab/>
      </w:r>
      <w:r>
        <w:rPr>
          <w:sz w:val="24"/>
        </w:rPr>
        <w:t>B) wednesday</w:t>
      </w:r>
      <w:r>
        <w:tab/>
      </w:r>
      <w:r>
        <w:rPr>
          <w:sz w:val="24"/>
        </w:rPr>
        <w:t>C) monday</w:t>
      </w:r>
      <w:r>
        <w:tab/>
      </w:r>
      <w:r>
        <w:rPr>
          <w:sz w:val="24"/>
        </w:rPr>
        <w:t>D) thursday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The last school 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monday</w:t>
      </w:r>
      <w:r>
        <w:tab/>
      </w:r>
      <w:r>
        <w:rPr>
          <w:sz w:val="24"/>
        </w:rPr>
        <w:t>B) saturday</w:t>
      </w:r>
      <w:r>
        <w:tab/>
      </w:r>
      <w:r>
        <w:rPr>
          <w:sz w:val="24"/>
        </w:rPr>
        <w:t>C) sunday</w:t>
      </w:r>
      <w:r>
        <w:tab/>
      </w:r>
      <w:r>
        <w:rPr>
          <w:sz w:val="24"/>
        </w:rPr>
        <w:t>D) friday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The day after Friday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friday</w:t>
      </w:r>
      <w:r>
        <w:tab/>
      </w:r>
      <w:r>
        <w:rPr>
          <w:sz w:val="24"/>
        </w:rPr>
        <w:t>B) saturday</w:t>
      </w:r>
      <w:r>
        <w:tab/>
      </w:r>
      <w:r>
        <w:rPr>
          <w:sz w:val="24"/>
        </w:rPr>
        <w:t>C) sunday</w:t>
      </w:r>
      <w:r>
        <w:tab/>
      </w:r>
      <w:r>
        <w:rPr>
          <w:sz w:val="24"/>
        </w:rPr>
        <w:t>D) monday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The day after Saturday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sunday</w:t>
      </w:r>
      <w:r>
        <w:tab/>
      </w:r>
      <w:r>
        <w:rPr>
          <w:sz w:val="24"/>
        </w:rPr>
        <w:t>B) saturday</w:t>
      </w:r>
      <w:r>
        <w:tab/>
      </w:r>
      <w:r>
        <w:rPr>
          <w:sz w:val="24"/>
        </w:rPr>
        <w:t>C) monday</w:t>
      </w:r>
      <w:r>
        <w:tab/>
      </w:r>
      <w:r>
        <w:rPr>
          <w:sz w:val="24"/>
        </w:rPr>
        <w:t>D) friday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"hafta"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week</w:t>
      </w:r>
      <w:r>
        <w:tab/>
      </w:r>
      <w:r>
        <w:rPr>
          <w:sz w:val="24"/>
        </w:rPr>
        <w:t>B) day</w:t>
      </w:r>
      <w:r>
        <w:tab/>
      </w:r>
      <w:r>
        <w:rPr>
          <w:sz w:val="24"/>
        </w:rPr>
        <w:t>C) monday</w:t>
      </w:r>
      <w:r>
        <w:tab/>
      </w:r>
      <w:r>
        <w:rPr>
          <w:sz w:val="24"/>
        </w:rPr>
        <w:t>D) friday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The first day of the week is Monday. The last day of the week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monday</w:t>
      </w:r>
      <w:r>
        <w:tab/>
      </w:r>
      <w:r>
        <w:rPr>
          <w:sz w:val="24"/>
        </w:rPr>
        <w:t>B) sunday</w:t>
      </w:r>
      <w:r>
        <w:tab/>
      </w:r>
      <w:r>
        <w:rPr>
          <w:sz w:val="24"/>
        </w:rPr>
        <w:t>C) tuesday</w:t>
      </w:r>
      <w:r>
        <w:tab/>
      </w:r>
      <w:r>
        <w:rPr>
          <w:sz w:val="24"/>
        </w:rPr>
        <w:t>D) friday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After Friday we have Saturday. Before Friday we have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saturday</w:t>
      </w:r>
      <w:r>
        <w:tab/>
      </w:r>
      <w:r>
        <w:rPr>
          <w:sz w:val="24"/>
        </w:rPr>
        <w:t>B) friday</w:t>
      </w:r>
      <w:r>
        <w:tab/>
      </w:r>
      <w:r>
        <w:rPr>
          <w:sz w:val="24"/>
        </w:rPr>
        <w:t>C) sunday</w:t>
      </w:r>
      <w:r>
        <w:tab/>
      </w:r>
      <w:r>
        <w:rPr>
          <w:sz w:val="24"/>
        </w:rPr>
        <w:t>D) thursday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Ten plus one equals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eleven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Ten plus two equals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eleven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two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We write 20 as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eleven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The number after nineteen is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eleven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ninety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"otuz"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thirty</w:t>
      </w:r>
      <w:r>
        <w:tab/>
      </w:r>
      <w:r>
        <w:rPr>
          <w:sz w:val="24"/>
        </w:rPr>
        <w:t>B) thirteen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three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We write 30 as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thirteen</w:t>
      </w:r>
      <w:r>
        <w:tab/>
      </w:r>
      <w:r>
        <w:rPr>
          <w:sz w:val="24"/>
        </w:rPr>
        <w:t>B) thirty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three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Fifty plus fifty equals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hundred</w:t>
      </w:r>
      <w:r>
        <w:tab/>
      </w:r>
      <w:r>
        <w:rPr>
          <w:sz w:val="24"/>
        </w:rPr>
        <w:t>B) twenty</w:t>
      </w:r>
      <w:r>
        <w:tab/>
      </w:r>
      <w:r>
        <w:rPr>
          <w:sz w:val="24"/>
        </w:rPr>
        <w:t>C) ninety</w:t>
      </w:r>
      <w:r>
        <w:tab/>
      </w:r>
      <w:r>
        <w:rPr>
          <w:sz w:val="24"/>
        </w:rPr>
        <w:t>D) five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Ten plus one equals eleven. Ten plus two equals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eleven</w:t>
      </w:r>
      <w:r>
        <w:tab/>
      </w:r>
      <w:r>
        <w:rPr>
          <w:sz w:val="24"/>
        </w:rPr>
        <w:t>B) twenty</w:t>
      </w:r>
      <w:r>
        <w:tab/>
      </w:r>
      <w:r>
        <w:rPr>
          <w:sz w:val="24"/>
        </w:rPr>
        <w:t>C) ten</w:t>
      </w:r>
      <w:r>
        <w:tab/>
      </w:r>
      <w:r>
        <w:rPr>
          <w:sz w:val="24"/>
        </w:rPr>
        <w:t>D) twelve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Ali ile Sara kitap sayıyor.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How many books are there?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There are ___ books.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We have many books!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thirty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tuesday</w:t>
      </w:r>
      <w:r>
        <w:tab/>
      </w:r>
      <w:r>
        <w:rPr>
          <w:sz w:val="24"/>
        </w:rPr>
        <w:t>D) twenty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Ten plus ten equals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two</w:t>
      </w:r>
      <w:r>
        <w:tab/>
      </w:r>
      <w:r>
        <w:rPr>
          <w:sz w:val="24"/>
        </w:rPr>
        <w:t>C) eleven</w:t>
      </w:r>
      <w:r>
        <w:tab/>
      </w:r>
      <w:r>
        <w:rPr>
          <w:sz w:val="24"/>
        </w:rPr>
        <w:t>D) twelve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A ball is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square</w:t>
      </w:r>
      <w:r>
        <w:tab/>
      </w:r>
      <w:r>
        <w:rPr>
          <w:sz w:val="24"/>
        </w:rPr>
        <w:t>C) triangle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A box is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square</w:t>
      </w:r>
      <w:r>
        <w:tab/>
      </w:r>
      <w:r>
        <w:rPr>
          <w:sz w:val="24"/>
        </w:rPr>
        <w:t>B) circle</w:t>
      </w:r>
      <w:r>
        <w:tab/>
      </w:r>
      <w:r>
        <w:rPr>
          <w:sz w:val="24"/>
        </w:rPr>
        <w:t>C) oval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60. </w:t>
      </w:r>
      <w:r>
        <w:rPr>
          <w:sz w:val="24"/>
        </w:rPr>
        <w:t>A door is a long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triangle</w:t>
      </w:r>
      <w:r>
        <w:tab/>
      </w:r>
      <w:r>
        <w:rPr>
          <w:sz w:val="24"/>
        </w:rPr>
        <w:t>C) rectangle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61. </w:t>
      </w:r>
      <w:r>
        <w:rPr>
          <w:sz w:val="24"/>
        </w:rPr>
        <w:t>"üçgen"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triangle</w:t>
      </w:r>
      <w:r>
        <w:tab/>
      </w:r>
      <w:r>
        <w:rPr>
          <w:sz w:val="24"/>
        </w:rPr>
        <w:t>B) rectangle</w:t>
      </w:r>
      <w:r>
        <w:tab/>
      </w:r>
      <w:r>
        <w:rPr>
          <w:sz w:val="24"/>
        </w:rPr>
        <w:t>C) square</w:t>
      </w:r>
      <w:r>
        <w:tab/>
      </w:r>
      <w:r>
        <w:rPr>
          <w:sz w:val="24"/>
        </w:rPr>
        <w:t>D) oval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62. </w:t>
      </w:r>
      <w:r>
        <w:rPr>
          <w:sz w:val="24"/>
        </w:rPr>
        <w:t>"oval"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square</w:t>
      </w:r>
      <w:r>
        <w:tab/>
      </w:r>
      <w:r>
        <w:rPr>
          <w:sz w:val="24"/>
        </w:rPr>
        <w:t>C) rectangle</w:t>
      </w:r>
      <w:r>
        <w:tab/>
      </w:r>
      <w:r>
        <w:rPr>
          <w:sz w:val="24"/>
        </w:rPr>
        <w:t>D) oval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63. </w:t>
      </w:r>
      <w:r>
        <w:rPr>
          <w:sz w:val="24"/>
        </w:rPr>
        <w:t>"yıldız"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triangle</w:t>
      </w:r>
      <w:r>
        <w:tab/>
      </w:r>
      <w:r>
        <w:rPr>
          <w:sz w:val="24"/>
        </w:rPr>
        <w:t>C) star</w:t>
      </w:r>
      <w:r>
        <w:tab/>
      </w:r>
      <w:r>
        <w:rPr>
          <w:sz w:val="24"/>
        </w:rPr>
        <w:t>D) square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64. </w:t>
      </w:r>
      <w:r>
        <w:rPr>
          <w:sz w:val="24"/>
        </w:rPr>
        <w:t>We read books in the ___ and play football in the ___ 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canteen / classroom</w:t>
      </w:r>
      <w:r>
        <w:tab/>
      </w:r>
      <w:r>
        <w:rPr>
          <w:sz w:val="24"/>
        </w:rPr>
        <w:t>B) library / playground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office / hall</w:t>
      </w:r>
      <w:r>
        <w:tab/>
      </w:r>
      <w:r>
        <w:rPr>
          <w:sz w:val="24"/>
        </w:rPr>
        <w:t>D) toilet / room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65. </w:t>
      </w:r>
      <w:r>
        <w:rPr>
          <w:sz w:val="24"/>
        </w:rPr>
        <w:t>We write with a ___ and we draw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 / rubber</w:t>
      </w:r>
      <w:r>
        <w:tab/>
      </w:r>
      <w:r>
        <w:rPr>
          <w:sz w:val="24"/>
        </w:rPr>
        <w:t>B) pen / pencil</w:t>
      </w:r>
      <w:r>
        <w:tab/>
      </w:r>
      <w:r>
        <w:rPr>
          <w:sz w:val="24"/>
        </w:rPr>
        <w:t>C) book / chair</w:t>
      </w:r>
      <w:r>
        <w:tab/>
      </w:r>
      <w:r>
        <w:rPr>
          <w:sz w:val="24"/>
        </w:rPr>
        <w:t>D) table / desk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66. </w:t>
      </w:r>
      <w:r>
        <w:rPr>
          <w:sz w:val="24"/>
        </w:rPr>
        <w:t>The day after Monday is ___ and the day before Friday is ___ 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Tuesday / Thursday</w:t>
      </w:r>
      <w:r>
        <w:tab/>
      </w:r>
      <w:r>
        <w:rPr>
          <w:sz w:val="24"/>
        </w:rPr>
        <w:t>B) Monday / Friday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Wednesday / Tuesday</w:t>
      </w:r>
      <w:r>
        <w:tab/>
      </w:r>
      <w:r>
        <w:rPr>
          <w:sz w:val="24"/>
        </w:rPr>
        <w:t>D) Saturday / Sunday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67. </w:t>
      </w:r>
      <w:r>
        <w:rPr>
          <w:sz w:val="24"/>
        </w:rPr>
        <w:t>Ten plus one is ___ and ten plus two is ___ 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twelve / eleven</w:t>
      </w:r>
      <w:r>
        <w:tab/>
      </w:r>
      <w:r>
        <w:rPr>
          <w:sz w:val="24"/>
        </w:rPr>
        <w:t>B) twenty / thirty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eleven / twelve</w:t>
      </w:r>
      <w:r>
        <w:tab/>
      </w:r>
      <w:r>
        <w:rPr>
          <w:sz w:val="24"/>
        </w:rPr>
        <w:t>D) ten / twenty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68. </w:t>
      </w:r>
      <w:r>
        <w:rPr>
          <w:sz w:val="24"/>
        </w:rPr>
        <w:t>A ball is a ___ and a box is a ___ 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square / circle</w:t>
      </w:r>
      <w:r>
        <w:tab/>
      </w:r>
      <w:r>
        <w:rPr>
          <w:sz w:val="24"/>
        </w:rPr>
        <w:t>B) star / oval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circle / square</w:t>
      </w:r>
      <w:r>
        <w:tab/>
      </w:r>
      <w:r>
        <w:rPr>
          <w:sz w:val="24"/>
        </w:rPr>
        <w:t>D) triangle / rectangle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69. </w:t>
      </w:r>
      <w:r>
        <w:rPr>
          <w:sz w:val="24"/>
        </w:rPr>
        <w:t>Öğretmen nerede? Diyaloğu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Where is the teacher?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She is in the ___ 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Good! We can go.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office</w:t>
      </w:r>
      <w:r>
        <w:tab/>
      </w:r>
      <w:r>
        <w:rPr>
          <w:sz w:val="24"/>
        </w:rPr>
        <w:t>D) playground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70. </w:t>
      </w:r>
      <w:r>
        <w:rPr>
          <w:sz w:val="24"/>
        </w:rPr>
        <w:t>Ali ile annesi konuşuyor.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Where is your notebook?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It is on the ___ 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Good. Put it in your schoolbag.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</w:t>
      </w:r>
      <w:r>
        <w:tab/>
      </w:r>
      <w:r>
        <w:rPr>
          <w:sz w:val="24"/>
        </w:rPr>
        <w:t>B) desk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door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