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Cevap Anahtarı — 4. Sınıf İngilizce — Ünite 1 My School · Birleşik Test (School places · School subjects · Classroom objects · Weekdays · Numbers 11-100 · Shapes)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  <w:sz w:val="22"/>
              </w:rPr>
              <w:t>1.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8.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9.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10.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11.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14.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16.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17.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18.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20.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21.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22.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24.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25.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26.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27.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28.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29.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30.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31.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34.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35.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36.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37.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38.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39.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40.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41.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42.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43.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44.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46.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47.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48.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50.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51.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52.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53.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54.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55.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56.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57.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58.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60.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61.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62.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65.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66.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68.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69.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70. B</w:t>
            </w:r>
          </w:p>
        </w:tc>
      </w:tr>
    </w:tbl>
    <w:p/>
    <w:p>
      <w:r>
        <w:rPr>
          <w:b/>
          <w:sz w:val="19"/>
        </w:rPr>
        <w:t>Kapsam Notu</w:t>
      </w:r>
    </w:p>
    <w:p>
      <w:r>
        <w:rPr>
          <w:sz w:val="18"/>
        </w:rPr>
        <w:t>• Konular: School places, School subjects, Classroom objects, Weekdays, Numbers 11-100, Shapes</w:t>
        <w:br/>
        <w:t>• Seviye: Kolay + Orta + Zor + Çok Zor</w:t>
        <w:br/>
        <w:t>• Kaynak: KKTC MEB Temel Eğitim İngilizce Öğretim Programı</w:t>
        <w:br/>
        <w:t>• Üretim: i.niyazi.cv müfredat paneli (birleşik test)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