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4. Sınıf Ünite 1 · İzin · Çoğul İsimler · There is/are · Kısaltmalar</w:t>
      </w:r>
    </w:p>
    <w:p>
      <w:pPr>
        <w:jc w:val="center"/>
      </w:pPr>
      <w:r>
        <w:rPr>
          <w:color w:val="6E6860"/>
          <w:sz w:val="19"/>
        </w:rPr>
        <w:t>Kapsam: Asking for permission (can, may) · Singular – Plural Nouns · There is – There are · Contractions</w:t>
      </w:r>
    </w:p>
    <w:p>
      <w:pPr>
        <w:jc w:val="center"/>
      </w:pPr>
      <w:r>
        <w:rPr>
          <w:color w:val="6E6860"/>
          <w:sz w:val="19"/>
        </w:rPr>
        <w:t>50 soru · 4 seçenekli · 4. Sınıf · Ünite 1 · Seviye: Kolay + Orta + Zor +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___ I borrow your rubber,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Excuse me, ___ I ask you a question?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Do</w:t>
      </w:r>
      <w:r>
        <w:tab/>
      </w:r>
      <w:r>
        <w:rPr>
          <w:sz w:val="24"/>
        </w:rPr>
        <w:t>D) May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___ we watch a film tonight, Mum?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</w:t>
      </w:r>
      <w:r>
        <w:tab/>
      </w:r>
      <w:r>
        <w:rPr>
          <w:sz w:val="24"/>
        </w:rPr>
        <w:t>B) Does</w:t>
      </w:r>
      <w:r>
        <w:tab/>
      </w:r>
      <w:r>
        <w:rPr>
          <w:sz w:val="24"/>
        </w:rPr>
        <w:t>C) May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Can I ___ your dictionary,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uses</w:t>
      </w:r>
      <w:r>
        <w:tab/>
      </w:r>
      <w:r>
        <w:rPr>
          <w:sz w:val="24"/>
        </w:rPr>
        <w:t>B) use</w:t>
      </w:r>
      <w:r>
        <w:tab/>
      </w:r>
      <w:r>
        <w:rPr>
          <w:sz w:val="24"/>
        </w:rPr>
        <w:t>C) to use</w:t>
      </w:r>
      <w:r>
        <w:tab/>
      </w:r>
      <w:r>
        <w:rPr>
          <w:sz w:val="24"/>
        </w:rPr>
        <w:t>D) using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May I ___ next to you,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sit</w:t>
      </w:r>
      <w:r>
        <w:tab/>
      </w:r>
      <w:r>
        <w:rPr>
          <w:sz w:val="24"/>
        </w:rPr>
        <w:t>B) to sit</w:t>
      </w:r>
      <w:r>
        <w:tab/>
      </w:r>
      <w:r>
        <w:rPr>
          <w:sz w:val="24"/>
        </w:rPr>
        <w:t>C) sitting</w:t>
      </w:r>
      <w:r>
        <w:tab/>
      </w:r>
      <w:r>
        <w:rPr>
          <w:sz w:val="24"/>
        </w:rPr>
        <w:t>D) sits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___ I go to the toilet,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Can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___ I take your umbrella, please? It is raining.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May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___ he play with us,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Can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Does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___ we come to your party,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May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Do</w:t>
      </w:r>
      <w:r>
        <w:tab/>
      </w:r>
      <w:r>
        <w:rPr>
          <w:sz w:val="24"/>
        </w:rPr>
        <w:t>D) Does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Can I ___ the window, please? It is hot.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open</w:t>
      </w:r>
      <w:r>
        <w:tab/>
      </w:r>
      <w:r>
        <w:rPr>
          <w:sz w:val="24"/>
        </w:rPr>
        <w:t>B) opening</w:t>
      </w:r>
      <w:r>
        <w:tab/>
      </w:r>
      <w:r>
        <w:rPr>
          <w:sz w:val="24"/>
        </w:rPr>
        <w:t>C) opens</w:t>
      </w:r>
      <w:r>
        <w:tab/>
      </w:r>
      <w:r>
        <w:rPr>
          <w:sz w:val="24"/>
        </w:rPr>
        <w:t>D) open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___ I help you, Miss?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Can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Diyalogdaki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___ I borrow your ruler, please?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Yes, you can. This is my ruler.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</w:t>
      </w:r>
      <w:r>
        <w:tab/>
      </w:r>
      <w:r>
        <w:rPr>
          <w:sz w:val="24"/>
        </w:rPr>
        <w:t>B) Can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Diyalogdaki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Mum, ___ I go out and play now?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Yes, you may go and play.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May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___ I open the door for you,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Can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My sister is ten years old. ___ ten years old.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They're</w:t>
      </w:r>
      <w:r>
        <w:tab/>
      </w:r>
      <w:r>
        <w:rPr>
          <w:sz w:val="24"/>
        </w:rPr>
        <w:t>B) It's</w:t>
      </w:r>
      <w:r>
        <w:tab/>
      </w:r>
      <w:r>
        <w:rPr>
          <w:sz w:val="24"/>
        </w:rPr>
        <w:t>C) She's</w:t>
      </w:r>
      <w:r>
        <w:tab/>
      </w:r>
      <w:r>
        <w:rPr>
          <w:sz w:val="24"/>
        </w:rPr>
        <w:t>D) He's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It is very cold today. ___ very cold today.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It's</w:t>
      </w:r>
      <w:r>
        <w:tab/>
      </w:r>
      <w:r>
        <w:rPr>
          <w:sz w:val="24"/>
        </w:rPr>
        <w:t>C) Its</w:t>
      </w:r>
      <w:r>
        <w:tab/>
      </w:r>
      <w:r>
        <w:rPr>
          <w:sz w:val="24"/>
        </w:rPr>
        <w:t>D) It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Sara and I are in the same class. ___ in the same class.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We're</w:t>
      </w:r>
      <w:r>
        <w:tab/>
      </w:r>
      <w:r>
        <w:rPr>
          <w:sz w:val="24"/>
        </w:rPr>
        <w:t>B) They're</w:t>
      </w:r>
      <w:r>
        <w:tab/>
      </w:r>
      <w:r>
        <w:rPr>
          <w:sz w:val="24"/>
        </w:rPr>
        <w:t>C) You're</w:t>
      </w:r>
      <w:r>
        <w:tab/>
      </w:r>
      <w:r>
        <w:rPr>
          <w:sz w:val="24"/>
        </w:rPr>
        <w:t>D) He's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My mother is a teacher. ___ a teacher.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He's</w:t>
      </w:r>
      <w:r>
        <w:tab/>
      </w:r>
      <w:r>
        <w:rPr>
          <w:sz w:val="24"/>
        </w:rPr>
        <w:t>B) It's</w:t>
      </w:r>
      <w:r>
        <w:tab/>
      </w:r>
      <w:r>
        <w:rPr>
          <w:sz w:val="24"/>
        </w:rPr>
        <w:t>C) They're</w:t>
      </w:r>
      <w:r>
        <w:tab/>
      </w:r>
      <w:r>
        <w:rPr>
          <w:sz w:val="24"/>
        </w:rPr>
        <w:t>D) She's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The books are on the desk. ___ on the desk.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There</w:t>
      </w:r>
      <w:r>
        <w:tab/>
      </w:r>
      <w:r>
        <w:rPr>
          <w:sz w:val="24"/>
        </w:rPr>
        <w:t>B) Their</w:t>
      </w:r>
      <w:r>
        <w:tab/>
      </w:r>
      <w:r>
        <w:rPr>
          <w:sz w:val="24"/>
        </w:rPr>
        <w:t>C) They're</w:t>
      </w:r>
      <w:r>
        <w:tab/>
      </w:r>
      <w:r>
        <w:rPr>
          <w:sz w:val="24"/>
        </w:rPr>
        <w:t>D) They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My friends are not at home today. ___ at home today.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They're</w:t>
      </w:r>
      <w:r>
        <w:tab/>
      </w:r>
      <w:r>
        <w:rPr>
          <w:sz w:val="24"/>
        </w:rPr>
        <w:t>B) They aren't</w:t>
      </w:r>
      <w:r>
        <w:tab/>
      </w:r>
      <w:r>
        <w:rPr>
          <w:sz w:val="24"/>
        </w:rPr>
        <w:t>C) They isn't</w:t>
      </w:r>
      <w:r>
        <w:tab/>
      </w:r>
      <w:r>
        <w:rPr>
          <w:sz w:val="24"/>
        </w:rPr>
        <w:t>D) They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I am not tired today. I ___ tired today.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 not</w:t>
      </w:r>
      <w:r>
        <w:tab/>
      </w:r>
      <w:r>
        <w:rPr>
          <w:sz w:val="24"/>
        </w:rPr>
        <w:t>B) amn't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He is not my brother. He is my cousin. He ___ my brother.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amn't</w:t>
      </w:r>
      <w:r>
        <w:tab/>
      </w:r>
      <w:r>
        <w:rPr>
          <w:sz w:val="24"/>
        </w:rPr>
        <w:t>C) doesn't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Mum and Dad are at work. ___ at 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There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They're</w:t>
      </w:r>
      <w:r>
        <w:tab/>
      </w:r>
      <w:r>
        <w:rPr>
          <w:sz w:val="24"/>
        </w:rPr>
        <w:t>D) Their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It is not my bag. It is Sara's bag. It ___ my 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amn't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What is the time now? ___ the time now?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What's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I have two ___ in my schoolbag.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boxs</w:t>
      </w:r>
      <w:r>
        <w:tab/>
      </w:r>
      <w:r>
        <w:rPr>
          <w:sz w:val="24"/>
        </w:rPr>
        <w:t>B) box</w:t>
      </w:r>
      <w:r>
        <w:tab/>
      </w:r>
      <w:r>
        <w:rPr>
          <w:sz w:val="24"/>
        </w:rPr>
        <w:t>C) boxies</w:t>
      </w:r>
      <w:r>
        <w:tab/>
      </w:r>
      <w:r>
        <w:rPr>
          <w:sz w:val="24"/>
        </w:rPr>
        <w:t>D) boxes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There are three ___ on the plate.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sandwich</w:t>
      </w:r>
      <w:r>
        <w:tab/>
      </w:r>
      <w:r>
        <w:rPr>
          <w:sz w:val="24"/>
        </w:rPr>
        <w:t>B) sandwichies</w:t>
      </w:r>
      <w:r>
        <w:tab/>
      </w:r>
      <w:r>
        <w:rPr>
          <w:sz w:val="24"/>
        </w:rPr>
        <w:t>C) sandwiches</w:t>
      </w:r>
      <w:r>
        <w:tab/>
      </w:r>
      <w:r>
        <w:rPr>
          <w:sz w:val="24"/>
        </w:rPr>
        <w:t>D) sandwichs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My aunt has two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baby's</w:t>
      </w:r>
      <w:r>
        <w:tab/>
      </w:r>
      <w:r>
        <w:rPr>
          <w:sz w:val="24"/>
        </w:rPr>
        <w:t>B) babies</w:t>
      </w:r>
      <w:r>
        <w:tab/>
      </w:r>
      <w:r>
        <w:rPr>
          <w:sz w:val="24"/>
        </w:rPr>
        <w:t>C) babys</w:t>
      </w:r>
      <w:r>
        <w:tab/>
      </w:r>
      <w:r>
        <w:rPr>
          <w:sz w:val="24"/>
        </w:rPr>
        <w:t>D) babyes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The ___ are in the garden.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children</w:t>
      </w:r>
      <w:r>
        <w:tab/>
      </w:r>
      <w:r>
        <w:rPr>
          <w:sz w:val="24"/>
        </w:rPr>
        <w:t>B) childs</w:t>
      </w:r>
      <w:r>
        <w:tab/>
      </w:r>
      <w:r>
        <w:rPr>
          <w:sz w:val="24"/>
        </w:rPr>
        <w:t>C) childes</w:t>
      </w:r>
      <w:r>
        <w:tab/>
      </w:r>
      <w:r>
        <w:rPr>
          <w:sz w:val="24"/>
        </w:rPr>
        <w:t>D) child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I can see two ___ behind the door.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mouses</w:t>
      </w:r>
      <w:r>
        <w:tab/>
      </w:r>
      <w:r>
        <w:rPr>
          <w:sz w:val="24"/>
        </w:rPr>
        <w:t>B) mouse</w:t>
      </w:r>
      <w:r>
        <w:tab/>
      </w:r>
      <w:r>
        <w:rPr>
          <w:sz w:val="24"/>
        </w:rPr>
        <w:t>C) mices</w:t>
      </w:r>
      <w:r>
        <w:tab/>
      </w:r>
      <w:r>
        <w:rPr>
          <w:sz w:val="24"/>
        </w:rPr>
        <w:t>D) mice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There are three ___ on the table.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glass</w:t>
      </w:r>
      <w:r>
        <w:tab/>
      </w:r>
      <w:r>
        <w:rPr>
          <w:sz w:val="24"/>
        </w:rPr>
        <w:t>B) glassies</w:t>
      </w:r>
      <w:r>
        <w:tab/>
      </w:r>
      <w:r>
        <w:rPr>
          <w:sz w:val="24"/>
        </w:rPr>
        <w:t>C) glasses</w:t>
      </w:r>
      <w:r>
        <w:tab/>
      </w:r>
      <w:r>
        <w:rPr>
          <w:sz w:val="24"/>
        </w:rPr>
        <w:t>D) glasss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We need four ___ for the art class.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brushies</w:t>
      </w:r>
      <w:r>
        <w:tab/>
      </w:r>
      <w:r>
        <w:rPr>
          <w:sz w:val="24"/>
        </w:rPr>
        <w:t>B) brushes</w:t>
      </w:r>
      <w:r>
        <w:tab/>
      </w:r>
      <w:r>
        <w:rPr>
          <w:sz w:val="24"/>
        </w:rPr>
        <w:t>C) brushs</w:t>
      </w:r>
      <w:r>
        <w:tab/>
      </w:r>
      <w:r>
        <w:rPr>
          <w:sz w:val="24"/>
        </w:rPr>
        <w:t>D) brush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My grandpa has three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watches</w:t>
      </w:r>
      <w:r>
        <w:tab/>
      </w:r>
      <w:r>
        <w:rPr>
          <w:sz w:val="24"/>
        </w:rPr>
        <w:t>B) watchs</w:t>
      </w:r>
      <w:r>
        <w:tab/>
      </w:r>
      <w:r>
        <w:rPr>
          <w:sz w:val="24"/>
        </w:rPr>
        <w:t>C) watch</w:t>
      </w:r>
      <w:r>
        <w:tab/>
      </w:r>
      <w:r>
        <w:rPr>
          <w:sz w:val="24"/>
        </w:rPr>
        <w:t>D) watchies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There are two ___ in the kitchen.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dishs</w:t>
      </w:r>
      <w:r>
        <w:tab/>
      </w:r>
      <w:r>
        <w:rPr>
          <w:sz w:val="24"/>
        </w:rPr>
        <w:t>B) dish</w:t>
      </w:r>
      <w:r>
        <w:tab/>
      </w:r>
      <w:r>
        <w:rPr>
          <w:sz w:val="24"/>
        </w:rPr>
        <w:t>C) dishies</w:t>
      </w:r>
      <w:r>
        <w:tab/>
      </w:r>
      <w:r>
        <w:rPr>
          <w:sz w:val="24"/>
        </w:rPr>
        <w:t>D) dishes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Ten ___ are in the school garden.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teacher</w:t>
      </w:r>
      <w:r>
        <w:tab/>
      </w:r>
      <w:r>
        <w:rPr>
          <w:sz w:val="24"/>
        </w:rPr>
        <w:t>B) child</w:t>
      </w:r>
      <w:r>
        <w:tab/>
      </w:r>
      <w:r>
        <w:rPr>
          <w:sz w:val="24"/>
        </w:rPr>
        <w:t>C) students</w:t>
      </w:r>
      <w:r>
        <w:tab/>
      </w:r>
      <w:r>
        <w:rPr>
          <w:sz w:val="24"/>
        </w:rPr>
        <w:t>D) student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There is one man and three ___ in the shop.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boy</w:t>
      </w:r>
      <w:r>
        <w:tab/>
      </w:r>
      <w:r>
        <w:rPr>
          <w:sz w:val="24"/>
        </w:rPr>
        <w:t>B) men</w:t>
      </w:r>
      <w:r>
        <w:tab/>
      </w:r>
      <w:r>
        <w:rPr>
          <w:sz w:val="24"/>
        </w:rPr>
        <w:t>C) man</w:t>
      </w:r>
      <w:r>
        <w:tab/>
      </w:r>
      <w:r>
        <w:rPr>
          <w:sz w:val="24"/>
        </w:rPr>
        <w:t>D) woman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Diyalogdaki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There are thirty ___ in my class.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That is a big class.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students</w:t>
      </w:r>
      <w:r>
        <w:tab/>
      </w:r>
      <w:r>
        <w:rPr>
          <w:sz w:val="24"/>
        </w:rPr>
        <w:t>B) student</w:t>
      </w:r>
      <w:r>
        <w:tab/>
      </w:r>
      <w:r>
        <w:rPr>
          <w:sz w:val="24"/>
        </w:rPr>
        <w:t>C) teacher</w:t>
      </w:r>
      <w:r>
        <w:tab/>
      </w:r>
      <w:r>
        <w:rPr>
          <w:sz w:val="24"/>
        </w:rPr>
        <w:t>D) child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There ___ a big library in our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There ___ four windows in my classroom.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be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There ___ many students in the playground.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___ there a canteen in your school?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There ___ a pen and two books on the desk.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There ___ ten desks in the classroom.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be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There ___ a computer in the office.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There ___ three balls under the chair.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There ___ a lot of water in the bottle.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There ___ a lot of apples in the box.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be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___ there two doors in your classroom?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There ___ a table, four chairs and two boards in the classroom.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Our school is very small. There ___ a big library in it.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isn't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