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4. Sınıf Ünite 1 · İzin · Çoğul İsimler · There is/are · Kısaltmalar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50. B</w:t>
            </w:r>
          </w:p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Asking for permission (can, may), Singular – Plural Nouns, There is – There are, Contractions</w:t>
        <w:br/>
        <w:t>• Seviye: Kolay + Orta + Zor + Çok Zor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