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İngilizce — Ünite 1 My School · Can I / May I (izin) · Kolay + Çok Zor Birleşik Test</w:t>
      </w:r>
    </w:p>
    <w:p>
      <w:pPr>
        <w:jc w:val="center"/>
      </w:pPr>
      <w:r>
        <w:rPr>
          <w:color w:val="6E6860"/>
          <w:sz w:val="19"/>
        </w:rPr>
        <w:t>Kapsam: Can I / May I (izin isteme) · izin sorularına kısa cevap (Yes, you can. / No, you can't.) · can / may + V1 (yalın fiil) · kibar rica (Can I have...? / May I...?) · karşıt kutup (but / n't) ve sınıf bağlamı</w:t>
      </w:r>
    </w:p>
    <w:p>
      <w:pPr>
        <w:jc w:val="center"/>
      </w:pPr>
      <w:r>
        <w:rPr>
          <w:color w:val="6E6860"/>
          <w:sz w:val="19"/>
        </w:rPr>
        <w:t>54 soru · 4 seçenekli · 4. Sınıf · Ünite 1 · Seviye: Kolay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I come in,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I use your ruler,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May</w:t>
      </w:r>
      <w:r>
        <w:tab/>
      </w:r>
      <w:r>
        <w:rPr>
          <w:sz w:val="24"/>
        </w:rPr>
        <w:t>C) Does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Can I ___ to the playground,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going</w:t>
      </w:r>
      <w:r>
        <w:tab/>
      </w:r>
      <w:r>
        <w:rPr>
          <w:sz w:val="24"/>
        </w:rPr>
        <w:t>B) goes</w:t>
      </w:r>
      <w:r>
        <w:tab/>
      </w:r>
      <w:r>
        <w:rPr>
          <w:sz w:val="24"/>
        </w:rPr>
        <w:t>C) go</w:t>
      </w:r>
      <w:r>
        <w:tab/>
      </w:r>
      <w:r>
        <w:rPr>
          <w:sz w:val="24"/>
        </w:rPr>
        <w:t>D) to go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May I ___ the board,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cleaning</w:t>
      </w:r>
      <w:r>
        <w:tab/>
      </w:r>
      <w:r>
        <w:rPr>
          <w:sz w:val="24"/>
        </w:rPr>
        <w:t>B) cleans</w:t>
      </w:r>
      <w:r>
        <w:tab/>
      </w:r>
      <w:r>
        <w:rPr>
          <w:sz w:val="24"/>
        </w:rPr>
        <w:t>C) to clean</w:t>
      </w:r>
      <w:r>
        <w:tab/>
      </w:r>
      <w:r>
        <w:rPr>
          <w:sz w:val="24"/>
        </w:rPr>
        <w:t>D) clean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open the window,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can't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May I come in?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may</w:t>
      </w:r>
      <w:r>
        <w:tab/>
      </w:r>
      <w:r>
        <w:rPr>
          <w:sz w:val="24"/>
        </w:rPr>
        <w:t>C) can't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Can I have ___ crayon,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an</w:t>
      </w:r>
      <w:r>
        <w:tab/>
      </w:r>
      <w:r>
        <w:rPr>
          <w:sz w:val="24"/>
        </w:rPr>
        <w:t>B) the</w:t>
      </w:r>
      <w:r>
        <w:tab/>
      </w:r>
      <w:r>
        <w:rPr>
          <w:sz w:val="24"/>
        </w:rPr>
        <w:t>C) a</w:t>
      </w:r>
      <w:r>
        <w:tab/>
      </w:r>
      <w:r>
        <w:rPr>
          <w:sz w:val="24"/>
        </w:rPr>
        <w:t>D) some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I ask a question,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May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___ you help me,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May I ___ your eraser,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use</w:t>
      </w:r>
      <w:r>
        <w:tab/>
      </w:r>
      <w:r>
        <w:rPr>
          <w:sz w:val="24"/>
        </w:rPr>
        <w:t>B) use</w:t>
      </w:r>
      <w:r>
        <w:tab/>
      </w:r>
      <w:r>
        <w:rPr>
          <w:sz w:val="24"/>
        </w:rPr>
        <w:t>C) uses</w:t>
      </w:r>
      <w:r>
        <w:tab/>
      </w:r>
      <w:r>
        <w:rPr>
          <w:sz w:val="24"/>
        </w:rPr>
        <w:t>D) using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Can I ___ the door,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opens</w:t>
      </w:r>
      <w:r>
        <w:tab/>
      </w:r>
      <w:r>
        <w:rPr>
          <w:sz w:val="24"/>
        </w:rPr>
        <w:t>B) opening</w:t>
      </w:r>
      <w:r>
        <w:tab/>
      </w:r>
      <w:r>
        <w:rPr>
          <w:sz w:val="24"/>
        </w:rPr>
        <w:t>C) open</w:t>
      </w:r>
      <w:r>
        <w:tab/>
      </w:r>
      <w:r>
        <w:rPr>
          <w:sz w:val="24"/>
        </w:rPr>
        <w:t>D) to open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Can I play football now?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___ I go to the library,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Can I ___ a picture,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draw</w:t>
      </w:r>
      <w:r>
        <w:tab/>
      </w:r>
      <w:r>
        <w:rPr>
          <w:sz w:val="24"/>
        </w:rPr>
        <w:t>B) draw</w:t>
      </w:r>
      <w:r>
        <w:tab/>
      </w:r>
      <w:r>
        <w:rPr>
          <w:sz w:val="24"/>
        </w:rPr>
        <w:t>C) drawing</w:t>
      </w:r>
      <w:r>
        <w:tab/>
      </w:r>
      <w:r>
        <w:rPr>
          <w:sz w:val="24"/>
        </w:rPr>
        <w:t>D) draws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sit here,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can't</w:t>
      </w:r>
      <w:r>
        <w:tab/>
      </w:r>
      <w:r>
        <w:rPr>
          <w:sz w:val="24"/>
        </w:rPr>
        <w:t>C) may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I read this 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May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Can I ___ in the playground,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</w:t>
      </w:r>
      <w:r>
        <w:tab/>
      </w:r>
      <w:r>
        <w:rPr>
          <w:sz w:val="24"/>
        </w:rPr>
        <w:t>B) plays</w:t>
      </w:r>
      <w:r>
        <w:tab/>
      </w:r>
      <w:r>
        <w:rPr>
          <w:sz w:val="24"/>
        </w:rPr>
        <w:t>C) to play</w:t>
      </w:r>
      <w:r>
        <w:tab/>
      </w:r>
      <w:r>
        <w:rPr>
          <w:sz w:val="24"/>
        </w:rPr>
        <w:t>D) playing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May I ___ your notebook,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use</w:t>
      </w:r>
      <w:r>
        <w:tab/>
      </w:r>
      <w:r>
        <w:rPr>
          <w:sz w:val="24"/>
        </w:rPr>
        <w:t>B) use</w:t>
      </w:r>
      <w:r>
        <w:tab/>
      </w:r>
      <w:r>
        <w:rPr>
          <w:sz w:val="24"/>
        </w:rPr>
        <w:t>C) uses</w:t>
      </w:r>
      <w:r>
        <w:tab/>
      </w:r>
      <w:r>
        <w:rPr>
          <w:sz w:val="24"/>
        </w:rPr>
        <w:t>D) using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Leyla:</w:t>
      </w:r>
      <w:r>
        <w:rPr>
          <w:sz w:val="24"/>
        </w:rPr>
        <w:t xml:space="preserve"> </w:t>
      </w:r>
      <w:r>
        <w:rPr>
          <w:sz w:val="24"/>
        </w:rPr>
        <w:t>May I clean the board,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can't</w:t>
      </w:r>
      <w:r>
        <w:tab/>
      </w:r>
      <w:r>
        <w:rPr>
          <w:sz w:val="24"/>
        </w:rPr>
        <w:t>C) may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I come in now,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go out,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May I ___ your scissors,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uses</w:t>
      </w:r>
      <w:r>
        <w:tab/>
      </w:r>
      <w:r>
        <w:rPr>
          <w:sz w:val="24"/>
        </w:rPr>
        <w:t>B) use</w:t>
      </w:r>
      <w:r>
        <w:tab/>
      </w:r>
      <w:r>
        <w:rPr>
          <w:sz w:val="24"/>
        </w:rPr>
        <w:t>C) to use</w:t>
      </w:r>
      <w:r>
        <w:tab/>
      </w:r>
      <w:r>
        <w:rPr>
          <w:sz w:val="24"/>
        </w:rPr>
        <w:t>D) using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İzin istemek için doğru cümle hangisi?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I coming in, please?</w:t>
      </w:r>
      <w:r>
        <w:tab/>
      </w:r>
      <w:r>
        <w:rPr>
          <w:sz w:val="24"/>
        </w:rPr>
        <w:t>B) May you come in,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I come in, please?</w:t>
      </w:r>
      <w:r>
        <w:tab/>
      </w:r>
      <w:r>
        <w:rPr>
          <w:sz w:val="24"/>
        </w:rPr>
        <w:t>D) Can she come in,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Can I use your crayon, please?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Yes,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I listen to this song,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Can I ___ your 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uses</w:t>
      </w:r>
      <w:r>
        <w:tab/>
      </w:r>
      <w:r>
        <w:rPr>
          <w:sz w:val="24"/>
        </w:rPr>
        <w:t>B) use</w:t>
      </w:r>
      <w:r>
        <w:tab/>
      </w:r>
      <w:r>
        <w:rPr>
          <w:sz w:val="24"/>
        </w:rPr>
        <w:t>C) to use</w:t>
      </w:r>
      <w:r>
        <w:tab/>
      </w:r>
      <w:r>
        <w:rPr>
          <w:sz w:val="24"/>
        </w:rPr>
        <w:t>D) using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Can I sit here,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can't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Ali can't go out now, but he ___ go out after lunch.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</w:t>
      </w:r>
      <w:r>
        <w:tab/>
      </w:r>
      <w:r>
        <w:rPr>
          <w:sz w:val="24"/>
        </w:rPr>
        <w:t>B) doesn't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Tom can play in the gym, but he ___ play in the library.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May I ___ the door and ___ the board,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to open / clean</w:t>
      </w:r>
      <w:r>
        <w:tab/>
      </w:r>
      <w:r>
        <w:rPr>
          <w:sz w:val="24"/>
        </w:rPr>
        <w:t>B) open / clean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opening / cleaning</w:t>
      </w:r>
      <w:r>
        <w:tab/>
      </w:r>
      <w:r>
        <w:rPr>
          <w:sz w:val="24"/>
        </w:rPr>
        <w:t>D) opens / cleans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Can I ___ your book and ___ a picture,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using / drawing</w:t>
      </w:r>
      <w:r>
        <w:tab/>
      </w:r>
      <w:r>
        <w:rPr>
          <w:sz w:val="24"/>
        </w:rPr>
        <w:t>B) to use / draw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use / draw</w:t>
      </w:r>
      <w:r>
        <w:tab/>
      </w:r>
      <w:r>
        <w:rPr>
          <w:sz w:val="24"/>
        </w:rPr>
        <w:t>D) uses / draws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play football in the classroom,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can't play football in the classroom. You ___ play football in the playground.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OK, I understand.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can't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Sara can't sing today, but she ___ sing tomorrow.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doesn't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Sara can read in the library, but she ___ read in the gym.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</w:t>
      </w:r>
      <w:r>
        <w:tab/>
      </w:r>
      <w:r>
        <w:rPr>
          <w:sz w:val="24"/>
        </w:rPr>
        <w:t>B) can't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You can play outside, but you ___ play football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can't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Ali, it is time for English.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finish my picture first,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may. But you ___ play after English.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Ali wants to use Sara's crayons. He asks the teacher: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Can I use your crayons,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Can I to use your crayons,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Can we use your crayons,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Can you use my crayons,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May I ___ your computer, please? I want ___ my name.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uses / writes</w:t>
      </w:r>
      <w:r>
        <w:tab/>
      </w:r>
      <w:r>
        <w:rPr>
          <w:sz w:val="24"/>
        </w:rPr>
        <w:t>B) use / to write</w:t>
      </w:r>
      <w:r>
        <w:tab/>
      </w:r>
      <w:r>
        <w:rPr>
          <w:sz w:val="24"/>
        </w:rPr>
        <w:t>C) use / write</w:t>
      </w:r>
      <w:r>
        <w:tab/>
      </w:r>
      <w:r>
        <w:rPr>
          <w:sz w:val="24"/>
        </w:rPr>
        <w:t>D) to use / write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Tom is in the library. He ___ talk, but he ___ read.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 / can't</w:t>
      </w:r>
      <w:r>
        <w:tab/>
      </w:r>
      <w:r>
        <w:rPr>
          <w:sz w:val="24"/>
        </w:rPr>
        <w:t>B) doesn't / can</w:t>
      </w:r>
      <w:r>
        <w:tab/>
      </w:r>
      <w:r>
        <w:rPr>
          <w:sz w:val="24"/>
        </w:rPr>
        <w:t>C) can't / can</w:t>
      </w:r>
      <w:r>
        <w:tab/>
      </w:r>
      <w:r>
        <w:rPr>
          <w:sz w:val="24"/>
        </w:rPr>
        <w:t>D) can /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Sara's ruler is on the desk. Ali asks the teacher: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I use Sara ruler, please?</w:t>
      </w:r>
      <w:r>
        <w:tab/>
      </w:r>
      <w:r>
        <w:rPr>
          <w:sz w:val="24"/>
        </w:rPr>
        <w:t>B) Can I use she ruler,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use her ruler, please?</w:t>
      </w:r>
      <w:r>
        <w:tab/>
      </w:r>
      <w:r>
        <w:rPr>
          <w:sz w:val="24"/>
        </w:rPr>
        <w:t>D) Can I use Sara's ruler,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Sara has a new pencil. Tom asks the teacher: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I use your pencil, please?</w:t>
      </w:r>
      <w:r>
        <w:tab/>
      </w:r>
      <w:r>
        <w:rPr>
          <w:sz w:val="24"/>
        </w:rPr>
        <w:t>B) Can you use my pencil,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Can't I use your pencil, please?</w:t>
      </w:r>
      <w:r>
        <w:tab/>
      </w:r>
      <w:r>
        <w:rPr>
          <w:sz w:val="24"/>
        </w:rPr>
        <w:t>D) Can she use your pencil,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Ali wants help with his picture. He asks the teacher: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help I, please?</w:t>
      </w:r>
      <w:r>
        <w:tab/>
      </w:r>
      <w:r>
        <w:rPr>
          <w:sz w:val="24"/>
        </w:rPr>
        <w:t>B) Can you help me,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you help mine, please?</w:t>
      </w:r>
      <w:r>
        <w:tab/>
      </w:r>
      <w:r>
        <w:rPr>
          <w:sz w:val="24"/>
        </w:rPr>
        <w:t>D) Can you help my,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Ali, where is your homework?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am sorry. ___ I do it tomorrow,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can.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Thank you!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___ I ___ your 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 / to use</w:t>
      </w:r>
      <w:r>
        <w:tab/>
      </w:r>
      <w:r>
        <w:rPr>
          <w:sz w:val="24"/>
        </w:rPr>
        <w:t>B) Do / use</w:t>
      </w:r>
      <w:r>
        <w:tab/>
      </w:r>
      <w:r>
        <w:rPr>
          <w:sz w:val="24"/>
        </w:rPr>
        <w:t>C) May / using</w:t>
      </w:r>
      <w:r>
        <w:tab/>
      </w:r>
      <w:r>
        <w:rPr>
          <w:sz w:val="24"/>
        </w:rPr>
        <w:t>D) May / use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May I sit here, please?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 am sorry. This seat is for my friend.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OK. ___ I sit next to you?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Yes, of course.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Can I ___ the computer and ___ the game,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uses / plays</w:t>
      </w:r>
      <w:r>
        <w:tab/>
      </w:r>
      <w:r>
        <w:rPr>
          <w:sz w:val="24"/>
        </w:rPr>
        <w:t>B) use / play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to use / play</w:t>
      </w:r>
      <w:r>
        <w:tab/>
      </w:r>
      <w:r>
        <w:rPr>
          <w:sz w:val="24"/>
        </w:rPr>
        <w:t>D) using / playing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Ali wants to go to the library with his friend. He asks the teacher: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May you go to the library now,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May I going to the library now,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May I go to the library now,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May I to go to the library now,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You can play after school, but you ___ play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May I ___ your book, please? I want ___ a picture.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 / to draw</w:t>
      </w:r>
      <w:r>
        <w:tab/>
      </w:r>
      <w:r>
        <w:rPr>
          <w:sz w:val="24"/>
        </w:rPr>
        <w:t>B) uses / draws</w:t>
      </w:r>
      <w:r>
        <w:tab/>
      </w:r>
      <w:r>
        <w:rPr>
          <w:sz w:val="24"/>
        </w:rPr>
        <w:t>C) use / draw</w:t>
      </w:r>
      <w:r>
        <w:tab/>
      </w:r>
      <w:r>
        <w:rPr>
          <w:sz w:val="24"/>
        </w:rPr>
        <w:t>D) to use / draw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Sara can sing, but she ___ dance.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</w:t>
      </w:r>
      <w:r>
        <w:tab/>
      </w:r>
      <w:r>
        <w:rPr>
          <w:sz w:val="24"/>
        </w:rPr>
        <w:t>B) can't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Diyalogda boşluğa uygun olanı seçin.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play football,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can't. The classroom is not clean.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I clean it,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Can't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Teacher says that Ali can't eat in the classroom. Ali asks the teacher: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Can you eat in the canteen,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Can she eat in the canteen,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Can't I eat in the canteen,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Can I eat in the canteen,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Ali can't eat in the classroom, but he ___ eat in the canteen.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doesn't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can't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Tom can't play in the classroom, but he ___ play in the gym.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can't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