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4. Sınıf İngilizce — Ünite 1 My School · Can I / May I (izin) · Kolay + Çok Zor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B</w:t>
            </w:r>
          </w:p>
        </w:tc>
        <w:tc>
          <w:tcPr>
            <w:tcW w:type="dxa" w:w="1928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Can I / May I (izin isteme), izin sorularına kısa cevap (Yes, you can. / No, you can't.), can / may + V1 (yalın fiil), kibar rica (Can I have...? / May I...?), karşıt kutup (but / n't) ve sınıf bağlamı</w:t>
        <w:br/>
        <w:t>• Seviye: Kolay +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