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4. Sınıf İngilizce — Ünite 1 My School · Can I / May I (izin) · Birleşik Test</w:t>
      </w:r>
    </w:p>
    <w:p>
      <w:pPr>
        <w:jc w:val="center"/>
      </w:pPr>
      <w:r>
        <w:rPr>
          <w:color w:val="6E6860"/>
          <w:sz w:val="19"/>
        </w:rPr>
        <w:t>Kapsam: Can I / May I (izin isteme) · izin sorularına kısa cevap (Yes, you can. / No, you can't.) · can / may + V1 (yalın fiil) · kibar rica (Can I have...? / May I...?) · sınıf bağlamı (school places · classroom objects · subjects)</w:t>
      </w:r>
    </w:p>
    <w:p>
      <w:pPr>
        <w:jc w:val="center"/>
      </w:pPr>
      <w:r>
        <w:rPr>
          <w:color w:val="6E6860"/>
          <w:sz w:val="19"/>
        </w:rPr>
        <w:t>59 soru · 4 seçenekli · 4. Sınıf · Ünite 1 · Seviye: Kolay + Orta + Zor + Çok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Can I ___ your pen,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uses</w:t>
      </w:r>
      <w:r>
        <w:tab/>
      </w:r>
      <w:r>
        <w:rPr>
          <w:sz w:val="24"/>
        </w:rPr>
        <w:t>B) using</w:t>
      </w:r>
      <w:r>
        <w:tab/>
      </w:r>
      <w:r>
        <w:rPr>
          <w:sz w:val="24"/>
        </w:rPr>
        <w:t>C) use</w:t>
      </w:r>
      <w:r>
        <w:tab/>
      </w:r>
      <w:r>
        <w:rPr>
          <w:sz w:val="24"/>
        </w:rPr>
        <w:t>D) to use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May I ___ the window,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opens</w:t>
      </w:r>
      <w:r>
        <w:tab/>
      </w:r>
      <w:r>
        <w:rPr>
          <w:sz w:val="24"/>
        </w:rPr>
        <w:t>B) opening</w:t>
      </w:r>
      <w:r>
        <w:tab/>
      </w:r>
      <w:r>
        <w:rPr>
          <w:sz w:val="24"/>
        </w:rPr>
        <w:t>C) to open</w:t>
      </w:r>
      <w:r>
        <w:tab/>
      </w:r>
      <w:r>
        <w:rPr>
          <w:sz w:val="24"/>
        </w:rPr>
        <w:t>D) open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Can I ___ down,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sits</w:t>
      </w:r>
      <w:r>
        <w:tab/>
      </w:r>
      <w:r>
        <w:rPr>
          <w:sz w:val="24"/>
        </w:rPr>
        <w:t>B) sitting</w:t>
      </w:r>
      <w:r>
        <w:tab/>
      </w:r>
      <w:r>
        <w:rPr>
          <w:sz w:val="24"/>
        </w:rPr>
        <w:t>C) sit</w:t>
      </w:r>
      <w:r>
        <w:tab/>
      </w:r>
      <w:r>
        <w:rPr>
          <w:sz w:val="24"/>
        </w:rPr>
        <w:t>D) to sit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May I ___ at the picture,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looks</w:t>
      </w:r>
      <w:r>
        <w:tab/>
      </w:r>
      <w:r>
        <w:rPr>
          <w:sz w:val="24"/>
        </w:rPr>
        <w:t>B) looking</w:t>
      </w:r>
      <w:r>
        <w:tab/>
      </w:r>
      <w:r>
        <w:rPr>
          <w:sz w:val="24"/>
        </w:rPr>
        <w:t>C) look</w:t>
      </w:r>
      <w:r>
        <w:tab/>
      </w:r>
      <w:r>
        <w:rPr>
          <w:sz w:val="24"/>
        </w:rPr>
        <w:t>D) to look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Can I ___ you a question,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asks</w:t>
      </w:r>
      <w:r>
        <w:tab/>
      </w:r>
      <w:r>
        <w:rPr>
          <w:sz w:val="24"/>
        </w:rPr>
        <w:t>B) asking</w:t>
      </w:r>
      <w:r>
        <w:tab/>
      </w:r>
      <w:r>
        <w:rPr>
          <w:sz w:val="24"/>
        </w:rPr>
        <w:t>C) ask</w:t>
      </w:r>
      <w:r>
        <w:tab/>
      </w:r>
      <w:r>
        <w:rPr>
          <w:sz w:val="24"/>
        </w:rPr>
        <w:t>D) to ask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May I ___ the board,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clean</w:t>
      </w:r>
      <w:r>
        <w:tab/>
      </w:r>
      <w:r>
        <w:rPr>
          <w:sz w:val="24"/>
        </w:rPr>
        <w:t>B) cleans</w:t>
      </w:r>
      <w:r>
        <w:tab/>
      </w:r>
      <w:r>
        <w:rPr>
          <w:sz w:val="24"/>
        </w:rPr>
        <w:t>C) cleaning</w:t>
      </w:r>
      <w:r>
        <w:tab/>
      </w:r>
      <w:r>
        <w:rPr>
          <w:sz w:val="24"/>
        </w:rPr>
        <w:t>D) to clean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Can I ___ your book,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reads</w:t>
      </w:r>
      <w:r>
        <w:tab/>
      </w:r>
      <w:r>
        <w:rPr>
          <w:sz w:val="24"/>
        </w:rPr>
        <w:t>B) reading</w:t>
      </w:r>
      <w:r>
        <w:tab/>
      </w:r>
      <w:r>
        <w:rPr>
          <w:sz w:val="24"/>
        </w:rPr>
        <w:t>C) read</w:t>
      </w:r>
      <w:r>
        <w:tab/>
      </w:r>
      <w:r>
        <w:rPr>
          <w:sz w:val="24"/>
        </w:rPr>
        <w:t>D) to read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May I ___ a game,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plays</w:t>
      </w:r>
      <w:r>
        <w:tab/>
      </w:r>
      <w:r>
        <w:rPr>
          <w:sz w:val="24"/>
        </w:rPr>
        <w:t>B) play</w:t>
      </w:r>
      <w:r>
        <w:tab/>
      </w:r>
      <w:r>
        <w:rPr>
          <w:sz w:val="24"/>
        </w:rPr>
        <w:t>C) playing</w:t>
      </w:r>
      <w:r>
        <w:tab/>
      </w:r>
      <w:r>
        <w:rPr>
          <w:sz w:val="24"/>
        </w:rPr>
        <w:t>D) to play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Diyalog 1.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Can I use your pen, please?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Yes, you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cannot</w:t>
      </w:r>
      <w:r>
        <w:tab/>
      </w:r>
      <w:r>
        <w:rPr>
          <w:sz w:val="24"/>
        </w:rPr>
        <w:t>B) can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do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Diyalog 2.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May I come in,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Yes, you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may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do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Diyalog 3.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Can I play now,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No, you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</w:t>
      </w:r>
      <w:r>
        <w:tab/>
      </w:r>
      <w:r>
        <w:rPr>
          <w:sz w:val="24"/>
        </w:rPr>
        <w:t>B) cannot</w:t>
      </w:r>
      <w:r>
        <w:tab/>
      </w:r>
      <w:r>
        <w:rPr>
          <w:sz w:val="24"/>
        </w:rPr>
        <w:t>C) don't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Diyalog 4.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May I sit down,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No, you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may</w:t>
      </w:r>
      <w:r>
        <w:tab/>
      </w:r>
      <w:r>
        <w:rPr>
          <w:sz w:val="24"/>
        </w:rPr>
        <w:t>B) don't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may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Diyalog 5.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Can I use your pen, please?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___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Yes, you can.</w:t>
      </w:r>
      <w:r>
        <w:tab/>
      </w:r>
      <w:r>
        <w:rPr>
          <w:sz w:val="24"/>
        </w:rPr>
        <w:t>B) Yes, I can.</w:t>
      </w:r>
      <w:r>
        <w:tab/>
      </w:r>
      <w:r>
        <w:rPr>
          <w:sz w:val="24"/>
        </w:rPr>
        <w:t>C) Yes, we can.</w:t>
      </w:r>
      <w:r>
        <w:tab/>
      </w:r>
      <w:r>
        <w:rPr>
          <w:sz w:val="24"/>
        </w:rPr>
        <w:t>D) Yes, you do.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Diyalog 6.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May I use your ruler, please?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___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Yes, I may.</w:t>
      </w:r>
      <w:r>
        <w:tab/>
      </w:r>
      <w:r>
        <w:rPr>
          <w:sz w:val="24"/>
        </w:rPr>
        <w:t>B) Yes, we may.</w:t>
      </w:r>
      <w:r>
        <w:tab/>
      </w:r>
      <w:r>
        <w:rPr>
          <w:sz w:val="24"/>
        </w:rPr>
        <w:t>C) Yes, you are.</w:t>
      </w:r>
      <w:r>
        <w:tab/>
      </w:r>
      <w:r>
        <w:rPr>
          <w:sz w:val="24"/>
        </w:rPr>
        <w:t>D) Yes, you may.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Diyalog 7.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Can I come in,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___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Yes, you can.</w:t>
      </w:r>
      <w:r>
        <w:tab/>
      </w:r>
      <w:r>
        <w:rPr>
          <w:sz w:val="24"/>
        </w:rPr>
        <w:t>B) Yes, I can.</w:t>
      </w:r>
      <w:r>
        <w:tab/>
      </w:r>
      <w:r>
        <w:rPr>
          <w:sz w:val="24"/>
        </w:rPr>
        <w:t>C) Yes, we can.</w:t>
      </w:r>
      <w:r>
        <w:tab/>
      </w:r>
      <w:r>
        <w:rPr>
          <w:sz w:val="24"/>
        </w:rPr>
        <w:t>D) Yes, you do.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Diyalog 8.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Can I have a book,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___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Yes, I can.</w:t>
      </w:r>
      <w:r>
        <w:tab/>
      </w:r>
      <w:r>
        <w:rPr>
          <w:sz w:val="24"/>
        </w:rPr>
        <w:t>B) Yes, we can.</w:t>
      </w:r>
      <w:r>
        <w:tab/>
      </w:r>
      <w:r>
        <w:rPr>
          <w:sz w:val="24"/>
        </w:rPr>
        <w:t>C) Yes, you are.</w:t>
      </w:r>
      <w:r>
        <w:tab/>
      </w:r>
      <w:r>
        <w:rPr>
          <w:sz w:val="24"/>
        </w:rPr>
        <w:t>D) Yes, you can.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May I ___ a picture,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draw</w:t>
      </w:r>
      <w:r>
        <w:tab/>
      </w:r>
      <w:r>
        <w:rPr>
          <w:sz w:val="24"/>
        </w:rPr>
        <w:t>B) draws</w:t>
      </w:r>
      <w:r>
        <w:tab/>
      </w:r>
      <w:r>
        <w:rPr>
          <w:sz w:val="24"/>
        </w:rPr>
        <w:t>C) drawing</w:t>
      </w:r>
      <w:r>
        <w:tab/>
      </w:r>
      <w:r>
        <w:rPr>
          <w:sz w:val="24"/>
        </w:rPr>
        <w:t>D) to draw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Can I ___ this song,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sings</w:t>
      </w:r>
      <w:r>
        <w:tab/>
      </w:r>
      <w:r>
        <w:rPr>
          <w:sz w:val="24"/>
        </w:rPr>
        <w:t>B) singing</w:t>
      </w:r>
      <w:r>
        <w:tab/>
      </w:r>
      <w:r>
        <w:rPr>
          <w:sz w:val="24"/>
        </w:rPr>
        <w:t>C) sing</w:t>
      </w:r>
      <w:r>
        <w:tab/>
      </w:r>
      <w:r>
        <w:rPr>
          <w:sz w:val="24"/>
        </w:rPr>
        <w:t>D) to sing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May I ___ the picture,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colours</w:t>
      </w:r>
      <w:r>
        <w:tab/>
      </w:r>
      <w:r>
        <w:rPr>
          <w:sz w:val="24"/>
        </w:rPr>
        <w:t>B) colouring</w:t>
      </w:r>
      <w:r>
        <w:tab/>
      </w:r>
      <w:r>
        <w:rPr>
          <w:sz w:val="24"/>
        </w:rPr>
        <w:t>C) colour</w:t>
      </w:r>
      <w:r>
        <w:tab/>
      </w:r>
      <w:r>
        <w:rPr>
          <w:sz w:val="24"/>
        </w:rPr>
        <w:t>D) to colour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Can I ___ my name,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writes</w:t>
      </w:r>
      <w:r>
        <w:tab/>
      </w:r>
      <w:r>
        <w:rPr>
          <w:sz w:val="24"/>
        </w:rPr>
        <w:t>B) writing</w:t>
      </w:r>
      <w:r>
        <w:tab/>
      </w:r>
      <w:r>
        <w:rPr>
          <w:sz w:val="24"/>
        </w:rPr>
        <w:t>C) write</w:t>
      </w:r>
      <w:r>
        <w:tab/>
      </w:r>
      <w:r>
        <w:rPr>
          <w:sz w:val="24"/>
        </w:rPr>
        <w:t>D) to write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May I ___ the door,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close</w:t>
      </w:r>
      <w:r>
        <w:tab/>
      </w:r>
      <w:r>
        <w:rPr>
          <w:sz w:val="24"/>
        </w:rPr>
        <w:t>B) closes</w:t>
      </w:r>
      <w:r>
        <w:tab/>
      </w:r>
      <w:r>
        <w:rPr>
          <w:sz w:val="24"/>
        </w:rPr>
        <w:t>C) closing</w:t>
      </w:r>
      <w:r>
        <w:tab/>
      </w:r>
      <w:r>
        <w:rPr>
          <w:sz w:val="24"/>
        </w:rPr>
        <w:t>D) to close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Can I ___ to the toilet,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go</w:t>
      </w:r>
      <w:r>
        <w:tab/>
      </w:r>
      <w:r>
        <w:rPr>
          <w:sz w:val="24"/>
        </w:rPr>
        <w:t>B) goes</w:t>
      </w:r>
      <w:r>
        <w:tab/>
      </w:r>
      <w:r>
        <w:rPr>
          <w:sz w:val="24"/>
        </w:rPr>
        <w:t>C) going</w:t>
      </w:r>
      <w:r>
        <w:tab/>
      </w:r>
      <w:r>
        <w:rPr>
          <w:sz w:val="24"/>
        </w:rPr>
        <w:t>D) to go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May I ___ in,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comes</w:t>
      </w:r>
      <w:r>
        <w:tab/>
      </w:r>
      <w:r>
        <w:rPr>
          <w:sz w:val="24"/>
        </w:rPr>
        <w:t>B) coming</w:t>
      </w:r>
      <w:r>
        <w:tab/>
      </w:r>
      <w:r>
        <w:rPr>
          <w:sz w:val="24"/>
        </w:rPr>
        <w:t>C) to come</w:t>
      </w:r>
      <w:r>
        <w:tab/>
      </w:r>
      <w:r>
        <w:rPr>
          <w:sz w:val="24"/>
        </w:rPr>
        <w:t>D) come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Can I ___ the game,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watches</w:t>
      </w:r>
      <w:r>
        <w:tab/>
      </w:r>
      <w:r>
        <w:rPr>
          <w:sz w:val="24"/>
        </w:rPr>
        <w:t>B) watching</w:t>
      </w:r>
      <w:r>
        <w:tab/>
      </w:r>
      <w:r>
        <w:rPr>
          <w:sz w:val="24"/>
        </w:rPr>
        <w:t>C) watch</w:t>
      </w:r>
      <w:r>
        <w:tab/>
      </w:r>
      <w:r>
        <w:rPr>
          <w:sz w:val="24"/>
        </w:rPr>
        <w:t>D) to watch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May I ___ the book, please?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closes</w:t>
      </w:r>
      <w:r>
        <w:tab/>
      </w:r>
      <w:r>
        <w:rPr>
          <w:sz w:val="24"/>
        </w:rPr>
        <w:t>B) closing</w:t>
      </w:r>
      <w:r>
        <w:tab/>
      </w:r>
      <w:r>
        <w:rPr>
          <w:sz w:val="24"/>
        </w:rPr>
        <w:t>C) to close</w:t>
      </w:r>
      <w:r>
        <w:tab/>
      </w:r>
      <w:r>
        <w:rPr>
          <w:sz w:val="24"/>
        </w:rPr>
        <w:t>D) close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Ali is at the door. He is out now. What does he say?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May you come in, please?</w:t>
      </w:r>
      <w:r>
        <w:tab/>
      </w:r>
      <w:r>
        <w:rPr>
          <w:sz w:val="24"/>
        </w:rPr>
        <w:t>B) May I come in,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May I go out, please?</w:t>
      </w:r>
      <w:r>
        <w:tab/>
      </w:r>
      <w:r>
        <w:rPr>
          <w:sz w:val="24"/>
        </w:rPr>
        <w:t>D) I may come in, please.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Ali is in the classroom. He has a question. What does he say?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Can you ask a question, please?</w:t>
      </w:r>
      <w:r>
        <w:tab/>
      </w:r>
      <w:r>
        <w:rPr>
          <w:sz w:val="24"/>
        </w:rPr>
        <w:t>B) Can I answer a question,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Can I ask a question, please?</w:t>
      </w:r>
      <w:r>
        <w:tab/>
      </w:r>
      <w:r>
        <w:rPr>
          <w:sz w:val="24"/>
        </w:rPr>
        <w:t>D) I can ask a question.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Sara is in the classroom. She is at the door. What does she say?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May you go out, please?</w:t>
      </w:r>
      <w:r>
        <w:tab/>
      </w:r>
      <w:r>
        <w:rPr>
          <w:sz w:val="24"/>
        </w:rPr>
        <w:t>B) May I come in,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I may go out, please.</w:t>
      </w:r>
      <w:r>
        <w:tab/>
      </w:r>
      <w:r>
        <w:rPr>
          <w:sz w:val="24"/>
        </w:rPr>
        <w:t>D) May I go out, please?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Ali is out. He is at the door. What does he say?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Can you come in, please?</w:t>
      </w:r>
      <w:r>
        <w:tab/>
      </w:r>
      <w:r>
        <w:rPr>
          <w:sz w:val="24"/>
        </w:rPr>
        <w:t>B) Can I go out,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I can come in, please.</w:t>
      </w:r>
      <w:r>
        <w:tab/>
      </w:r>
      <w:r>
        <w:rPr>
          <w:sz w:val="24"/>
        </w:rPr>
        <w:t>D) Can I come in, please?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Ali has no pen. Tom has a pen. What does Ali say?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Can I use my pen, please?</w:t>
      </w:r>
      <w:r>
        <w:tab/>
      </w:r>
      <w:r>
        <w:rPr>
          <w:sz w:val="24"/>
        </w:rPr>
        <w:t>B) Can I use your pen,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Can you use my pen, please?</w:t>
      </w:r>
      <w:r>
        <w:tab/>
      </w:r>
      <w:r>
        <w:rPr>
          <w:sz w:val="24"/>
        </w:rPr>
        <w:t>D) I can use your pen.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Sara has no book. Tom has a book. What does Sara say?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May I use your book, please?</w:t>
      </w:r>
      <w:r>
        <w:tab/>
      </w:r>
      <w:r>
        <w:rPr>
          <w:sz w:val="24"/>
        </w:rPr>
        <w:t>B) May I use my book,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May you use my book, please?</w:t>
      </w:r>
      <w:r>
        <w:tab/>
      </w:r>
      <w:r>
        <w:rPr>
          <w:sz w:val="24"/>
        </w:rPr>
        <w:t>D) I may use your book.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Which sentence about the pen is CORRECT?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Can I uses your pen, please?</w:t>
      </w:r>
      <w:r>
        <w:tab/>
      </w:r>
      <w:r>
        <w:rPr>
          <w:sz w:val="24"/>
        </w:rPr>
        <w:t>B) Can I using your pen,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Can I to use your pen, please?</w:t>
      </w:r>
      <w:r>
        <w:tab/>
      </w:r>
      <w:r>
        <w:rPr>
          <w:sz w:val="24"/>
        </w:rPr>
        <w:t>D) Can I use your pen, please?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Which sentence about the window is CORRECT?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A) May I opens the window, please?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B) May I opening the window, please?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C) May I to open the window, please?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D) May I open the window, please?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Which sentence about the question is CORRECT?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Can I asks a question, please?</w:t>
      </w:r>
      <w:r>
        <w:tab/>
      </w:r>
      <w:r>
        <w:rPr>
          <w:sz w:val="24"/>
        </w:rPr>
        <w:t>B) Can I asking a question,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Can I to ask a question, please?</w:t>
      </w:r>
      <w:r>
        <w:tab/>
      </w:r>
      <w:r>
        <w:rPr>
          <w:sz w:val="24"/>
        </w:rPr>
        <w:t>D) Can I ask a question, please?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Which sentence about the door is CORRECT?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May I comes in, please?</w:t>
      </w:r>
      <w:r>
        <w:tab/>
      </w:r>
      <w:r>
        <w:rPr>
          <w:sz w:val="24"/>
        </w:rPr>
        <w:t>B) May I come in,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May I coming in, please?</w:t>
      </w:r>
      <w:r>
        <w:tab/>
      </w:r>
      <w:r>
        <w:rPr>
          <w:sz w:val="24"/>
        </w:rPr>
        <w:t>D) May I to come in, please?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Ali is in the classroom. He has no pen. What does he say?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Can you use my pen, please?</w:t>
      </w:r>
      <w:r>
        <w:tab/>
      </w:r>
      <w:r>
        <w:rPr>
          <w:sz w:val="24"/>
        </w:rPr>
        <w:t>B) Can I use your pen,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Can I use my pen, please?</w:t>
      </w:r>
      <w:r>
        <w:tab/>
      </w:r>
      <w:r>
        <w:rPr>
          <w:sz w:val="24"/>
        </w:rPr>
        <w:t>D) I can use your pen.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Sara is out. She is at the door. What does she say?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May you come in, please?</w:t>
      </w:r>
      <w:r>
        <w:tab/>
      </w:r>
      <w:r>
        <w:rPr>
          <w:sz w:val="24"/>
        </w:rPr>
        <w:t>B) May I go out,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I may come in, please.</w:t>
      </w:r>
      <w:r>
        <w:tab/>
      </w:r>
      <w:r>
        <w:rPr>
          <w:sz w:val="24"/>
        </w:rPr>
        <w:t>D) May I come in, please?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Tom is in the classroom. He has a question. What does he say?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Can you ask a question, please?</w:t>
      </w:r>
      <w:r>
        <w:tab/>
      </w:r>
      <w:r>
        <w:rPr>
          <w:sz w:val="24"/>
        </w:rPr>
        <w:t>B) Can I ask a question,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Can I answer a question, please?</w:t>
      </w:r>
      <w:r>
        <w:tab/>
      </w:r>
      <w:r>
        <w:rPr>
          <w:sz w:val="24"/>
        </w:rPr>
        <w:t>D) I can ask a question.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Ali has no ruler. Sara has a ruler. What does Ali say?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May I use your ruler, please?</w:t>
      </w:r>
      <w:r>
        <w:tab/>
      </w:r>
      <w:r>
        <w:rPr>
          <w:sz w:val="24"/>
        </w:rPr>
        <w:t>B) May you use my ruler,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May I use my ruler, please?</w:t>
      </w:r>
      <w:r>
        <w:tab/>
      </w:r>
      <w:r>
        <w:rPr>
          <w:sz w:val="24"/>
        </w:rPr>
        <w:t>D) I may use your ruler.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Sara has no book. Ali has a book. What does Sara say?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Can you use my book, please?</w:t>
      </w:r>
      <w:r>
        <w:tab/>
      </w:r>
      <w:r>
        <w:rPr>
          <w:sz w:val="24"/>
        </w:rPr>
        <w:t>B) Can I use your book,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Can I use my book, please?</w:t>
      </w:r>
      <w:r>
        <w:tab/>
      </w:r>
      <w:r>
        <w:rPr>
          <w:sz w:val="24"/>
        </w:rPr>
        <w:t>D) I can use your book.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The teacher is at the board. Sara has a question. What does she say?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May you ask a question, please?</w:t>
      </w:r>
      <w:r>
        <w:tab/>
      </w:r>
      <w:r>
        <w:rPr>
          <w:sz w:val="24"/>
        </w:rPr>
        <w:t>B) May I ask a question,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May I answer a question, please?</w:t>
      </w:r>
      <w:r>
        <w:tab/>
      </w:r>
      <w:r>
        <w:rPr>
          <w:sz w:val="24"/>
        </w:rPr>
        <w:t>D) I may ask a question, please.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Diyalog 9.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Can I play in the classroom,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Yes, you can, but you ___ play in the classroom.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cannot</w:t>
      </w:r>
      <w:r>
        <w:tab/>
      </w:r>
      <w:r>
        <w:rPr>
          <w:sz w:val="24"/>
        </w:rPr>
        <w:t>B) can</w:t>
      </w:r>
      <w:r>
        <w:tab/>
      </w:r>
      <w:r>
        <w:rPr>
          <w:sz w:val="24"/>
        </w:rPr>
        <w:t>C) don't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Diyalog 10.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Can I come in now,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The class is not open now. You ___ come in.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cannot</w:t>
      </w:r>
      <w:r>
        <w:tab/>
      </w:r>
      <w:r>
        <w:rPr>
          <w:sz w:val="24"/>
        </w:rPr>
        <w:t>B) can</w:t>
      </w:r>
      <w:r>
        <w:tab/>
      </w:r>
      <w:r>
        <w:rPr>
          <w:sz w:val="24"/>
        </w:rPr>
        <w:t>C) don't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Diyalog 11.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May I go out now,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Yes, you may, but you ___ go out now.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may not</w:t>
      </w:r>
      <w:r>
        <w:tab/>
      </w:r>
      <w:r>
        <w:rPr>
          <w:sz w:val="24"/>
        </w:rPr>
        <w:t>B) may</w:t>
      </w:r>
      <w:r>
        <w:tab/>
      </w:r>
      <w:r>
        <w:rPr>
          <w:sz w:val="24"/>
        </w:rPr>
        <w:t>C) don't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Diyalog 12.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Can I use your computer, please?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The computer is not open now. You ___ use it.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</w:t>
      </w:r>
      <w:r>
        <w:tab/>
      </w:r>
      <w:r>
        <w:rPr>
          <w:sz w:val="24"/>
        </w:rPr>
        <w:t>B) don't</w:t>
      </w:r>
      <w:r>
        <w:tab/>
      </w:r>
      <w:r>
        <w:rPr>
          <w:sz w:val="24"/>
        </w:rPr>
        <w:t>C) cannot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Diyalog 13.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 and Tom:</w:t>
      </w:r>
      <w:r>
        <w:rPr>
          <w:sz w:val="24"/>
        </w:rPr>
        <w:t xml:space="preserve"> </w:t>
      </w:r>
      <w:r>
        <w:rPr>
          <w:sz w:val="24"/>
        </w:rPr>
        <w:t>Can ___ play,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Yes, you can.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we</w:t>
      </w:r>
      <w:r>
        <w:tab/>
      </w:r>
      <w:r>
        <w:rPr>
          <w:sz w:val="24"/>
        </w:rPr>
        <w:t>B) I</w:t>
      </w:r>
      <w:r>
        <w:tab/>
      </w:r>
      <w:r>
        <w:rPr>
          <w:sz w:val="24"/>
        </w:rPr>
        <w:t>C) you</w:t>
      </w:r>
      <w:r>
        <w:tab/>
      </w:r>
      <w:r>
        <w:rPr>
          <w:sz w:val="24"/>
        </w:rPr>
        <w:t>D) they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Sara and Ali are out. What do they say?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May we come in, please?</w:t>
      </w:r>
      <w:r>
        <w:tab/>
      </w:r>
      <w:r>
        <w:rPr>
          <w:sz w:val="24"/>
        </w:rPr>
        <w:t>B) May I come in,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May you come in, please?</w:t>
      </w:r>
      <w:r>
        <w:tab/>
      </w:r>
      <w:r>
        <w:rPr>
          <w:sz w:val="24"/>
        </w:rPr>
        <w:t>D) We may come in, please.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Ali and Tom have no ruler. What do they say?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Can we use your ruler, please?</w:t>
      </w:r>
      <w:r>
        <w:tab/>
      </w:r>
      <w:r>
        <w:rPr>
          <w:sz w:val="24"/>
        </w:rPr>
        <w:t>B) Can I use your ruler,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Can you use my ruler, please?</w:t>
      </w:r>
      <w:r>
        <w:tab/>
      </w:r>
      <w:r>
        <w:rPr>
          <w:sz w:val="24"/>
        </w:rPr>
        <w:t>D) We can use your ruler.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Sara and Tom are in the classroom. They have a question. What do they say?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May I ask a question, please?</w:t>
      </w:r>
      <w:r>
        <w:tab/>
      </w:r>
      <w:r>
        <w:rPr>
          <w:sz w:val="24"/>
        </w:rPr>
        <w:t>B) May you ask a question, please?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May we ask a question, please?</w:t>
      </w:r>
      <w:r>
        <w:tab/>
      </w:r>
      <w:r>
        <w:rPr>
          <w:sz w:val="24"/>
        </w:rPr>
        <w:t>D) We may ask a question, please.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Diyalog 14.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Can I come in,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The class is not open now. ___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No, you cannot.</w:t>
      </w:r>
      <w:r>
        <w:tab/>
      </w:r>
      <w:r>
        <w:rPr>
          <w:sz w:val="24"/>
        </w:rPr>
        <w:t>B) Yes, you can.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No, you can.</w:t>
      </w:r>
      <w:r>
        <w:tab/>
      </w:r>
      <w:r>
        <w:rPr>
          <w:sz w:val="24"/>
        </w:rPr>
        <w:t>D) No, you don't.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51. </w:t>
      </w:r>
      <w:r>
        <w:rPr>
          <w:sz w:val="24"/>
        </w:rPr>
        <w:t>Diyalog 15.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May I play now,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The classroom is not open now. ___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Yes, you may.</w:t>
      </w:r>
      <w:r>
        <w:tab/>
      </w:r>
      <w:r>
        <w:rPr>
          <w:sz w:val="24"/>
        </w:rPr>
        <w:t>B) No, you may not.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No, you may.</w:t>
      </w:r>
      <w:r>
        <w:tab/>
      </w:r>
      <w:r>
        <w:rPr>
          <w:sz w:val="24"/>
        </w:rPr>
        <w:t>D) No, you are.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52. </w:t>
      </w:r>
      <w:r>
        <w:rPr>
          <w:sz w:val="24"/>
        </w:rPr>
        <w:t>Diyalog 16.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Can I use your computer, please?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___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Good!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Yes, I can.</w:t>
      </w:r>
      <w:r>
        <w:tab/>
      </w:r>
      <w:r>
        <w:rPr>
          <w:sz w:val="24"/>
        </w:rPr>
        <w:t>B) Yes, we can.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Yes, you can.</w:t>
      </w:r>
      <w:r>
        <w:tab/>
      </w:r>
      <w:r>
        <w:rPr>
          <w:sz w:val="24"/>
        </w:rPr>
        <w:t>D) No, you cannot.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53. </w:t>
      </w:r>
      <w:r>
        <w:rPr>
          <w:sz w:val="24"/>
        </w:rPr>
        <w:t>Diyalog 17.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May I sit down,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___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Good!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Yes, I may.</w:t>
      </w:r>
      <w:r>
        <w:tab/>
      </w:r>
      <w:r>
        <w:rPr>
          <w:sz w:val="24"/>
        </w:rPr>
        <w:t>B) Yes, we may.</w:t>
      </w:r>
      <w:r>
        <w:tab/>
      </w:r>
      <w:r>
        <w:rPr>
          <w:sz w:val="24"/>
        </w:rPr>
        <w:t>C) Yes, you are.</w:t>
      </w:r>
      <w:r>
        <w:tab/>
      </w:r>
      <w:r>
        <w:rPr>
          <w:sz w:val="24"/>
        </w:rPr>
        <w:t>D) Yes, you may.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54. </w:t>
      </w:r>
      <w:r>
        <w:rPr>
          <w:sz w:val="24"/>
        </w:rPr>
        <w:t>Diyalog 18.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Teacher, ___ I go out now,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Yes, you can.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Good!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Can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55. </w:t>
      </w:r>
      <w:r>
        <w:rPr>
          <w:sz w:val="24"/>
        </w:rPr>
        <w:t>Diyalog 19.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Can I use your ruler, please?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___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Good!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Yes, I can.</w:t>
      </w:r>
      <w:r>
        <w:tab/>
      </w:r>
      <w:r>
        <w:rPr>
          <w:sz w:val="24"/>
        </w:rPr>
        <w:t>B) Yes, we can.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Yes, you can.</w:t>
      </w:r>
      <w:r>
        <w:tab/>
      </w:r>
      <w:r>
        <w:rPr>
          <w:sz w:val="24"/>
        </w:rPr>
        <w:t>D) No, you cannot.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56. </w:t>
      </w:r>
      <w:r>
        <w:rPr>
          <w:sz w:val="24"/>
        </w:rPr>
        <w:t>Diyalog 20.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Teacher, ___ I come in,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Yes, you may.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Good!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May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57. </w:t>
      </w:r>
      <w:r>
        <w:rPr>
          <w:sz w:val="24"/>
        </w:rPr>
        <w:t>Diyalog 21.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Teacher, can I go out now?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No, you ___ . The door is not open now.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Good!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can</w:t>
      </w:r>
      <w:r>
        <w:tab/>
      </w:r>
      <w:r>
        <w:rPr>
          <w:sz w:val="24"/>
        </w:rPr>
        <w:t>B) cannot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don't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58. </w:t>
      </w:r>
      <w:r>
        <w:rPr>
          <w:sz w:val="24"/>
        </w:rPr>
        <w:t>Diyalog 22.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May I have a book, please?</w:t>
      </w:r>
    </w:p>
    <w:p>
      <w:pPr>
        <w:spacing w:before="0" w:after="20"/>
        <w:ind w:left="720"/>
      </w:pPr>
      <w:r>
        <w:rPr>
          <w:b/>
          <w:sz w:val="24"/>
        </w:rPr>
        <w:t>Teacher:</w:t>
      </w:r>
      <w:r>
        <w:rPr>
          <w:sz w:val="24"/>
        </w:rPr>
        <w:t xml:space="preserve"> </w:t>
      </w:r>
      <w:r>
        <w:rPr>
          <w:sz w:val="24"/>
        </w:rPr>
        <w:t>Yes, you ___ 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Good!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may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do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59. </w:t>
      </w:r>
      <w:r>
        <w:rPr>
          <w:sz w:val="24"/>
        </w:rPr>
        <w:t>Diyalog 23.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___ I use your schoolbag, please?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Yes, you can.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Good!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</w:t>
      </w:r>
      <w:r>
        <w:tab/>
      </w:r>
      <w:r>
        <w:rPr>
          <w:sz w:val="24"/>
        </w:rPr>
        <w:t>B) Can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Are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