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3. Sınıf İngilizce — Ünite 1 My Classroom · This / That · Birleşik Test</w:t>
      </w:r>
    </w:p>
    <w:p>
      <w:pPr>
        <w:jc w:val="center"/>
      </w:pPr>
      <w:r>
        <w:rPr>
          <w:color w:val="6E6860"/>
          <w:sz w:val="19"/>
        </w:rPr>
        <w:t>Kapsam: "This is ..." / "That is ..." (yakın-uzak) · Is this ...? / Is that ...? (kısa cevap) · Sınıf eşyaları · "What is this?" / "What?"</w:t>
      </w:r>
    </w:p>
    <w:p>
      <w:pPr>
        <w:jc w:val="center"/>
      </w:pPr>
      <w:r>
        <w:rPr>
          <w:color w:val="6E6860"/>
          <w:sz w:val="19"/>
        </w:rPr>
        <w:t>25 soru · 4 seçenekli · 3. Sınıf · Ünite 1 · Seviye: Kolay + Orta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___ is a pen. (yakında)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That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This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___ is a table. (uzağımda)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This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That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___ is a book. (yakında)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That</w:t>
      </w:r>
      <w:r>
        <w:tab/>
      </w:r>
      <w:r>
        <w:rPr>
          <w:sz w:val="24"/>
        </w:rPr>
        <w:t>B) This</w:t>
      </w:r>
      <w:r>
        <w:tab/>
      </w:r>
      <w:r>
        <w:rPr>
          <w:sz w:val="24"/>
        </w:rPr>
        <w:t>C) We</w:t>
      </w:r>
      <w:r>
        <w:tab/>
      </w:r>
      <w:r>
        <w:rPr>
          <w:sz w:val="24"/>
        </w:rPr>
        <w:t>D) They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___ is the board. (uzağımda)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This</w:t>
      </w:r>
      <w:r>
        <w:tab/>
      </w:r>
      <w:r>
        <w:rPr>
          <w:sz w:val="24"/>
        </w:rPr>
        <w:t>B) We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That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This ___ a chair.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That ___ a door.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___ is my pencil case. (yakında)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This</w:t>
      </w:r>
      <w:r>
        <w:tab/>
      </w:r>
      <w:r>
        <w:rPr>
          <w:sz w:val="24"/>
        </w:rPr>
        <w:t>B) That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___ is the window. (uzağımda)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This</w:t>
      </w:r>
      <w:r>
        <w:tab/>
      </w:r>
      <w:r>
        <w:rPr>
          <w:sz w:val="24"/>
        </w:rPr>
        <w:t>B) That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This is a ___ . (sandalye)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chairs</w:t>
      </w:r>
      <w:r>
        <w:tab/>
      </w:r>
      <w:r>
        <w:rPr>
          <w:sz w:val="24"/>
        </w:rPr>
        <w:t>B) table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That is a ___ . (tahta)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board</w:t>
      </w:r>
      <w:r>
        <w:tab/>
      </w:r>
      <w:r>
        <w:rPr>
          <w:sz w:val="24"/>
        </w:rPr>
        <w:t>B) boards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___ this a pen?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___ that a ruler?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Is this a book? Yes, ___ 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it isn't</w:t>
      </w:r>
      <w:r>
        <w:tab/>
      </w:r>
      <w:r>
        <w:rPr>
          <w:sz w:val="24"/>
        </w:rPr>
        <w:t>B) they are</w:t>
      </w:r>
      <w:r>
        <w:tab/>
      </w:r>
      <w:r>
        <w:rPr>
          <w:sz w:val="24"/>
        </w:rPr>
        <w:t>C) it is</w:t>
      </w:r>
      <w:r>
        <w:tab/>
      </w:r>
      <w:r>
        <w:rPr>
          <w:sz w:val="24"/>
        </w:rPr>
        <w:t>D) it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Is that a door? No, ___ 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it isn't</w:t>
      </w:r>
      <w:r>
        <w:tab/>
      </w:r>
      <w:r>
        <w:rPr>
          <w:sz w:val="24"/>
        </w:rPr>
        <w:t>B) it is</w:t>
      </w:r>
      <w:r>
        <w:tab/>
      </w:r>
      <w:r>
        <w:rPr>
          <w:sz w:val="24"/>
        </w:rPr>
        <w:t>C) they aren't</w:t>
      </w:r>
      <w:r>
        <w:tab/>
      </w:r>
      <w:r>
        <w:rPr>
          <w:sz w:val="24"/>
        </w:rPr>
        <w:t>D) it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"Is this a pencil case?" "Yes, ___ ."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it is</w:t>
      </w:r>
      <w:r>
        <w:tab/>
      </w:r>
      <w:r>
        <w:rPr>
          <w:sz w:val="24"/>
        </w:rPr>
        <w:t>B) it's</w:t>
      </w:r>
      <w:r>
        <w:tab/>
      </w:r>
      <w:r>
        <w:rPr>
          <w:sz w:val="24"/>
        </w:rPr>
        <w:t>C) it isn't</w:t>
      </w:r>
      <w:r>
        <w:tab/>
      </w:r>
      <w:r>
        <w:rPr>
          <w:sz w:val="24"/>
        </w:rPr>
        <w:t>D) they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___ is this? It is a pen.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How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___ is that? It is a board.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How</w:t>
      </w:r>
      <w:r>
        <w:tab/>
      </w:r>
      <w:r>
        <w:rPr>
          <w:sz w:val="24"/>
        </w:rPr>
        <w:t>B) Which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Choose the correct answer.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 is a ruler. (yakında)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Yes, it is a long ruler.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That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We</w:t>
      </w:r>
      <w:r>
        <w:tab/>
      </w:r>
      <w:r>
        <w:rPr>
          <w:sz w:val="24"/>
        </w:rPr>
        <w:t>D) This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Read and choose the correct answer.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___ is that?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It is a window.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How</w:t>
      </w:r>
      <w:r>
        <w:tab/>
      </w:r>
      <w:r>
        <w:rPr>
          <w:sz w:val="24"/>
        </w:rPr>
        <w:t>B) Which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Choose the correct answer.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Is ___ a book? (yakında)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Yes, it is.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that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we</w:t>
      </w:r>
      <w:r>
        <w:tab/>
      </w:r>
      <w:r>
        <w:rPr>
          <w:sz w:val="24"/>
        </w:rPr>
        <w:t>D) this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Read and choose the correct answer.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Is that a chair?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No, it ___ 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Choose the correct answer.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Look! ___ is your school bag. (uzağımda)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Yes, it is.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This</w:t>
      </w:r>
      <w:r>
        <w:tab/>
      </w:r>
      <w:r>
        <w:rPr>
          <w:sz w:val="24"/>
        </w:rPr>
        <w:t>B) That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This is a pen. ___ is a ruler. (uzağımda)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That</w:t>
      </w:r>
      <w:r>
        <w:tab/>
      </w:r>
      <w:r>
        <w:rPr>
          <w:sz w:val="24"/>
        </w:rPr>
        <w:t>B) This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___ is a book, and that is a pen. (yakında)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This</w:t>
      </w:r>
      <w:r>
        <w:tab/>
      </w:r>
      <w:r>
        <w:rPr>
          <w:sz w:val="24"/>
        </w:rPr>
        <w:t>B) That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Look at the board. ___ is the board.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That</w:t>
      </w:r>
      <w:r>
        <w:tab/>
      </w:r>
      <w:r>
        <w:rPr>
          <w:sz w:val="24"/>
        </w:rPr>
        <w:t>B) This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