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Cevap Anahtarı — 3. Sınıf İngilizce — Ünite 1 My Classroom · This / That · Birleşik Test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</w:tcPr>
          <w:p>
            <w:r>
              <w:rPr>
                <w:b/>
                <w:sz w:val="22"/>
              </w:rPr>
              <w:t>1.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5. C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6.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7.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8.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9.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10. A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11.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12.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13.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14.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15. A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16.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17.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18.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19.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20. D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21.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22.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23.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24.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25. A</w:t>
            </w:r>
          </w:p>
        </w:tc>
      </w:tr>
    </w:tbl>
    <w:p/>
    <w:p>
      <w:r>
        <w:rPr>
          <w:b/>
          <w:sz w:val="19"/>
        </w:rPr>
        <w:t>Kapsam Notu</w:t>
      </w:r>
    </w:p>
    <w:p>
      <w:r>
        <w:rPr>
          <w:sz w:val="18"/>
        </w:rPr>
        <w:t>• Konular: "This is ..." / "That is ..." (yakın-uzak), Is this ...? / Is that ...? (kısa cevap), Sınıf eşyaları, "What is this?" / "What?"</w:t>
        <w:br/>
        <w:t>• Seviye: Kolay + Orta</w:t>
        <w:br/>
        <w:t>• Kaynak: KKTC MEB Temel Eğitim İngilizce Öğretim Programı</w:t>
        <w:br/>
        <w:t>• Üretim: i.niyazi.cv müfredat paneli (birleşik test)</w:t>
      </w:r>
    </w:p>
    <w:sectPr w:rsidR="00FC693F" w:rsidRPr="0006063C" w:rsidSect="00034616"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iramit" w:hAnsi="Niramit" w:eastAsia="Niramit" w:cs="Niramit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