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0"/>
        </w:rPr>
        <w:t>3. Sınıf İngilizce — Ünite 1 My Classroom · Birleşik Test (Pronouns + to be · Sınıf eşyaları · Sayılar 1-20)</w:t>
      </w:r>
    </w:p>
    <w:p>
      <w:pPr>
        <w:jc w:val="center"/>
      </w:pPr>
      <w:r>
        <w:rPr>
          <w:color w:val="6E6860"/>
          <w:sz w:val="19"/>
        </w:rPr>
        <w:t>Kapsam: Pronouns (I / you / it / they) + to be · Sınıf eşyaları (22 kelime) · Sayılar 1-20</w:t>
      </w:r>
    </w:p>
    <w:p>
      <w:pPr>
        <w:jc w:val="center"/>
      </w:pPr>
      <w:r>
        <w:rPr>
          <w:color w:val="6E6860"/>
          <w:sz w:val="19"/>
        </w:rPr>
        <w:t>76 soru · 4 seçenekli · 3. Sınıf · Ünite 1</w:t>
      </w:r>
    </w:p>
    <w:p>
      <w:r>
        <w:rPr>
          <w:sz w:val="21"/>
        </w:rPr>
        <w:t>Ad Soyad: .............................................        Puan: ............</w:t>
      </w:r>
    </w:p>
    <w:p>
      <w:r>
        <w:rPr>
          <w:i/>
          <w:color w:val="6E6860"/>
          <w:sz w:val="21"/>
        </w:rPr>
        <w:t>Aşağıdaki sorularda doğru seçeneği işaretleyin.</w:t>
      </w:r>
    </w:p>
    <w:p/>
    <w:p>
      <w:pPr>
        <w:spacing w:after="40"/>
      </w:pPr>
      <w:r>
        <w:rPr>
          <w:b/>
          <w:sz w:val="24"/>
        </w:rPr>
        <w:t xml:space="preserve">1. </w:t>
      </w:r>
      <w:r>
        <w:rPr>
          <w:sz w:val="24"/>
        </w:rPr>
        <w:t>___ am a student.</w:t>
      </w:r>
    </w:p>
    <w:p>
      <w:pPr>
        <w:tabs>
          <w:tab w:pos="720" w:val="left"/>
          <w:tab w:pos="3129" w:val="left"/>
          <w:tab w:pos="5539" w:val="left"/>
          <w:tab w:pos="7948" w:val="left"/>
        </w:tabs>
        <w:spacing w:before="20" w:after="40"/>
      </w:pPr>
      <w:r>
        <w:tab/>
      </w:r>
      <w:r>
        <w:rPr>
          <w:sz w:val="24"/>
        </w:rPr>
        <w:t>A) They</w:t>
      </w:r>
      <w:r>
        <w:tab/>
      </w:r>
      <w:r>
        <w:rPr>
          <w:sz w:val="24"/>
        </w:rPr>
        <w:t>B) I</w:t>
      </w:r>
      <w:r>
        <w:tab/>
      </w:r>
      <w:r>
        <w:rPr>
          <w:sz w:val="24"/>
        </w:rPr>
        <w:t>C) It</w:t>
      </w:r>
      <w:r>
        <w:tab/>
      </w:r>
      <w:r>
        <w:rPr>
          <w:sz w:val="24"/>
        </w:rPr>
        <w:t>D) You</w:t>
      </w:r>
    </w:p>
    <w:p>
      <w:pPr>
        <w:spacing w:after="40"/>
      </w:pPr>
    </w:p>
    <w:p>
      <w:pPr>
        <w:spacing w:after="40"/>
      </w:pPr>
      <w:r>
        <w:rPr>
          <w:b/>
          <w:sz w:val="24"/>
        </w:rPr>
        <w:t xml:space="preserve">2. </w:t>
      </w:r>
      <w:r>
        <w:rPr>
          <w:sz w:val="24"/>
        </w:rPr>
        <w:t>___ are a student.</w:t>
      </w:r>
    </w:p>
    <w:p>
      <w:pPr>
        <w:tabs>
          <w:tab w:pos="720" w:val="left"/>
          <w:tab w:pos="3129" w:val="left"/>
          <w:tab w:pos="5539" w:val="left"/>
          <w:tab w:pos="7948" w:val="left"/>
        </w:tabs>
        <w:spacing w:before="20" w:after="40"/>
      </w:pPr>
      <w:r>
        <w:tab/>
      </w:r>
      <w:r>
        <w:rPr>
          <w:sz w:val="24"/>
        </w:rPr>
        <w:t>A) You</w:t>
      </w:r>
      <w:r>
        <w:tab/>
      </w:r>
      <w:r>
        <w:rPr>
          <w:sz w:val="24"/>
        </w:rPr>
        <w:t>B) They</w:t>
      </w:r>
      <w:r>
        <w:tab/>
      </w:r>
      <w:r>
        <w:rPr>
          <w:sz w:val="24"/>
        </w:rPr>
        <w:t>C) It</w:t>
      </w:r>
      <w:r>
        <w:tab/>
      </w:r>
      <w:r>
        <w:rPr>
          <w:sz w:val="24"/>
        </w:rPr>
        <w:t>D) I</w:t>
      </w:r>
    </w:p>
    <w:p>
      <w:pPr>
        <w:spacing w:after="40"/>
      </w:pPr>
    </w:p>
    <w:p>
      <w:pPr>
        <w:spacing w:after="40"/>
      </w:pPr>
      <w:r>
        <w:rPr>
          <w:b/>
          <w:sz w:val="24"/>
        </w:rPr>
        <w:t xml:space="preserve">3. </w:t>
      </w:r>
      <w:r>
        <w:rPr>
          <w:sz w:val="24"/>
        </w:rPr>
        <w:t>___ is a pencil.</w:t>
      </w:r>
    </w:p>
    <w:p>
      <w:pPr>
        <w:tabs>
          <w:tab w:pos="720" w:val="left"/>
          <w:tab w:pos="3129" w:val="left"/>
          <w:tab w:pos="5539" w:val="left"/>
          <w:tab w:pos="7948" w:val="left"/>
        </w:tabs>
        <w:spacing w:before="20" w:after="40"/>
      </w:pPr>
      <w:r>
        <w:tab/>
      </w:r>
      <w:r>
        <w:rPr>
          <w:sz w:val="24"/>
        </w:rPr>
        <w:t>A) It</w:t>
      </w:r>
      <w:r>
        <w:tab/>
      </w:r>
      <w:r>
        <w:rPr>
          <w:sz w:val="24"/>
        </w:rPr>
        <w:t>B) They</w:t>
      </w:r>
      <w:r>
        <w:tab/>
      </w:r>
      <w:r>
        <w:rPr>
          <w:sz w:val="24"/>
        </w:rPr>
        <w:t>C) I</w:t>
      </w:r>
      <w:r>
        <w:tab/>
      </w:r>
      <w:r>
        <w:rPr>
          <w:sz w:val="24"/>
        </w:rPr>
        <w:t>D) You</w:t>
      </w:r>
    </w:p>
    <w:p>
      <w:pPr>
        <w:spacing w:after="40"/>
      </w:pPr>
    </w:p>
    <w:p>
      <w:pPr>
        <w:spacing w:after="40"/>
      </w:pPr>
      <w:r>
        <w:rPr>
          <w:b/>
          <w:sz w:val="24"/>
        </w:rPr>
        <w:t xml:space="preserve">4. </w:t>
      </w:r>
      <w:r>
        <w:rPr>
          <w:sz w:val="24"/>
        </w:rPr>
        <w:t>___ are pencils.</w:t>
      </w:r>
    </w:p>
    <w:p>
      <w:pPr>
        <w:tabs>
          <w:tab w:pos="720" w:val="left"/>
          <w:tab w:pos="3129" w:val="left"/>
          <w:tab w:pos="5539" w:val="left"/>
          <w:tab w:pos="7948" w:val="left"/>
        </w:tabs>
        <w:spacing w:before="20" w:after="40"/>
      </w:pPr>
      <w:r>
        <w:tab/>
      </w:r>
      <w:r>
        <w:rPr>
          <w:sz w:val="24"/>
        </w:rPr>
        <w:t>A) I</w:t>
      </w:r>
      <w:r>
        <w:tab/>
      </w:r>
      <w:r>
        <w:rPr>
          <w:sz w:val="24"/>
        </w:rPr>
        <w:t>B) They</w:t>
      </w:r>
      <w:r>
        <w:tab/>
      </w:r>
      <w:r>
        <w:rPr>
          <w:sz w:val="24"/>
        </w:rPr>
        <w:t>C) It</w:t>
      </w:r>
      <w:r>
        <w:tab/>
      </w:r>
      <w:r>
        <w:rPr>
          <w:sz w:val="24"/>
        </w:rPr>
        <w:t>D) You</w:t>
      </w:r>
    </w:p>
    <w:p>
      <w:pPr>
        <w:spacing w:after="40"/>
      </w:pPr>
    </w:p>
    <w:p>
      <w:pPr>
        <w:spacing w:after="40"/>
      </w:pPr>
      <w:r>
        <w:rPr>
          <w:b/>
          <w:sz w:val="24"/>
        </w:rPr>
        <w:t xml:space="preserve">5. </w:t>
      </w:r>
      <w:r>
        <w:rPr>
          <w:sz w:val="24"/>
        </w:rPr>
        <w:t>___ am ten.</w:t>
      </w:r>
    </w:p>
    <w:p>
      <w:pPr>
        <w:tabs>
          <w:tab w:pos="720" w:val="left"/>
          <w:tab w:pos="3129" w:val="left"/>
          <w:tab w:pos="5539" w:val="left"/>
          <w:tab w:pos="7948" w:val="left"/>
        </w:tabs>
        <w:spacing w:before="20" w:after="40"/>
      </w:pPr>
      <w:r>
        <w:tab/>
      </w:r>
      <w:r>
        <w:rPr>
          <w:sz w:val="24"/>
        </w:rPr>
        <w:t>A) They</w:t>
      </w:r>
      <w:r>
        <w:tab/>
      </w:r>
      <w:r>
        <w:rPr>
          <w:sz w:val="24"/>
        </w:rPr>
        <w:t>B) It</w:t>
      </w:r>
      <w:r>
        <w:tab/>
      </w:r>
      <w:r>
        <w:rPr>
          <w:sz w:val="24"/>
        </w:rPr>
        <w:t>C) I</w:t>
      </w:r>
      <w:r>
        <w:tab/>
      </w:r>
      <w:r>
        <w:rPr>
          <w:sz w:val="24"/>
        </w:rPr>
        <w:t>D) You</w:t>
      </w:r>
    </w:p>
    <w:p>
      <w:pPr>
        <w:spacing w:after="40"/>
      </w:pPr>
    </w:p>
    <w:p>
      <w:pPr>
        <w:spacing w:after="40"/>
      </w:pPr>
      <w:r>
        <w:rPr>
          <w:b/>
          <w:sz w:val="24"/>
        </w:rPr>
        <w:t xml:space="preserve">6. </w:t>
      </w:r>
      <w:r>
        <w:rPr>
          <w:sz w:val="24"/>
        </w:rPr>
        <w:t>___ are my books.</w:t>
      </w:r>
    </w:p>
    <w:p>
      <w:pPr>
        <w:tabs>
          <w:tab w:pos="720" w:val="left"/>
          <w:tab w:pos="3129" w:val="left"/>
          <w:tab w:pos="5539" w:val="left"/>
          <w:tab w:pos="7948" w:val="left"/>
        </w:tabs>
        <w:spacing w:before="20" w:after="40"/>
      </w:pPr>
      <w:r>
        <w:tab/>
      </w:r>
      <w:r>
        <w:rPr>
          <w:sz w:val="24"/>
        </w:rPr>
        <w:t>A) They</w:t>
      </w:r>
      <w:r>
        <w:tab/>
      </w:r>
      <w:r>
        <w:rPr>
          <w:sz w:val="24"/>
        </w:rPr>
        <w:t>B) You</w:t>
      </w:r>
      <w:r>
        <w:tab/>
      </w:r>
      <w:r>
        <w:rPr>
          <w:sz w:val="24"/>
        </w:rPr>
        <w:t>C) It</w:t>
      </w:r>
      <w:r>
        <w:tab/>
      </w:r>
      <w:r>
        <w:rPr>
          <w:sz w:val="24"/>
        </w:rPr>
        <w:t>D) I</w:t>
      </w:r>
    </w:p>
    <w:p>
      <w:pPr>
        <w:spacing w:after="40"/>
      </w:pPr>
    </w:p>
    <w:p>
      <w:pPr>
        <w:spacing w:after="40"/>
      </w:pPr>
      <w:r>
        <w:rPr>
          <w:b/>
          <w:sz w:val="24"/>
        </w:rPr>
        <w:t xml:space="preserve">7. </w:t>
      </w:r>
      <w:r>
        <w:rPr>
          <w:sz w:val="24"/>
        </w:rPr>
        <w:t>I ___ a student.</w:t>
      </w:r>
    </w:p>
    <w:p>
      <w:pPr>
        <w:tabs>
          <w:tab w:pos="720" w:val="left"/>
          <w:tab w:pos="3129" w:val="left"/>
          <w:tab w:pos="5539" w:val="left"/>
          <w:tab w:pos="7948" w:val="left"/>
        </w:tabs>
        <w:spacing w:before="20" w:after="40"/>
      </w:pPr>
      <w:r>
        <w:tab/>
      </w:r>
      <w:r>
        <w:rPr>
          <w:sz w:val="24"/>
        </w:rPr>
        <w:t>A) am</w:t>
      </w:r>
      <w:r>
        <w:tab/>
      </w:r>
      <w:r>
        <w:rPr>
          <w:sz w:val="24"/>
        </w:rPr>
        <w:t>B) is</w:t>
      </w:r>
      <w:r>
        <w:tab/>
      </w:r>
      <w:r>
        <w:rPr>
          <w:sz w:val="24"/>
        </w:rPr>
        <w:t>C) are</w:t>
      </w:r>
      <w:r>
        <w:tab/>
      </w:r>
      <w:r>
        <w:rPr>
          <w:sz w:val="24"/>
        </w:rPr>
        <w:t>D) be</w:t>
      </w:r>
    </w:p>
    <w:p>
      <w:pPr>
        <w:spacing w:after="40"/>
      </w:pPr>
    </w:p>
    <w:p>
      <w:pPr>
        <w:spacing w:after="40"/>
      </w:pPr>
      <w:r>
        <w:rPr>
          <w:b/>
          <w:sz w:val="24"/>
        </w:rPr>
        <w:t xml:space="preserve">8. </w:t>
      </w:r>
      <w:r>
        <w:rPr>
          <w:sz w:val="24"/>
        </w:rPr>
        <w:t>You ___ a student.</w:t>
      </w:r>
    </w:p>
    <w:p>
      <w:pPr>
        <w:tabs>
          <w:tab w:pos="720" w:val="left"/>
          <w:tab w:pos="3129" w:val="left"/>
          <w:tab w:pos="5539" w:val="left"/>
          <w:tab w:pos="7948" w:val="left"/>
        </w:tabs>
        <w:spacing w:before="20" w:after="40"/>
      </w:pPr>
      <w:r>
        <w:tab/>
      </w:r>
      <w:r>
        <w:rPr>
          <w:sz w:val="24"/>
        </w:rPr>
        <w:t>A) be</w:t>
      </w:r>
      <w:r>
        <w:tab/>
      </w:r>
      <w:r>
        <w:rPr>
          <w:sz w:val="24"/>
        </w:rPr>
        <w:t>B) are</w:t>
      </w:r>
      <w:r>
        <w:tab/>
      </w:r>
      <w:r>
        <w:rPr>
          <w:sz w:val="24"/>
        </w:rPr>
        <w:t>C) am</w:t>
      </w:r>
      <w:r>
        <w:tab/>
      </w:r>
      <w:r>
        <w:rPr>
          <w:sz w:val="24"/>
        </w:rPr>
        <w:t>D) is</w:t>
      </w:r>
    </w:p>
    <w:p>
      <w:pPr>
        <w:spacing w:after="40"/>
      </w:pPr>
    </w:p>
    <w:p>
      <w:pPr>
        <w:spacing w:after="40"/>
      </w:pPr>
      <w:r>
        <w:rPr>
          <w:b/>
          <w:sz w:val="24"/>
        </w:rPr>
        <w:t xml:space="preserve">9. </w:t>
      </w:r>
      <w:r>
        <w:rPr>
          <w:sz w:val="24"/>
        </w:rPr>
        <w:t>It ___ a pen.</w:t>
      </w:r>
    </w:p>
    <w:p>
      <w:pPr>
        <w:tabs>
          <w:tab w:pos="720" w:val="left"/>
          <w:tab w:pos="3129" w:val="left"/>
          <w:tab w:pos="5539" w:val="left"/>
          <w:tab w:pos="7948" w:val="left"/>
        </w:tabs>
        <w:spacing w:before="20" w:after="40"/>
      </w:pPr>
      <w:r>
        <w:tab/>
      </w:r>
      <w:r>
        <w:rPr>
          <w:sz w:val="24"/>
        </w:rPr>
        <w:t>A) are</w:t>
      </w:r>
      <w:r>
        <w:tab/>
      </w:r>
      <w:r>
        <w:rPr>
          <w:sz w:val="24"/>
        </w:rPr>
        <w:t>B) am</w:t>
      </w:r>
      <w:r>
        <w:tab/>
      </w:r>
      <w:r>
        <w:rPr>
          <w:sz w:val="24"/>
        </w:rPr>
        <w:t>C) be</w:t>
      </w:r>
      <w:r>
        <w:tab/>
      </w:r>
      <w:r>
        <w:rPr>
          <w:sz w:val="24"/>
        </w:rPr>
        <w:t>D) is</w:t>
      </w:r>
    </w:p>
    <w:p>
      <w:pPr>
        <w:spacing w:after="40"/>
      </w:pPr>
    </w:p>
    <w:p>
      <w:pPr>
        <w:spacing w:after="40"/>
      </w:pPr>
      <w:r>
        <w:rPr>
          <w:b/>
          <w:sz w:val="24"/>
        </w:rPr>
        <w:t xml:space="preserve">10. </w:t>
      </w:r>
      <w:r>
        <w:rPr>
          <w:sz w:val="24"/>
        </w:rPr>
        <w:t>They ___ books.</w:t>
      </w:r>
    </w:p>
    <w:p>
      <w:pPr>
        <w:tabs>
          <w:tab w:pos="720" w:val="left"/>
          <w:tab w:pos="3129" w:val="left"/>
          <w:tab w:pos="5539" w:val="left"/>
          <w:tab w:pos="7948" w:val="left"/>
        </w:tabs>
        <w:spacing w:before="20" w:after="40"/>
      </w:pPr>
      <w:r>
        <w:tab/>
      </w:r>
      <w:r>
        <w:rPr>
          <w:sz w:val="24"/>
        </w:rPr>
        <w:t>A) be</w:t>
      </w:r>
      <w:r>
        <w:tab/>
      </w:r>
      <w:r>
        <w:rPr>
          <w:sz w:val="24"/>
        </w:rPr>
        <w:t>B) am</w:t>
      </w:r>
      <w:r>
        <w:tab/>
      </w:r>
      <w:r>
        <w:rPr>
          <w:sz w:val="24"/>
        </w:rPr>
        <w:t>C) are</w:t>
      </w:r>
      <w:r>
        <w:tab/>
      </w:r>
      <w:r>
        <w:rPr>
          <w:sz w:val="24"/>
        </w:rPr>
        <w:t>D) is</w:t>
      </w:r>
    </w:p>
    <w:p>
      <w:pPr>
        <w:spacing w:after="40"/>
      </w:pPr>
    </w:p>
    <w:p>
      <w:pPr>
        <w:spacing w:after="40"/>
      </w:pPr>
      <w:r>
        <w:rPr>
          <w:b/>
          <w:sz w:val="24"/>
        </w:rPr>
        <w:t xml:space="preserve">11. </w:t>
      </w:r>
      <w:r>
        <w:rPr>
          <w:sz w:val="24"/>
        </w:rPr>
        <w:t>It ___ a pencil case.</w:t>
      </w:r>
    </w:p>
    <w:p>
      <w:pPr>
        <w:tabs>
          <w:tab w:pos="720" w:val="left"/>
          <w:tab w:pos="3129" w:val="left"/>
          <w:tab w:pos="5539" w:val="left"/>
          <w:tab w:pos="7948" w:val="left"/>
        </w:tabs>
        <w:spacing w:before="20" w:after="40"/>
      </w:pPr>
      <w:r>
        <w:tab/>
      </w:r>
      <w:r>
        <w:rPr>
          <w:sz w:val="24"/>
        </w:rPr>
        <w:t>A) be</w:t>
      </w:r>
      <w:r>
        <w:tab/>
      </w:r>
      <w:r>
        <w:rPr>
          <w:sz w:val="24"/>
        </w:rPr>
        <w:t>B) am</w:t>
      </w:r>
      <w:r>
        <w:tab/>
      </w:r>
      <w:r>
        <w:rPr>
          <w:sz w:val="24"/>
        </w:rPr>
        <w:t>C) is</w:t>
      </w:r>
      <w:r>
        <w:tab/>
      </w:r>
      <w:r>
        <w:rPr>
          <w:sz w:val="24"/>
        </w:rPr>
        <w:t>D) are</w:t>
      </w:r>
    </w:p>
    <w:p>
      <w:pPr>
        <w:spacing w:after="40"/>
      </w:pPr>
    </w:p>
    <w:p>
      <w:pPr>
        <w:spacing w:after="40"/>
      </w:pPr>
      <w:r>
        <w:rPr>
          <w:b/>
          <w:sz w:val="24"/>
        </w:rPr>
        <w:t xml:space="preserve">12. </w:t>
      </w:r>
      <w:r>
        <w:rPr>
          <w:sz w:val="24"/>
        </w:rPr>
        <w:t>They ___ rulers.</w:t>
      </w:r>
    </w:p>
    <w:p>
      <w:pPr>
        <w:tabs>
          <w:tab w:pos="720" w:val="left"/>
          <w:tab w:pos="3129" w:val="left"/>
          <w:tab w:pos="5539" w:val="left"/>
          <w:tab w:pos="7948" w:val="left"/>
        </w:tabs>
        <w:spacing w:before="20" w:after="40"/>
      </w:pPr>
      <w:r>
        <w:tab/>
      </w:r>
      <w:r>
        <w:rPr>
          <w:sz w:val="24"/>
        </w:rPr>
        <w:t>A) am</w:t>
      </w:r>
      <w:r>
        <w:tab/>
      </w:r>
      <w:r>
        <w:rPr>
          <w:sz w:val="24"/>
        </w:rPr>
        <w:t>B) be</w:t>
      </w:r>
      <w:r>
        <w:tab/>
      </w:r>
      <w:r>
        <w:rPr>
          <w:sz w:val="24"/>
        </w:rPr>
        <w:t>C) are</w:t>
      </w:r>
      <w:r>
        <w:tab/>
      </w:r>
      <w:r>
        <w:rPr>
          <w:sz w:val="24"/>
        </w:rPr>
        <w:t>D) is</w:t>
      </w:r>
    </w:p>
    <w:p>
      <w:pPr>
        <w:spacing w:after="40"/>
      </w:pPr>
    </w:p>
    <w:p>
      <w:pPr>
        <w:spacing w:after="40"/>
      </w:pPr>
      <w:r>
        <w:rPr>
          <w:b/>
          <w:sz w:val="24"/>
        </w:rPr>
        <w:t xml:space="preserve">13. </w:t>
      </w:r>
      <w:r>
        <w:rPr>
          <w:sz w:val="24"/>
        </w:rPr>
        <w:t>You ___ in the classroom.</w:t>
      </w:r>
    </w:p>
    <w:p>
      <w:pPr>
        <w:tabs>
          <w:tab w:pos="720" w:val="left"/>
          <w:tab w:pos="3129" w:val="left"/>
          <w:tab w:pos="5539" w:val="left"/>
          <w:tab w:pos="7948" w:val="left"/>
        </w:tabs>
        <w:spacing w:before="20" w:after="40"/>
      </w:pPr>
      <w:r>
        <w:tab/>
      </w:r>
      <w:r>
        <w:rPr>
          <w:sz w:val="24"/>
        </w:rPr>
        <w:t>A) are</w:t>
      </w:r>
      <w:r>
        <w:tab/>
      </w:r>
      <w:r>
        <w:rPr>
          <w:sz w:val="24"/>
        </w:rPr>
        <w:t>B) is</w:t>
      </w:r>
      <w:r>
        <w:tab/>
      </w:r>
      <w:r>
        <w:rPr>
          <w:sz w:val="24"/>
        </w:rPr>
        <w:t>C) am</w:t>
      </w:r>
      <w:r>
        <w:tab/>
      </w:r>
      <w:r>
        <w:rPr>
          <w:sz w:val="24"/>
        </w:rPr>
        <w:t>D) be</w:t>
      </w:r>
    </w:p>
    <w:p>
      <w:pPr>
        <w:spacing w:after="40"/>
      </w:pPr>
    </w:p>
    <w:p>
      <w:pPr>
        <w:spacing w:after="40"/>
      </w:pPr>
      <w:r>
        <w:rPr>
          <w:b/>
          <w:sz w:val="24"/>
        </w:rPr>
        <w:t xml:space="preserve">14. </w:t>
      </w:r>
      <w:r>
        <w:rPr>
          <w:sz w:val="24"/>
        </w:rPr>
        <w:t>It ___ a table.</w:t>
      </w:r>
    </w:p>
    <w:p>
      <w:pPr>
        <w:tabs>
          <w:tab w:pos="720" w:val="left"/>
          <w:tab w:pos="3129" w:val="left"/>
          <w:tab w:pos="5539" w:val="left"/>
          <w:tab w:pos="7948" w:val="left"/>
        </w:tabs>
        <w:spacing w:before="20" w:after="40"/>
      </w:pPr>
      <w:r>
        <w:tab/>
      </w:r>
      <w:r>
        <w:rPr>
          <w:sz w:val="24"/>
        </w:rPr>
        <w:t>A) is</w:t>
      </w:r>
      <w:r>
        <w:tab/>
      </w:r>
      <w:r>
        <w:rPr>
          <w:sz w:val="24"/>
        </w:rPr>
        <w:t>B) be</w:t>
      </w:r>
      <w:r>
        <w:tab/>
      </w:r>
      <w:r>
        <w:rPr>
          <w:sz w:val="24"/>
        </w:rPr>
        <w:t>C) are</w:t>
      </w:r>
      <w:r>
        <w:tab/>
      </w:r>
      <w:r>
        <w:rPr>
          <w:sz w:val="24"/>
        </w:rPr>
        <w:t>D) am</w:t>
      </w:r>
    </w:p>
    <w:p>
      <w:pPr>
        <w:spacing w:after="40"/>
      </w:pPr>
    </w:p>
    <w:p>
      <w:pPr>
        <w:spacing w:after="40"/>
      </w:pPr>
      <w:r>
        <w:rPr>
          <w:b/>
          <w:sz w:val="24"/>
        </w:rPr>
        <w:t xml:space="preserve">15. </w:t>
      </w:r>
      <w:r>
        <w:rPr>
          <w:sz w:val="24"/>
        </w:rPr>
        <w:t>___ is a book.</w:t>
      </w:r>
    </w:p>
    <w:p>
      <w:pPr>
        <w:tabs>
          <w:tab w:pos="720" w:val="left"/>
          <w:tab w:pos="3129" w:val="left"/>
          <w:tab w:pos="5539" w:val="left"/>
          <w:tab w:pos="7948" w:val="left"/>
        </w:tabs>
        <w:spacing w:before="20" w:after="40"/>
      </w:pPr>
      <w:r>
        <w:tab/>
      </w:r>
      <w:r>
        <w:rPr>
          <w:sz w:val="24"/>
        </w:rPr>
        <w:t>A) I</w:t>
      </w:r>
      <w:r>
        <w:tab/>
      </w:r>
      <w:r>
        <w:rPr>
          <w:sz w:val="24"/>
        </w:rPr>
        <w:t>B) They</w:t>
      </w:r>
      <w:r>
        <w:tab/>
      </w:r>
      <w:r>
        <w:rPr>
          <w:sz w:val="24"/>
        </w:rPr>
        <w:t>C) You</w:t>
      </w:r>
      <w:r>
        <w:tab/>
      </w:r>
      <w:r>
        <w:rPr>
          <w:sz w:val="24"/>
        </w:rPr>
        <w:t>D) It</w:t>
      </w:r>
    </w:p>
    <w:p>
      <w:pPr>
        <w:spacing w:after="40"/>
      </w:pPr>
    </w:p>
    <w:p>
      <w:pPr>
        <w:spacing w:after="40"/>
      </w:pPr>
      <w:r>
        <w:rPr>
          <w:b/>
          <w:sz w:val="24"/>
        </w:rPr>
        <w:t xml:space="preserve">16. </w:t>
      </w:r>
      <w:r>
        <w:rPr>
          <w:sz w:val="24"/>
        </w:rPr>
        <w:t>___ are books.</w:t>
      </w:r>
    </w:p>
    <w:p>
      <w:pPr>
        <w:tabs>
          <w:tab w:pos="720" w:val="left"/>
          <w:tab w:pos="3129" w:val="left"/>
          <w:tab w:pos="5539" w:val="left"/>
          <w:tab w:pos="7948" w:val="left"/>
        </w:tabs>
        <w:spacing w:before="20" w:after="40"/>
      </w:pPr>
      <w:r>
        <w:tab/>
      </w:r>
      <w:r>
        <w:rPr>
          <w:sz w:val="24"/>
        </w:rPr>
        <w:t>A) I</w:t>
      </w:r>
      <w:r>
        <w:tab/>
      </w:r>
      <w:r>
        <w:rPr>
          <w:sz w:val="24"/>
        </w:rPr>
        <w:t>B) You</w:t>
      </w:r>
      <w:r>
        <w:tab/>
      </w:r>
      <w:r>
        <w:rPr>
          <w:sz w:val="24"/>
        </w:rPr>
        <w:t>C) It</w:t>
      </w:r>
      <w:r>
        <w:tab/>
      </w:r>
      <w:r>
        <w:rPr>
          <w:sz w:val="24"/>
        </w:rPr>
        <w:t>D) They</w:t>
      </w:r>
    </w:p>
    <w:p>
      <w:pPr>
        <w:spacing w:after="40"/>
      </w:pPr>
    </w:p>
    <w:p>
      <w:pPr>
        <w:spacing w:after="40"/>
      </w:pPr>
      <w:r>
        <w:rPr>
          <w:b/>
          <w:sz w:val="24"/>
        </w:rPr>
        <w:t xml:space="preserve">17. </w:t>
      </w:r>
      <w:r>
        <w:rPr>
          <w:sz w:val="24"/>
        </w:rPr>
        <w:t>___ is a chair.</w:t>
      </w:r>
    </w:p>
    <w:p>
      <w:pPr>
        <w:tabs>
          <w:tab w:pos="720" w:val="left"/>
          <w:tab w:pos="3129" w:val="left"/>
          <w:tab w:pos="5539" w:val="left"/>
          <w:tab w:pos="7948" w:val="left"/>
        </w:tabs>
        <w:spacing w:before="20" w:after="40"/>
      </w:pPr>
      <w:r>
        <w:tab/>
      </w:r>
      <w:r>
        <w:rPr>
          <w:sz w:val="24"/>
        </w:rPr>
        <w:t>A) You</w:t>
      </w:r>
      <w:r>
        <w:tab/>
      </w:r>
      <w:r>
        <w:rPr>
          <w:sz w:val="24"/>
        </w:rPr>
        <w:t>B) I</w:t>
      </w:r>
      <w:r>
        <w:tab/>
      </w:r>
      <w:r>
        <w:rPr>
          <w:sz w:val="24"/>
        </w:rPr>
        <w:t>C) It</w:t>
      </w:r>
      <w:r>
        <w:tab/>
      </w:r>
      <w:r>
        <w:rPr>
          <w:sz w:val="24"/>
        </w:rPr>
        <w:t>D) They</w:t>
      </w:r>
    </w:p>
    <w:p>
      <w:pPr>
        <w:spacing w:after="40"/>
      </w:pPr>
    </w:p>
    <w:p>
      <w:pPr>
        <w:spacing w:after="40"/>
      </w:pPr>
      <w:r>
        <w:rPr>
          <w:b/>
          <w:sz w:val="24"/>
        </w:rPr>
        <w:t xml:space="preserve">18. </w:t>
      </w:r>
      <w:r>
        <w:rPr>
          <w:sz w:val="24"/>
        </w:rPr>
        <w:t>___ are chairs.</w:t>
      </w:r>
    </w:p>
    <w:p>
      <w:pPr>
        <w:tabs>
          <w:tab w:pos="720" w:val="left"/>
          <w:tab w:pos="3129" w:val="left"/>
          <w:tab w:pos="5539" w:val="left"/>
          <w:tab w:pos="7948" w:val="left"/>
        </w:tabs>
        <w:spacing w:before="20" w:after="40"/>
      </w:pPr>
      <w:r>
        <w:tab/>
      </w:r>
      <w:r>
        <w:rPr>
          <w:sz w:val="24"/>
        </w:rPr>
        <w:t>A) It</w:t>
      </w:r>
      <w:r>
        <w:tab/>
      </w:r>
      <w:r>
        <w:rPr>
          <w:sz w:val="24"/>
        </w:rPr>
        <w:t>B) They</w:t>
      </w:r>
      <w:r>
        <w:tab/>
      </w:r>
      <w:r>
        <w:rPr>
          <w:sz w:val="24"/>
        </w:rPr>
        <w:t>C) You</w:t>
      </w:r>
      <w:r>
        <w:tab/>
      </w:r>
      <w:r>
        <w:rPr>
          <w:sz w:val="24"/>
        </w:rPr>
        <w:t>D) I</w:t>
      </w:r>
    </w:p>
    <w:p>
      <w:pPr>
        <w:spacing w:after="40"/>
      </w:pPr>
    </w:p>
    <w:p>
      <w:pPr>
        <w:spacing w:after="40"/>
      </w:pPr>
      <w:r>
        <w:rPr>
          <w:b/>
          <w:sz w:val="24"/>
        </w:rPr>
        <w:t xml:space="preserve">19. </w:t>
      </w:r>
      <w:r>
        <w:rPr>
          <w:sz w:val="24"/>
        </w:rPr>
        <w:t>___ ___ a student. (ben)</w:t>
      </w:r>
    </w:p>
    <w:p>
      <w:pPr>
        <w:tabs>
          <w:tab w:pos="720" w:val="left"/>
          <w:tab w:pos="3129" w:val="left"/>
          <w:tab w:pos="5539" w:val="left"/>
          <w:tab w:pos="7948" w:val="left"/>
        </w:tabs>
        <w:spacing w:before="20" w:after="40"/>
      </w:pPr>
      <w:r>
        <w:tab/>
      </w:r>
      <w:r>
        <w:rPr>
          <w:sz w:val="24"/>
        </w:rPr>
        <w:t>A) They are</w:t>
      </w:r>
      <w:r>
        <w:tab/>
      </w:r>
      <w:r>
        <w:rPr>
          <w:sz w:val="24"/>
        </w:rPr>
        <w:t>B) You are</w:t>
      </w:r>
      <w:r>
        <w:tab/>
      </w:r>
      <w:r>
        <w:rPr>
          <w:sz w:val="24"/>
        </w:rPr>
        <w:t>C) It is</w:t>
      </w:r>
      <w:r>
        <w:tab/>
      </w:r>
      <w:r>
        <w:rPr>
          <w:sz w:val="24"/>
        </w:rPr>
        <w:t>D) I am</w:t>
      </w:r>
    </w:p>
    <w:p>
      <w:pPr>
        <w:spacing w:after="40"/>
      </w:pPr>
    </w:p>
    <w:p>
      <w:pPr>
        <w:spacing w:after="40"/>
      </w:pPr>
      <w:r>
        <w:rPr>
          <w:b/>
          <w:sz w:val="24"/>
        </w:rPr>
        <w:t xml:space="preserve">20. </w:t>
      </w:r>
      <w:r>
        <w:rPr>
          <w:sz w:val="24"/>
        </w:rPr>
        <w:t>___ ___ a book. (tek şey)</w:t>
      </w:r>
    </w:p>
    <w:p>
      <w:pPr>
        <w:tabs>
          <w:tab w:pos="720" w:val="left"/>
          <w:tab w:pos="3129" w:val="left"/>
          <w:tab w:pos="5539" w:val="left"/>
          <w:tab w:pos="7948" w:val="left"/>
        </w:tabs>
        <w:spacing w:before="20" w:after="40"/>
      </w:pPr>
      <w:r>
        <w:tab/>
      </w:r>
      <w:r>
        <w:rPr>
          <w:sz w:val="24"/>
        </w:rPr>
        <w:t>A) I am</w:t>
      </w:r>
      <w:r>
        <w:tab/>
      </w:r>
      <w:r>
        <w:rPr>
          <w:sz w:val="24"/>
        </w:rPr>
        <w:t>B) It is</w:t>
      </w:r>
      <w:r>
        <w:tab/>
      </w:r>
      <w:r>
        <w:rPr>
          <w:sz w:val="24"/>
        </w:rPr>
        <w:t>C) They are</w:t>
      </w:r>
      <w:r>
        <w:tab/>
      </w:r>
      <w:r>
        <w:rPr>
          <w:sz w:val="24"/>
        </w:rPr>
        <w:t>D) You are</w:t>
      </w:r>
    </w:p>
    <w:p>
      <w:pPr>
        <w:spacing w:after="40"/>
      </w:pPr>
    </w:p>
    <w:p>
      <w:pPr>
        <w:spacing w:after="40"/>
      </w:pPr>
      <w:r>
        <w:rPr>
          <w:b/>
          <w:sz w:val="24"/>
        </w:rPr>
        <w:t xml:space="preserve">21. </w:t>
      </w:r>
      <w:r>
        <w:rPr>
          <w:sz w:val="24"/>
        </w:rPr>
        <w:t>___ ___ books. (çok şey)</w:t>
      </w:r>
    </w:p>
    <w:p>
      <w:pPr>
        <w:tabs>
          <w:tab w:pos="720" w:val="left"/>
          <w:tab w:pos="3129" w:val="left"/>
          <w:tab w:pos="5539" w:val="left"/>
          <w:tab w:pos="7948" w:val="left"/>
        </w:tabs>
        <w:spacing w:before="20" w:after="40"/>
      </w:pPr>
      <w:r>
        <w:tab/>
      </w:r>
      <w:r>
        <w:rPr>
          <w:sz w:val="24"/>
        </w:rPr>
        <w:t>A) It is</w:t>
      </w:r>
      <w:r>
        <w:tab/>
      </w:r>
      <w:r>
        <w:rPr>
          <w:sz w:val="24"/>
        </w:rPr>
        <w:t>B) You are</w:t>
      </w:r>
      <w:r>
        <w:tab/>
      </w:r>
      <w:r>
        <w:rPr>
          <w:sz w:val="24"/>
        </w:rPr>
        <w:t>C) I am</w:t>
      </w:r>
      <w:r>
        <w:tab/>
      </w:r>
      <w:r>
        <w:rPr>
          <w:sz w:val="24"/>
        </w:rPr>
        <w:t>D) They are</w:t>
      </w:r>
    </w:p>
    <w:p>
      <w:pPr>
        <w:spacing w:after="40"/>
      </w:pPr>
    </w:p>
    <w:p>
      <w:pPr>
        <w:spacing w:after="40"/>
      </w:pPr>
      <w:r>
        <w:rPr>
          <w:b/>
          <w:sz w:val="24"/>
        </w:rPr>
        <w:t xml:space="preserve">22. </w:t>
      </w:r>
      <w:r>
        <w:rPr>
          <w:sz w:val="24"/>
        </w:rPr>
        <w:t>___ ___ a student. (sen)</w:t>
      </w:r>
    </w:p>
    <w:p>
      <w:pPr>
        <w:tabs>
          <w:tab w:pos="720" w:val="left"/>
          <w:tab w:pos="3129" w:val="left"/>
          <w:tab w:pos="5539" w:val="left"/>
          <w:tab w:pos="7948" w:val="left"/>
        </w:tabs>
        <w:spacing w:before="20" w:after="40"/>
      </w:pPr>
      <w:r>
        <w:tab/>
      </w:r>
      <w:r>
        <w:rPr>
          <w:sz w:val="24"/>
        </w:rPr>
        <w:t>A) You are</w:t>
      </w:r>
      <w:r>
        <w:tab/>
      </w:r>
      <w:r>
        <w:rPr>
          <w:sz w:val="24"/>
        </w:rPr>
        <w:t>B) It is</w:t>
      </w:r>
      <w:r>
        <w:tab/>
      </w:r>
      <w:r>
        <w:rPr>
          <w:sz w:val="24"/>
        </w:rPr>
        <w:t>C) They are</w:t>
      </w:r>
      <w:r>
        <w:tab/>
      </w:r>
      <w:r>
        <w:rPr>
          <w:sz w:val="24"/>
        </w:rPr>
        <w:t>D) I am</w:t>
      </w:r>
    </w:p>
    <w:p>
      <w:pPr>
        <w:spacing w:after="40"/>
      </w:pPr>
    </w:p>
    <w:p>
      <w:pPr>
        <w:spacing w:after="40"/>
      </w:pPr>
      <w:r>
        <w:rPr>
          <w:b/>
          <w:sz w:val="24"/>
        </w:rPr>
        <w:t xml:space="preserve">23. </w:t>
      </w:r>
      <w:r>
        <w:rPr>
          <w:sz w:val="24"/>
        </w:rPr>
        <w:t>"kalem" İngilizce hangisi?</w:t>
      </w:r>
    </w:p>
    <w:p>
      <w:pPr>
        <w:tabs>
          <w:tab w:pos="720" w:val="left"/>
          <w:tab w:pos="3129" w:val="left"/>
          <w:tab w:pos="5539" w:val="left"/>
          <w:tab w:pos="7948" w:val="left"/>
        </w:tabs>
        <w:spacing w:before="20" w:after="40"/>
      </w:pPr>
      <w:r>
        <w:tab/>
      </w:r>
      <w:r>
        <w:rPr>
          <w:sz w:val="24"/>
        </w:rPr>
        <w:t>A) pen</w:t>
      </w:r>
      <w:r>
        <w:tab/>
      </w:r>
      <w:r>
        <w:rPr>
          <w:sz w:val="24"/>
        </w:rPr>
        <w:t>B) chair</w:t>
      </w:r>
      <w:r>
        <w:tab/>
      </w:r>
      <w:r>
        <w:rPr>
          <w:sz w:val="24"/>
        </w:rPr>
        <w:t>C) ruler</w:t>
      </w:r>
      <w:r>
        <w:tab/>
      </w:r>
      <w:r>
        <w:rPr>
          <w:sz w:val="24"/>
        </w:rPr>
        <w:t>D) book</w:t>
      </w:r>
    </w:p>
    <w:p>
      <w:pPr>
        <w:spacing w:after="40"/>
      </w:pPr>
    </w:p>
    <w:p>
      <w:pPr>
        <w:spacing w:after="40"/>
      </w:pPr>
      <w:r>
        <w:rPr>
          <w:b/>
          <w:sz w:val="24"/>
        </w:rPr>
        <w:t xml:space="preserve">24. </w:t>
      </w:r>
      <w:r>
        <w:rPr>
          <w:sz w:val="24"/>
        </w:rPr>
        <w:t>"kurşun kalem" İngilizce hangisi?</w:t>
      </w:r>
    </w:p>
    <w:p>
      <w:pPr>
        <w:tabs>
          <w:tab w:pos="720" w:val="left"/>
          <w:tab w:pos="3129" w:val="left"/>
          <w:tab w:pos="5539" w:val="left"/>
          <w:tab w:pos="7948" w:val="left"/>
        </w:tabs>
        <w:spacing w:before="20" w:after="40"/>
      </w:pPr>
      <w:r>
        <w:tab/>
      </w:r>
      <w:r>
        <w:rPr>
          <w:sz w:val="24"/>
        </w:rPr>
        <w:t>A) ruler</w:t>
      </w:r>
      <w:r>
        <w:tab/>
      </w:r>
      <w:r>
        <w:rPr>
          <w:sz w:val="24"/>
        </w:rPr>
        <w:t>B) pencil</w:t>
      </w:r>
      <w:r>
        <w:tab/>
      </w:r>
      <w:r>
        <w:rPr>
          <w:sz w:val="24"/>
        </w:rPr>
        <w:t>C) pen</w:t>
      </w:r>
      <w:r>
        <w:tab/>
      </w:r>
      <w:r>
        <w:rPr>
          <w:sz w:val="24"/>
        </w:rPr>
        <w:t>D) book</w:t>
      </w:r>
    </w:p>
    <w:p>
      <w:pPr>
        <w:spacing w:after="40"/>
      </w:pPr>
    </w:p>
    <w:p>
      <w:pPr>
        <w:spacing w:after="40"/>
      </w:pPr>
      <w:r>
        <w:rPr>
          <w:b/>
          <w:sz w:val="24"/>
        </w:rPr>
        <w:t xml:space="preserve">25. </w:t>
      </w:r>
      <w:r>
        <w:rPr>
          <w:sz w:val="24"/>
        </w:rPr>
        <w:t>"kitap" İngilizce hangisi?</w:t>
      </w:r>
    </w:p>
    <w:p>
      <w:pPr>
        <w:tabs>
          <w:tab w:pos="720" w:val="left"/>
          <w:tab w:pos="3129" w:val="left"/>
          <w:tab w:pos="5539" w:val="left"/>
          <w:tab w:pos="7948" w:val="left"/>
        </w:tabs>
        <w:spacing w:before="20" w:after="40"/>
      </w:pPr>
      <w:r>
        <w:tab/>
      </w:r>
      <w:r>
        <w:rPr>
          <w:sz w:val="24"/>
        </w:rPr>
        <w:t>A) notebook</w:t>
      </w:r>
      <w:r>
        <w:tab/>
      </w:r>
      <w:r>
        <w:rPr>
          <w:sz w:val="24"/>
        </w:rPr>
        <w:t>B) book</w:t>
      </w:r>
      <w:r>
        <w:tab/>
      </w:r>
      <w:r>
        <w:rPr>
          <w:sz w:val="24"/>
        </w:rPr>
        <w:t>C) pen</w:t>
      </w:r>
      <w:r>
        <w:tab/>
      </w:r>
      <w:r>
        <w:rPr>
          <w:sz w:val="24"/>
        </w:rPr>
        <w:t>D) pencil</w:t>
      </w:r>
    </w:p>
    <w:p>
      <w:pPr>
        <w:spacing w:after="40"/>
      </w:pPr>
    </w:p>
    <w:p>
      <w:pPr>
        <w:spacing w:after="40"/>
      </w:pPr>
      <w:r>
        <w:rPr>
          <w:b/>
          <w:sz w:val="24"/>
        </w:rPr>
        <w:t xml:space="preserve">26. </w:t>
      </w:r>
      <w:r>
        <w:rPr>
          <w:sz w:val="24"/>
        </w:rPr>
        <w:t>"cetvel" İngilizce hangisi?</w:t>
      </w:r>
    </w:p>
    <w:p>
      <w:pPr>
        <w:tabs>
          <w:tab w:pos="720" w:val="left"/>
          <w:tab w:pos="3129" w:val="left"/>
          <w:tab w:pos="5539" w:val="left"/>
          <w:tab w:pos="7948" w:val="left"/>
        </w:tabs>
        <w:spacing w:before="20" w:after="40"/>
      </w:pPr>
      <w:r>
        <w:tab/>
      </w:r>
      <w:r>
        <w:rPr>
          <w:sz w:val="24"/>
        </w:rPr>
        <w:t>A) ruler</w:t>
      </w:r>
      <w:r>
        <w:tab/>
      </w:r>
      <w:r>
        <w:rPr>
          <w:sz w:val="24"/>
        </w:rPr>
        <w:t>B) chair</w:t>
      </w:r>
      <w:r>
        <w:tab/>
      </w:r>
      <w:r>
        <w:rPr>
          <w:sz w:val="24"/>
        </w:rPr>
        <w:t>C) pen</w:t>
      </w:r>
      <w:r>
        <w:tab/>
      </w:r>
      <w:r>
        <w:rPr>
          <w:sz w:val="24"/>
        </w:rPr>
        <w:t>D) book</w:t>
      </w:r>
    </w:p>
    <w:p>
      <w:pPr>
        <w:spacing w:after="40"/>
      </w:pPr>
    </w:p>
    <w:p>
      <w:pPr>
        <w:spacing w:after="40"/>
      </w:pPr>
      <w:r>
        <w:rPr>
          <w:b/>
          <w:sz w:val="24"/>
        </w:rPr>
        <w:t xml:space="preserve">27. </w:t>
      </w:r>
      <w:r>
        <w:rPr>
          <w:sz w:val="24"/>
        </w:rPr>
        <w:t>"silgi" İngilizce hangisi?</w:t>
      </w:r>
    </w:p>
    <w:p>
      <w:pPr>
        <w:tabs>
          <w:tab w:pos="720" w:val="left"/>
          <w:tab w:pos="3129" w:val="left"/>
          <w:tab w:pos="5539" w:val="left"/>
          <w:tab w:pos="7948" w:val="left"/>
        </w:tabs>
        <w:spacing w:before="20" w:after="40"/>
      </w:pPr>
      <w:r>
        <w:tab/>
      </w:r>
      <w:r>
        <w:rPr>
          <w:sz w:val="24"/>
        </w:rPr>
        <w:t>A) chair</w:t>
      </w:r>
      <w:r>
        <w:tab/>
      </w:r>
      <w:r>
        <w:rPr>
          <w:sz w:val="24"/>
        </w:rPr>
        <w:t>B) rubber</w:t>
      </w:r>
      <w:r>
        <w:tab/>
      </w:r>
      <w:r>
        <w:rPr>
          <w:sz w:val="24"/>
        </w:rPr>
        <w:t>C) pen</w:t>
      </w:r>
      <w:r>
        <w:tab/>
      </w:r>
      <w:r>
        <w:rPr>
          <w:sz w:val="24"/>
        </w:rPr>
        <w:t>D) book</w:t>
      </w:r>
    </w:p>
    <w:p>
      <w:pPr>
        <w:spacing w:after="40"/>
      </w:pPr>
    </w:p>
    <w:p>
      <w:pPr>
        <w:spacing w:after="40"/>
      </w:pPr>
      <w:r>
        <w:rPr>
          <w:b/>
          <w:sz w:val="24"/>
        </w:rPr>
        <w:t xml:space="preserve">28. </w:t>
      </w:r>
      <w:r>
        <w:rPr>
          <w:sz w:val="24"/>
        </w:rPr>
        <w:t>"sıra" İngilizce hangisi?</w:t>
      </w:r>
    </w:p>
    <w:p>
      <w:pPr>
        <w:tabs>
          <w:tab w:pos="720" w:val="left"/>
          <w:tab w:pos="3129" w:val="left"/>
          <w:tab w:pos="5539" w:val="left"/>
          <w:tab w:pos="7948" w:val="left"/>
        </w:tabs>
        <w:spacing w:before="20" w:after="40"/>
      </w:pPr>
      <w:r>
        <w:tab/>
      </w:r>
      <w:r>
        <w:rPr>
          <w:sz w:val="24"/>
        </w:rPr>
        <w:t>A) chair</w:t>
      </w:r>
      <w:r>
        <w:tab/>
      </w:r>
      <w:r>
        <w:rPr>
          <w:sz w:val="24"/>
        </w:rPr>
        <w:t>B) table</w:t>
      </w:r>
      <w:r>
        <w:tab/>
      </w:r>
      <w:r>
        <w:rPr>
          <w:sz w:val="24"/>
        </w:rPr>
        <w:t>C) board</w:t>
      </w:r>
      <w:r>
        <w:tab/>
      </w:r>
      <w:r>
        <w:rPr>
          <w:sz w:val="24"/>
        </w:rPr>
        <w:t>D) desk</w:t>
      </w:r>
    </w:p>
    <w:p>
      <w:pPr>
        <w:spacing w:after="40"/>
      </w:pPr>
    </w:p>
    <w:p>
      <w:pPr>
        <w:spacing w:after="40"/>
      </w:pPr>
      <w:r>
        <w:rPr>
          <w:b/>
          <w:sz w:val="24"/>
        </w:rPr>
        <w:t xml:space="preserve">29. </w:t>
      </w:r>
      <w:r>
        <w:rPr>
          <w:sz w:val="24"/>
        </w:rPr>
        <w:t>"sandalye" İngilizce hangisi?</w:t>
      </w:r>
    </w:p>
    <w:p>
      <w:pPr>
        <w:tabs>
          <w:tab w:pos="720" w:val="left"/>
          <w:tab w:pos="3129" w:val="left"/>
          <w:tab w:pos="5539" w:val="left"/>
          <w:tab w:pos="7948" w:val="left"/>
        </w:tabs>
        <w:spacing w:before="20" w:after="40"/>
      </w:pPr>
      <w:r>
        <w:tab/>
      </w:r>
      <w:r>
        <w:rPr>
          <w:sz w:val="24"/>
        </w:rPr>
        <w:t>A) door</w:t>
      </w:r>
      <w:r>
        <w:tab/>
      </w:r>
      <w:r>
        <w:rPr>
          <w:sz w:val="24"/>
        </w:rPr>
        <w:t>B) desk</w:t>
      </w:r>
      <w:r>
        <w:tab/>
      </w:r>
      <w:r>
        <w:rPr>
          <w:sz w:val="24"/>
        </w:rPr>
        <w:t>C) chair</w:t>
      </w:r>
      <w:r>
        <w:tab/>
      </w:r>
      <w:r>
        <w:rPr>
          <w:sz w:val="24"/>
        </w:rPr>
        <w:t>D) table</w:t>
      </w:r>
    </w:p>
    <w:p>
      <w:pPr>
        <w:spacing w:after="40"/>
      </w:pPr>
    </w:p>
    <w:p>
      <w:pPr>
        <w:spacing w:after="40"/>
      </w:pPr>
      <w:r>
        <w:rPr>
          <w:b/>
          <w:sz w:val="24"/>
        </w:rPr>
        <w:t xml:space="preserve">30. </w:t>
      </w:r>
      <w:r>
        <w:rPr>
          <w:sz w:val="24"/>
        </w:rPr>
        <w:t>"masa" İngilizce hangisi?</w:t>
      </w:r>
    </w:p>
    <w:p>
      <w:pPr>
        <w:tabs>
          <w:tab w:pos="720" w:val="left"/>
          <w:tab w:pos="3129" w:val="left"/>
          <w:tab w:pos="5539" w:val="left"/>
          <w:tab w:pos="7948" w:val="left"/>
        </w:tabs>
        <w:spacing w:before="20" w:after="40"/>
      </w:pPr>
      <w:r>
        <w:tab/>
      </w:r>
      <w:r>
        <w:rPr>
          <w:sz w:val="24"/>
        </w:rPr>
        <w:t>A) board</w:t>
      </w:r>
      <w:r>
        <w:tab/>
      </w:r>
      <w:r>
        <w:rPr>
          <w:sz w:val="24"/>
        </w:rPr>
        <w:t>B) chair</w:t>
      </w:r>
      <w:r>
        <w:tab/>
      </w:r>
      <w:r>
        <w:rPr>
          <w:sz w:val="24"/>
        </w:rPr>
        <w:t>C) desk</w:t>
      </w:r>
      <w:r>
        <w:tab/>
      </w:r>
      <w:r>
        <w:rPr>
          <w:sz w:val="24"/>
        </w:rPr>
        <w:t>D) table</w:t>
      </w:r>
    </w:p>
    <w:p>
      <w:pPr>
        <w:spacing w:after="40"/>
      </w:pPr>
    </w:p>
    <w:p>
      <w:pPr>
        <w:spacing w:after="40"/>
      </w:pPr>
      <w:r>
        <w:rPr>
          <w:b/>
          <w:sz w:val="24"/>
        </w:rPr>
        <w:t xml:space="preserve">31. </w:t>
      </w:r>
      <w:r>
        <w:rPr>
          <w:sz w:val="24"/>
        </w:rPr>
        <w:t>"tahta" İngilizce hangisi?</w:t>
      </w:r>
    </w:p>
    <w:p>
      <w:pPr>
        <w:tabs>
          <w:tab w:pos="720" w:val="left"/>
          <w:tab w:pos="3129" w:val="left"/>
          <w:tab w:pos="5539" w:val="left"/>
          <w:tab w:pos="7948" w:val="left"/>
        </w:tabs>
        <w:spacing w:before="20" w:after="40"/>
      </w:pPr>
      <w:r>
        <w:tab/>
      </w:r>
      <w:r>
        <w:rPr>
          <w:sz w:val="24"/>
        </w:rPr>
        <w:t>A) table</w:t>
      </w:r>
      <w:r>
        <w:tab/>
      </w:r>
      <w:r>
        <w:rPr>
          <w:sz w:val="24"/>
        </w:rPr>
        <w:t>B) door</w:t>
      </w:r>
      <w:r>
        <w:tab/>
      </w:r>
      <w:r>
        <w:rPr>
          <w:sz w:val="24"/>
        </w:rPr>
        <w:t>C) desk</w:t>
      </w:r>
      <w:r>
        <w:tab/>
      </w:r>
      <w:r>
        <w:rPr>
          <w:sz w:val="24"/>
        </w:rPr>
        <w:t>D) board</w:t>
      </w:r>
    </w:p>
    <w:p>
      <w:pPr>
        <w:spacing w:after="40"/>
      </w:pPr>
    </w:p>
    <w:p>
      <w:pPr>
        <w:spacing w:after="40"/>
      </w:pPr>
      <w:r>
        <w:rPr>
          <w:b/>
          <w:sz w:val="24"/>
        </w:rPr>
        <w:t xml:space="preserve">32. </w:t>
      </w:r>
      <w:r>
        <w:rPr>
          <w:sz w:val="24"/>
        </w:rPr>
        <w:t>"defter" İngilizce hangisi?</w:t>
      </w:r>
    </w:p>
    <w:p>
      <w:pPr>
        <w:tabs>
          <w:tab w:pos="720" w:val="left"/>
          <w:tab w:pos="3129" w:val="left"/>
          <w:tab w:pos="5539" w:val="left"/>
          <w:tab w:pos="7948" w:val="left"/>
        </w:tabs>
        <w:spacing w:before="20" w:after="40"/>
      </w:pPr>
      <w:r>
        <w:tab/>
      </w:r>
      <w:r>
        <w:rPr>
          <w:sz w:val="24"/>
        </w:rPr>
        <w:t>A) book</w:t>
      </w:r>
      <w:r>
        <w:tab/>
      </w:r>
      <w:r>
        <w:rPr>
          <w:sz w:val="24"/>
        </w:rPr>
        <w:t>B) notebook</w:t>
      </w:r>
      <w:r>
        <w:tab/>
      </w:r>
      <w:r>
        <w:rPr>
          <w:sz w:val="24"/>
        </w:rPr>
        <w:t>C) ruler</w:t>
      </w:r>
      <w:r>
        <w:tab/>
      </w:r>
      <w:r>
        <w:rPr>
          <w:sz w:val="24"/>
        </w:rPr>
        <w:t>D) pen</w:t>
      </w:r>
    </w:p>
    <w:p>
      <w:pPr>
        <w:spacing w:after="40"/>
      </w:pPr>
    </w:p>
    <w:p>
      <w:pPr>
        <w:spacing w:after="40"/>
      </w:pPr>
      <w:r>
        <w:rPr>
          <w:b/>
          <w:sz w:val="24"/>
        </w:rPr>
        <w:t xml:space="preserve">33. </w:t>
      </w:r>
      <w:r>
        <w:rPr>
          <w:sz w:val="24"/>
        </w:rPr>
        <w:t>"boya kalemi" İngilizce hangisi?</w:t>
      </w:r>
    </w:p>
    <w:p>
      <w:pPr>
        <w:tabs>
          <w:tab w:pos="720" w:val="left"/>
          <w:tab w:pos="3129" w:val="left"/>
          <w:tab w:pos="5539" w:val="left"/>
          <w:tab w:pos="7948" w:val="left"/>
        </w:tabs>
        <w:spacing w:before="20" w:after="40"/>
      </w:pPr>
      <w:r>
        <w:tab/>
      </w:r>
      <w:r>
        <w:rPr>
          <w:sz w:val="24"/>
        </w:rPr>
        <w:t>A) pen</w:t>
      </w:r>
      <w:r>
        <w:tab/>
      </w:r>
      <w:r>
        <w:rPr>
          <w:sz w:val="24"/>
        </w:rPr>
        <w:t>B) ruler</w:t>
      </w:r>
      <w:r>
        <w:tab/>
      </w:r>
      <w:r>
        <w:rPr>
          <w:sz w:val="24"/>
        </w:rPr>
        <w:t>C) crayon</w:t>
      </w:r>
      <w:r>
        <w:tab/>
      </w:r>
      <w:r>
        <w:rPr>
          <w:sz w:val="24"/>
        </w:rPr>
        <w:t>D) pencil</w:t>
      </w:r>
    </w:p>
    <w:p>
      <w:pPr>
        <w:spacing w:after="40"/>
      </w:pPr>
    </w:p>
    <w:p>
      <w:pPr>
        <w:spacing w:after="40"/>
      </w:pPr>
      <w:r>
        <w:rPr>
          <w:b/>
          <w:sz w:val="24"/>
        </w:rPr>
        <w:t xml:space="preserve">34. </w:t>
      </w:r>
      <w:r>
        <w:rPr>
          <w:sz w:val="24"/>
        </w:rPr>
        <w:t>"okul çantası" İngilizce hangisi?</w:t>
      </w:r>
    </w:p>
    <w:p>
      <w:pPr>
        <w:tabs>
          <w:tab w:pos="720" w:val="left"/>
          <w:tab w:pos="3129" w:val="left"/>
          <w:tab w:pos="5539" w:val="left"/>
          <w:tab w:pos="7948" w:val="left"/>
        </w:tabs>
        <w:spacing w:before="20" w:after="40"/>
      </w:pPr>
      <w:r>
        <w:tab/>
      </w:r>
      <w:r>
        <w:rPr>
          <w:sz w:val="24"/>
        </w:rPr>
        <w:t>A) notebook</w:t>
      </w:r>
      <w:r>
        <w:tab/>
      </w:r>
      <w:r>
        <w:rPr>
          <w:sz w:val="24"/>
        </w:rPr>
        <w:t>B) pencil case</w:t>
      </w:r>
      <w:r>
        <w:tab/>
      </w:r>
      <w:r>
        <w:rPr>
          <w:sz w:val="24"/>
        </w:rPr>
        <w:t>C) book</w:t>
      </w:r>
      <w:r>
        <w:tab/>
      </w:r>
      <w:r>
        <w:rPr>
          <w:sz w:val="24"/>
        </w:rPr>
        <w:t>D) school bag</w:t>
      </w:r>
    </w:p>
    <w:p>
      <w:pPr>
        <w:spacing w:after="40"/>
      </w:pPr>
    </w:p>
    <w:p>
      <w:pPr>
        <w:spacing w:after="40"/>
      </w:pPr>
      <w:r>
        <w:rPr>
          <w:b/>
          <w:sz w:val="24"/>
        </w:rPr>
        <w:t xml:space="preserve">35. </w:t>
      </w:r>
      <w:r>
        <w:rPr>
          <w:sz w:val="24"/>
        </w:rPr>
        <w:t>You write with a ___ .</w:t>
      </w:r>
    </w:p>
    <w:p>
      <w:pPr>
        <w:tabs>
          <w:tab w:pos="720" w:val="left"/>
          <w:tab w:pos="3129" w:val="left"/>
          <w:tab w:pos="5539" w:val="left"/>
          <w:tab w:pos="7948" w:val="left"/>
        </w:tabs>
        <w:spacing w:before="20" w:after="40"/>
      </w:pPr>
      <w:r>
        <w:tab/>
      </w:r>
      <w:r>
        <w:rPr>
          <w:sz w:val="24"/>
        </w:rPr>
        <w:t>A) pen</w:t>
      </w:r>
      <w:r>
        <w:tab/>
      </w:r>
      <w:r>
        <w:rPr>
          <w:sz w:val="24"/>
        </w:rPr>
        <w:t>B) ruler</w:t>
      </w:r>
      <w:r>
        <w:tab/>
      </w:r>
      <w:r>
        <w:rPr>
          <w:sz w:val="24"/>
        </w:rPr>
        <w:t>C) book</w:t>
      </w:r>
      <w:r>
        <w:tab/>
      </w:r>
      <w:r>
        <w:rPr>
          <w:sz w:val="24"/>
        </w:rPr>
        <w:t>D) chair</w:t>
      </w:r>
    </w:p>
    <w:p>
      <w:pPr>
        <w:spacing w:after="40"/>
      </w:pPr>
    </w:p>
    <w:p>
      <w:pPr>
        <w:spacing w:after="40"/>
      </w:pPr>
      <w:r>
        <w:rPr>
          <w:b/>
          <w:sz w:val="24"/>
        </w:rPr>
        <w:t xml:space="preserve">36. </w:t>
      </w:r>
      <w:r>
        <w:rPr>
          <w:sz w:val="24"/>
        </w:rPr>
        <w:t>You read a ___ .</w:t>
      </w:r>
    </w:p>
    <w:p>
      <w:pPr>
        <w:tabs>
          <w:tab w:pos="720" w:val="left"/>
          <w:tab w:pos="3129" w:val="left"/>
          <w:tab w:pos="5539" w:val="left"/>
          <w:tab w:pos="7948" w:val="left"/>
        </w:tabs>
        <w:spacing w:before="20" w:after="40"/>
      </w:pPr>
      <w:r>
        <w:tab/>
      </w:r>
      <w:r>
        <w:rPr>
          <w:sz w:val="24"/>
        </w:rPr>
        <w:t>A) ruler</w:t>
      </w:r>
      <w:r>
        <w:tab/>
      </w:r>
      <w:r>
        <w:rPr>
          <w:sz w:val="24"/>
        </w:rPr>
        <w:t>B) book</w:t>
      </w:r>
      <w:r>
        <w:tab/>
      </w:r>
      <w:r>
        <w:rPr>
          <w:sz w:val="24"/>
        </w:rPr>
        <w:t>C) table</w:t>
      </w:r>
      <w:r>
        <w:tab/>
      </w:r>
      <w:r>
        <w:rPr>
          <w:sz w:val="24"/>
        </w:rPr>
        <w:t>D) pen</w:t>
      </w:r>
    </w:p>
    <w:p>
      <w:pPr>
        <w:spacing w:after="40"/>
      </w:pPr>
    </w:p>
    <w:p>
      <w:pPr>
        <w:spacing w:after="40"/>
      </w:pPr>
      <w:r>
        <w:rPr>
          <w:b/>
          <w:sz w:val="24"/>
        </w:rPr>
        <w:t xml:space="preserve">37. </w:t>
      </w:r>
      <w:r>
        <w:rPr>
          <w:sz w:val="24"/>
        </w:rPr>
        <w:t>You draw a line with a ___ .</w:t>
      </w:r>
    </w:p>
    <w:p>
      <w:pPr>
        <w:tabs>
          <w:tab w:pos="720" w:val="left"/>
          <w:tab w:pos="3129" w:val="left"/>
          <w:tab w:pos="5539" w:val="left"/>
          <w:tab w:pos="7948" w:val="left"/>
        </w:tabs>
        <w:spacing w:before="20" w:after="40"/>
      </w:pPr>
      <w:r>
        <w:tab/>
      </w:r>
      <w:r>
        <w:rPr>
          <w:sz w:val="24"/>
        </w:rPr>
        <w:t>A) pen</w:t>
      </w:r>
      <w:r>
        <w:tab/>
      </w:r>
      <w:r>
        <w:rPr>
          <w:sz w:val="24"/>
        </w:rPr>
        <w:t>B) book</w:t>
      </w:r>
      <w:r>
        <w:tab/>
      </w:r>
      <w:r>
        <w:rPr>
          <w:sz w:val="24"/>
        </w:rPr>
        <w:t>C) ruler</w:t>
      </w:r>
      <w:r>
        <w:tab/>
      </w:r>
      <w:r>
        <w:rPr>
          <w:sz w:val="24"/>
        </w:rPr>
        <w:t>D) chair</w:t>
      </w:r>
    </w:p>
    <w:p>
      <w:pPr>
        <w:spacing w:after="40"/>
      </w:pPr>
    </w:p>
    <w:p>
      <w:pPr>
        <w:spacing w:after="40"/>
      </w:pPr>
      <w:r>
        <w:rPr>
          <w:b/>
          <w:sz w:val="24"/>
        </w:rPr>
        <w:t xml:space="preserve">38. </w:t>
      </w:r>
      <w:r>
        <w:rPr>
          <w:sz w:val="24"/>
        </w:rPr>
        <w:t>You sit on a ___ .</w:t>
      </w:r>
    </w:p>
    <w:p>
      <w:pPr>
        <w:tabs>
          <w:tab w:pos="720" w:val="left"/>
          <w:tab w:pos="3129" w:val="left"/>
          <w:tab w:pos="5539" w:val="left"/>
          <w:tab w:pos="7948" w:val="left"/>
        </w:tabs>
        <w:spacing w:before="20" w:after="40"/>
      </w:pPr>
      <w:r>
        <w:tab/>
      </w:r>
      <w:r>
        <w:rPr>
          <w:sz w:val="24"/>
        </w:rPr>
        <w:t>A) chair</w:t>
      </w:r>
      <w:r>
        <w:tab/>
      </w:r>
      <w:r>
        <w:rPr>
          <w:sz w:val="24"/>
        </w:rPr>
        <w:t>B) door</w:t>
      </w:r>
      <w:r>
        <w:tab/>
      </w:r>
      <w:r>
        <w:rPr>
          <w:sz w:val="24"/>
        </w:rPr>
        <w:t>C) desk</w:t>
      </w:r>
      <w:r>
        <w:tab/>
      </w:r>
      <w:r>
        <w:rPr>
          <w:sz w:val="24"/>
        </w:rPr>
        <w:t>D) board</w:t>
      </w:r>
    </w:p>
    <w:p>
      <w:pPr>
        <w:spacing w:after="40"/>
      </w:pPr>
    </w:p>
    <w:p>
      <w:pPr>
        <w:spacing w:after="40"/>
      </w:pPr>
      <w:r>
        <w:rPr>
          <w:b/>
          <w:sz w:val="24"/>
        </w:rPr>
        <w:t xml:space="preserve">39. </w:t>
      </w:r>
      <w:r>
        <w:rPr>
          <w:sz w:val="24"/>
        </w:rPr>
        <w:t>The teacher writes on the ___ .</w:t>
      </w:r>
    </w:p>
    <w:p>
      <w:pPr>
        <w:tabs>
          <w:tab w:pos="720" w:val="left"/>
          <w:tab w:pos="3129" w:val="left"/>
          <w:tab w:pos="5539" w:val="left"/>
          <w:tab w:pos="7948" w:val="left"/>
        </w:tabs>
        <w:spacing w:before="20" w:after="40"/>
      </w:pPr>
      <w:r>
        <w:tab/>
      </w:r>
      <w:r>
        <w:rPr>
          <w:sz w:val="24"/>
        </w:rPr>
        <w:t>A) desk</w:t>
      </w:r>
      <w:r>
        <w:tab/>
      </w:r>
      <w:r>
        <w:rPr>
          <w:sz w:val="24"/>
        </w:rPr>
        <w:t>B) window</w:t>
      </w:r>
      <w:r>
        <w:tab/>
      </w:r>
      <w:r>
        <w:rPr>
          <w:sz w:val="24"/>
        </w:rPr>
        <w:t>C) chair</w:t>
      </w:r>
      <w:r>
        <w:tab/>
      </w:r>
      <w:r>
        <w:rPr>
          <w:sz w:val="24"/>
        </w:rPr>
        <w:t>D) board</w:t>
      </w:r>
    </w:p>
    <w:p>
      <w:pPr>
        <w:spacing w:after="40"/>
      </w:pPr>
    </w:p>
    <w:p>
      <w:pPr>
        <w:spacing w:after="40"/>
      </w:pPr>
      <w:r>
        <w:rPr>
          <w:b/>
          <w:sz w:val="24"/>
        </w:rPr>
        <w:t xml:space="preserve">40. </w:t>
      </w:r>
      <w:r>
        <w:rPr>
          <w:sz w:val="24"/>
        </w:rPr>
        <w:t>You open the ___ and go out.</w:t>
      </w:r>
    </w:p>
    <w:p>
      <w:pPr>
        <w:tabs>
          <w:tab w:pos="720" w:val="left"/>
          <w:tab w:pos="3129" w:val="left"/>
          <w:tab w:pos="5539" w:val="left"/>
          <w:tab w:pos="7948" w:val="left"/>
        </w:tabs>
        <w:spacing w:before="20" w:after="40"/>
      </w:pPr>
      <w:r>
        <w:tab/>
      </w:r>
      <w:r>
        <w:rPr>
          <w:sz w:val="24"/>
        </w:rPr>
        <w:t>A) window</w:t>
      </w:r>
      <w:r>
        <w:tab/>
      </w:r>
      <w:r>
        <w:rPr>
          <w:sz w:val="24"/>
        </w:rPr>
        <w:t>B) door</w:t>
      </w:r>
      <w:r>
        <w:tab/>
      </w:r>
      <w:r>
        <w:rPr>
          <w:sz w:val="24"/>
        </w:rPr>
        <w:t>C) table</w:t>
      </w:r>
      <w:r>
        <w:tab/>
      </w:r>
      <w:r>
        <w:rPr>
          <w:sz w:val="24"/>
        </w:rPr>
        <w:t>D) book</w:t>
      </w:r>
    </w:p>
    <w:p>
      <w:pPr>
        <w:spacing w:after="40"/>
      </w:pPr>
    </w:p>
    <w:p>
      <w:pPr>
        <w:spacing w:after="40"/>
      </w:pPr>
      <w:r>
        <w:rPr>
          <w:b/>
          <w:sz w:val="24"/>
        </w:rPr>
        <w:t xml:space="preserve">41. </w:t>
      </w:r>
      <w:r>
        <w:rPr>
          <w:sz w:val="24"/>
        </w:rPr>
        <w:t>You look out of the ___ .</w:t>
      </w:r>
    </w:p>
    <w:p>
      <w:pPr>
        <w:tabs>
          <w:tab w:pos="720" w:val="left"/>
          <w:tab w:pos="3129" w:val="left"/>
          <w:tab w:pos="5539" w:val="left"/>
          <w:tab w:pos="7948" w:val="left"/>
        </w:tabs>
        <w:spacing w:before="20" w:after="40"/>
      </w:pPr>
      <w:r>
        <w:tab/>
      </w:r>
      <w:r>
        <w:rPr>
          <w:sz w:val="24"/>
        </w:rPr>
        <w:t>A) book</w:t>
      </w:r>
      <w:r>
        <w:tab/>
      </w:r>
      <w:r>
        <w:rPr>
          <w:sz w:val="24"/>
        </w:rPr>
        <w:t>B) door</w:t>
      </w:r>
      <w:r>
        <w:tab/>
      </w:r>
      <w:r>
        <w:rPr>
          <w:sz w:val="24"/>
        </w:rPr>
        <w:t>C) window</w:t>
      </w:r>
      <w:r>
        <w:tab/>
      </w:r>
      <w:r>
        <w:rPr>
          <w:sz w:val="24"/>
        </w:rPr>
        <w:t>D) board</w:t>
      </w:r>
    </w:p>
    <w:p>
      <w:pPr>
        <w:spacing w:after="40"/>
      </w:pPr>
    </w:p>
    <w:p>
      <w:pPr>
        <w:spacing w:after="40"/>
      </w:pPr>
      <w:r>
        <w:rPr>
          <w:b/>
          <w:sz w:val="24"/>
        </w:rPr>
        <w:t xml:space="preserve">42. </w:t>
      </w:r>
      <w:r>
        <w:rPr>
          <w:sz w:val="24"/>
        </w:rPr>
        <w:t>My books are in my ___ .</w:t>
      </w:r>
    </w:p>
    <w:p>
      <w:pPr>
        <w:tabs>
          <w:tab w:pos="720" w:val="left"/>
          <w:tab w:pos="3129" w:val="left"/>
          <w:tab w:pos="5539" w:val="left"/>
          <w:tab w:pos="7948" w:val="left"/>
        </w:tabs>
        <w:spacing w:before="20" w:after="40"/>
      </w:pPr>
      <w:r>
        <w:tab/>
      </w:r>
      <w:r>
        <w:rPr>
          <w:sz w:val="24"/>
        </w:rPr>
        <w:t>A) school bag</w:t>
      </w:r>
      <w:r>
        <w:tab/>
      </w:r>
      <w:r>
        <w:rPr>
          <w:sz w:val="24"/>
        </w:rPr>
        <w:t>B) pencil case</w:t>
      </w:r>
      <w:r>
        <w:tab/>
      </w:r>
      <w:r>
        <w:rPr>
          <w:sz w:val="24"/>
        </w:rPr>
        <w:t>C) chair</w:t>
      </w:r>
      <w:r>
        <w:tab/>
      </w:r>
      <w:r>
        <w:rPr>
          <w:sz w:val="24"/>
        </w:rPr>
        <w:t>D) table</w:t>
      </w:r>
    </w:p>
    <w:p>
      <w:pPr>
        <w:spacing w:after="40"/>
      </w:pPr>
    </w:p>
    <w:p>
      <w:pPr>
        <w:spacing w:after="40"/>
      </w:pPr>
      <w:r>
        <w:rPr>
          <w:b/>
          <w:sz w:val="24"/>
        </w:rPr>
        <w:t xml:space="preserve">43. </w:t>
      </w:r>
      <w:r>
        <w:rPr>
          <w:sz w:val="24"/>
        </w:rPr>
        <w:t>It is a ___ . (kalem)</w:t>
      </w:r>
    </w:p>
    <w:p>
      <w:pPr>
        <w:tabs>
          <w:tab w:pos="720" w:val="left"/>
          <w:tab w:pos="3129" w:val="left"/>
          <w:tab w:pos="5539" w:val="left"/>
          <w:tab w:pos="7948" w:val="left"/>
        </w:tabs>
        <w:spacing w:before="20" w:after="40"/>
      </w:pPr>
      <w:r>
        <w:tab/>
      </w:r>
      <w:r>
        <w:rPr>
          <w:sz w:val="24"/>
        </w:rPr>
        <w:t>A) chair</w:t>
      </w:r>
      <w:r>
        <w:tab/>
      </w:r>
      <w:r>
        <w:rPr>
          <w:sz w:val="24"/>
        </w:rPr>
        <w:t>B) ruler</w:t>
      </w:r>
      <w:r>
        <w:tab/>
      </w:r>
      <w:r>
        <w:rPr>
          <w:sz w:val="24"/>
        </w:rPr>
        <w:t>C) book</w:t>
      </w:r>
      <w:r>
        <w:tab/>
      </w:r>
      <w:r>
        <w:rPr>
          <w:sz w:val="24"/>
        </w:rPr>
        <w:t>D) pen</w:t>
      </w:r>
    </w:p>
    <w:p>
      <w:pPr>
        <w:spacing w:after="40"/>
      </w:pPr>
    </w:p>
    <w:p>
      <w:pPr>
        <w:spacing w:after="40"/>
      </w:pPr>
      <w:r>
        <w:rPr>
          <w:b/>
          <w:sz w:val="24"/>
        </w:rPr>
        <w:t xml:space="preserve">44. </w:t>
      </w:r>
      <w:r>
        <w:rPr>
          <w:sz w:val="24"/>
        </w:rPr>
        <w:t>It is a ___ . (sandalye)</w:t>
      </w:r>
    </w:p>
    <w:p>
      <w:pPr>
        <w:tabs>
          <w:tab w:pos="720" w:val="left"/>
          <w:tab w:pos="3129" w:val="left"/>
          <w:tab w:pos="5539" w:val="left"/>
          <w:tab w:pos="7948" w:val="left"/>
        </w:tabs>
        <w:spacing w:before="20" w:after="40"/>
      </w:pPr>
      <w:r>
        <w:tab/>
      </w:r>
      <w:r>
        <w:rPr>
          <w:sz w:val="24"/>
        </w:rPr>
        <w:t>A) table</w:t>
      </w:r>
      <w:r>
        <w:tab/>
      </w:r>
      <w:r>
        <w:rPr>
          <w:sz w:val="24"/>
        </w:rPr>
        <w:t>B) chair</w:t>
      </w:r>
      <w:r>
        <w:tab/>
      </w:r>
      <w:r>
        <w:rPr>
          <w:sz w:val="24"/>
        </w:rPr>
        <w:t>C) door</w:t>
      </w:r>
      <w:r>
        <w:tab/>
      </w:r>
      <w:r>
        <w:rPr>
          <w:sz w:val="24"/>
        </w:rPr>
        <w:t>D) desk</w:t>
      </w:r>
    </w:p>
    <w:p>
      <w:pPr>
        <w:spacing w:after="40"/>
      </w:pPr>
    </w:p>
    <w:p>
      <w:pPr>
        <w:spacing w:after="40"/>
      </w:pPr>
      <w:r>
        <w:rPr>
          <w:b/>
          <w:sz w:val="24"/>
        </w:rPr>
        <w:t xml:space="preserve">45. </w:t>
      </w:r>
      <w:r>
        <w:rPr>
          <w:sz w:val="24"/>
        </w:rPr>
        <w:t>It is a ___ . (tahta)</w:t>
      </w:r>
    </w:p>
    <w:p>
      <w:pPr>
        <w:tabs>
          <w:tab w:pos="720" w:val="left"/>
          <w:tab w:pos="3129" w:val="left"/>
          <w:tab w:pos="5539" w:val="left"/>
          <w:tab w:pos="7948" w:val="left"/>
        </w:tabs>
        <w:spacing w:before="20" w:after="40"/>
      </w:pPr>
      <w:r>
        <w:tab/>
      </w:r>
      <w:r>
        <w:rPr>
          <w:sz w:val="24"/>
        </w:rPr>
        <w:t>A) board</w:t>
      </w:r>
      <w:r>
        <w:tab/>
      </w:r>
      <w:r>
        <w:rPr>
          <w:sz w:val="24"/>
        </w:rPr>
        <w:t>B) door</w:t>
      </w:r>
      <w:r>
        <w:tab/>
      </w:r>
      <w:r>
        <w:rPr>
          <w:sz w:val="24"/>
        </w:rPr>
        <w:t>C) desk</w:t>
      </w:r>
      <w:r>
        <w:tab/>
      </w:r>
      <w:r>
        <w:rPr>
          <w:sz w:val="24"/>
        </w:rPr>
        <w:t>D) table</w:t>
      </w:r>
    </w:p>
    <w:p>
      <w:pPr>
        <w:spacing w:after="40"/>
      </w:pPr>
    </w:p>
    <w:p>
      <w:pPr>
        <w:spacing w:after="40"/>
      </w:pPr>
      <w:r>
        <w:rPr>
          <w:b/>
          <w:sz w:val="24"/>
        </w:rPr>
        <w:t xml:space="preserve">46. </w:t>
      </w:r>
      <w:r>
        <w:rPr>
          <w:sz w:val="24"/>
        </w:rPr>
        <w:t>It is a ___ . (kapı)</w:t>
      </w:r>
    </w:p>
    <w:p>
      <w:pPr>
        <w:tabs>
          <w:tab w:pos="720" w:val="left"/>
          <w:tab w:pos="3129" w:val="left"/>
          <w:tab w:pos="5539" w:val="left"/>
          <w:tab w:pos="7948" w:val="left"/>
        </w:tabs>
        <w:spacing w:before="20" w:after="40"/>
      </w:pPr>
      <w:r>
        <w:tab/>
      </w:r>
      <w:r>
        <w:rPr>
          <w:sz w:val="24"/>
        </w:rPr>
        <w:t>A) window</w:t>
      </w:r>
      <w:r>
        <w:tab/>
      </w:r>
      <w:r>
        <w:rPr>
          <w:sz w:val="24"/>
        </w:rPr>
        <w:t>B) book</w:t>
      </w:r>
      <w:r>
        <w:tab/>
      </w:r>
      <w:r>
        <w:rPr>
          <w:sz w:val="24"/>
        </w:rPr>
        <w:t>C) door</w:t>
      </w:r>
      <w:r>
        <w:tab/>
      </w:r>
      <w:r>
        <w:rPr>
          <w:sz w:val="24"/>
        </w:rPr>
        <w:t>D) table</w:t>
      </w:r>
    </w:p>
    <w:p>
      <w:pPr>
        <w:spacing w:after="40"/>
      </w:pPr>
    </w:p>
    <w:p>
      <w:pPr>
        <w:spacing w:after="40"/>
      </w:pPr>
      <w:r>
        <w:rPr>
          <w:b/>
          <w:sz w:val="24"/>
        </w:rPr>
        <w:t xml:space="preserve">47. </w:t>
      </w:r>
      <w:r>
        <w:rPr>
          <w:sz w:val="24"/>
        </w:rPr>
        <w:t>It is a ___ . (pencere)</w:t>
      </w:r>
    </w:p>
    <w:p>
      <w:pPr>
        <w:tabs>
          <w:tab w:pos="720" w:val="left"/>
          <w:tab w:pos="3129" w:val="left"/>
          <w:tab w:pos="5539" w:val="left"/>
          <w:tab w:pos="7948" w:val="left"/>
        </w:tabs>
        <w:spacing w:before="20" w:after="40"/>
      </w:pPr>
      <w:r>
        <w:tab/>
      </w:r>
      <w:r>
        <w:rPr>
          <w:sz w:val="24"/>
        </w:rPr>
        <w:t>A) door</w:t>
      </w:r>
      <w:r>
        <w:tab/>
      </w:r>
      <w:r>
        <w:rPr>
          <w:sz w:val="24"/>
        </w:rPr>
        <w:t>B) book</w:t>
      </w:r>
      <w:r>
        <w:tab/>
      </w:r>
      <w:r>
        <w:rPr>
          <w:sz w:val="24"/>
        </w:rPr>
        <w:t>C) board</w:t>
      </w:r>
      <w:r>
        <w:tab/>
      </w:r>
      <w:r>
        <w:rPr>
          <w:sz w:val="24"/>
        </w:rPr>
        <w:t>D) window</w:t>
      </w:r>
    </w:p>
    <w:p>
      <w:pPr>
        <w:spacing w:after="40"/>
      </w:pPr>
    </w:p>
    <w:p>
      <w:pPr>
        <w:spacing w:after="40"/>
      </w:pPr>
      <w:r>
        <w:rPr>
          <w:b/>
          <w:sz w:val="24"/>
        </w:rPr>
        <w:t xml:space="preserve">48. </w:t>
      </w:r>
      <w:r>
        <w:rPr>
          <w:sz w:val="24"/>
        </w:rPr>
        <w:t>It is a ___ . (okul çantası)</w:t>
      </w:r>
    </w:p>
    <w:p>
      <w:pPr>
        <w:tabs>
          <w:tab w:pos="720" w:val="left"/>
          <w:tab w:pos="3129" w:val="left"/>
          <w:tab w:pos="5539" w:val="left"/>
          <w:tab w:pos="7948" w:val="left"/>
        </w:tabs>
        <w:spacing w:before="20" w:after="40"/>
      </w:pPr>
      <w:r>
        <w:tab/>
      </w:r>
      <w:r>
        <w:rPr>
          <w:sz w:val="24"/>
        </w:rPr>
        <w:t>A) pencil case</w:t>
      </w:r>
      <w:r>
        <w:tab/>
      </w:r>
      <w:r>
        <w:rPr>
          <w:sz w:val="24"/>
        </w:rPr>
        <w:t>B) book</w:t>
      </w:r>
      <w:r>
        <w:tab/>
      </w:r>
      <w:r>
        <w:rPr>
          <w:sz w:val="24"/>
        </w:rPr>
        <w:t>C) notebook</w:t>
      </w:r>
      <w:r>
        <w:tab/>
      </w:r>
      <w:r>
        <w:rPr>
          <w:sz w:val="24"/>
        </w:rPr>
        <w:t>D) school bag</w:t>
      </w:r>
    </w:p>
    <w:p>
      <w:pPr>
        <w:spacing w:after="40"/>
      </w:pPr>
    </w:p>
    <w:p>
      <w:pPr>
        <w:spacing w:after="40"/>
      </w:pPr>
      <w:r>
        <w:rPr>
          <w:b/>
          <w:sz w:val="24"/>
        </w:rPr>
        <w:t xml:space="preserve">49. </w:t>
      </w:r>
      <w:r>
        <w:rPr>
          <w:sz w:val="24"/>
        </w:rPr>
        <w:t>"çöp kutusu" İngilizce hangisi?</w:t>
      </w:r>
    </w:p>
    <w:p>
      <w:pPr>
        <w:tabs>
          <w:tab w:pos="720" w:val="left"/>
          <w:tab w:pos="3129" w:val="left"/>
          <w:tab w:pos="5539" w:val="left"/>
          <w:tab w:pos="7948" w:val="left"/>
        </w:tabs>
        <w:spacing w:before="20" w:after="40"/>
      </w:pPr>
      <w:r>
        <w:tab/>
      </w:r>
      <w:r>
        <w:rPr>
          <w:sz w:val="24"/>
        </w:rPr>
        <w:t>A) table</w:t>
      </w:r>
      <w:r>
        <w:tab/>
      </w:r>
      <w:r>
        <w:rPr>
          <w:sz w:val="24"/>
        </w:rPr>
        <w:t>B) box</w:t>
      </w:r>
      <w:r>
        <w:tab/>
      </w:r>
      <w:r>
        <w:rPr>
          <w:sz w:val="24"/>
        </w:rPr>
        <w:t>C) board</w:t>
      </w:r>
      <w:r>
        <w:tab/>
      </w:r>
      <w:r>
        <w:rPr>
          <w:sz w:val="24"/>
        </w:rPr>
        <w:t>D) bin</w:t>
      </w:r>
    </w:p>
    <w:p>
      <w:pPr>
        <w:spacing w:after="40"/>
      </w:pPr>
    </w:p>
    <w:p>
      <w:pPr>
        <w:spacing w:after="40"/>
      </w:pPr>
      <w:r>
        <w:rPr>
          <w:b/>
          <w:sz w:val="24"/>
        </w:rPr>
        <w:t xml:space="preserve">50. </w:t>
      </w:r>
      <w:r>
        <w:rPr>
          <w:sz w:val="24"/>
        </w:rPr>
        <w:t>"kalem kutusu" İngilizce hangisi?</w:t>
      </w:r>
    </w:p>
    <w:p>
      <w:pPr>
        <w:tabs>
          <w:tab w:pos="720" w:val="left"/>
          <w:tab w:pos="3129" w:val="left"/>
          <w:tab w:pos="5539" w:val="left"/>
          <w:tab w:pos="7948" w:val="left"/>
        </w:tabs>
        <w:spacing w:before="20" w:after="40"/>
      </w:pPr>
      <w:r>
        <w:tab/>
      </w:r>
      <w:r>
        <w:rPr>
          <w:sz w:val="24"/>
        </w:rPr>
        <w:t>A) school bag</w:t>
      </w:r>
      <w:r>
        <w:tab/>
      </w:r>
      <w:r>
        <w:rPr>
          <w:sz w:val="24"/>
        </w:rPr>
        <w:t>B) book</w:t>
      </w:r>
      <w:r>
        <w:tab/>
      </w:r>
      <w:r>
        <w:rPr>
          <w:sz w:val="24"/>
        </w:rPr>
        <w:t>C) pencil case</w:t>
      </w:r>
      <w:r>
        <w:tab/>
      </w:r>
      <w:r>
        <w:rPr>
          <w:sz w:val="24"/>
        </w:rPr>
        <w:t>D) notebook</w:t>
      </w:r>
    </w:p>
    <w:p>
      <w:pPr>
        <w:spacing w:after="40"/>
      </w:pPr>
    </w:p>
    <w:p>
      <w:pPr>
        <w:spacing w:after="40"/>
      </w:pPr>
      <w:r>
        <w:rPr>
          <w:b/>
          <w:sz w:val="24"/>
        </w:rPr>
        <w:t xml:space="preserve">51. </w:t>
      </w:r>
      <w:r>
        <w:rPr>
          <w:sz w:val="24"/>
        </w:rPr>
        <w:t>"kalemtraş" İngilizce hangisi?</w:t>
      </w:r>
    </w:p>
    <w:p>
      <w:pPr>
        <w:tabs>
          <w:tab w:pos="720" w:val="left"/>
          <w:tab w:pos="3129" w:val="left"/>
          <w:tab w:pos="5539" w:val="left"/>
          <w:tab w:pos="7948" w:val="left"/>
        </w:tabs>
        <w:spacing w:before="20" w:after="40"/>
      </w:pPr>
      <w:r>
        <w:tab/>
      </w:r>
      <w:r>
        <w:rPr>
          <w:sz w:val="24"/>
        </w:rPr>
        <w:t>A) ruler</w:t>
      </w:r>
      <w:r>
        <w:tab/>
      </w:r>
      <w:r>
        <w:rPr>
          <w:sz w:val="24"/>
        </w:rPr>
        <w:t>B) pencil</w:t>
      </w:r>
      <w:r>
        <w:tab/>
      </w:r>
      <w:r>
        <w:rPr>
          <w:sz w:val="24"/>
        </w:rPr>
        <w:t>C) sharpener</w:t>
      </w:r>
      <w:r>
        <w:tab/>
      </w:r>
      <w:r>
        <w:rPr>
          <w:sz w:val="24"/>
        </w:rPr>
        <w:t>D) crayon</w:t>
      </w:r>
    </w:p>
    <w:p>
      <w:pPr>
        <w:spacing w:after="40"/>
      </w:pPr>
    </w:p>
    <w:p>
      <w:pPr>
        <w:spacing w:after="40"/>
      </w:pPr>
      <w:r>
        <w:rPr>
          <w:b/>
          <w:sz w:val="24"/>
        </w:rPr>
        <w:t xml:space="preserve">52. </w:t>
      </w:r>
      <w:r>
        <w:rPr>
          <w:sz w:val="24"/>
        </w:rPr>
        <w:t>"tahta kalemi" İngilizce hangisi?</w:t>
      </w:r>
    </w:p>
    <w:p>
      <w:pPr>
        <w:tabs>
          <w:tab w:pos="720" w:val="left"/>
          <w:tab w:pos="3129" w:val="left"/>
          <w:tab w:pos="5539" w:val="left"/>
          <w:tab w:pos="7948" w:val="left"/>
        </w:tabs>
        <w:spacing w:before="20" w:after="40"/>
      </w:pPr>
      <w:r>
        <w:tab/>
      </w:r>
      <w:r>
        <w:rPr>
          <w:sz w:val="24"/>
        </w:rPr>
        <w:t>A) pen</w:t>
      </w:r>
      <w:r>
        <w:tab/>
      </w:r>
      <w:r>
        <w:rPr>
          <w:sz w:val="24"/>
        </w:rPr>
        <w:t>B) board marker</w:t>
      </w:r>
      <w:r>
        <w:tab/>
      </w:r>
      <w:r>
        <w:rPr>
          <w:sz w:val="24"/>
        </w:rPr>
        <w:t>C) pencil</w:t>
      </w:r>
      <w:r>
        <w:tab/>
      </w:r>
      <w:r>
        <w:rPr>
          <w:sz w:val="24"/>
        </w:rPr>
        <w:t>D) board</w:t>
      </w:r>
    </w:p>
    <w:p>
      <w:pPr>
        <w:spacing w:after="40"/>
      </w:pPr>
    </w:p>
    <w:p>
      <w:pPr>
        <w:spacing w:after="40"/>
      </w:pPr>
      <w:r>
        <w:rPr>
          <w:b/>
          <w:sz w:val="24"/>
        </w:rPr>
        <w:t xml:space="preserve">53. </w:t>
      </w:r>
      <w:r>
        <w:rPr>
          <w:sz w:val="24"/>
        </w:rPr>
        <w:t>"tablet" İngilizce hangisi?</w:t>
      </w:r>
    </w:p>
    <w:p>
      <w:pPr>
        <w:tabs>
          <w:tab w:pos="720" w:val="left"/>
          <w:tab w:pos="3129" w:val="left"/>
          <w:tab w:pos="5539" w:val="left"/>
          <w:tab w:pos="7948" w:val="left"/>
        </w:tabs>
        <w:spacing w:before="20" w:after="40"/>
      </w:pPr>
      <w:r>
        <w:tab/>
      </w:r>
      <w:r>
        <w:rPr>
          <w:sz w:val="24"/>
        </w:rPr>
        <w:t>A) book</w:t>
      </w:r>
      <w:r>
        <w:tab/>
      </w:r>
      <w:r>
        <w:rPr>
          <w:sz w:val="24"/>
        </w:rPr>
        <w:t>B) notebook</w:t>
      </w:r>
      <w:r>
        <w:tab/>
      </w:r>
      <w:r>
        <w:rPr>
          <w:sz w:val="24"/>
        </w:rPr>
        <w:t>C) tablet</w:t>
      </w:r>
      <w:r>
        <w:tab/>
      </w:r>
      <w:r>
        <w:rPr>
          <w:sz w:val="24"/>
        </w:rPr>
        <w:t>D) crayon</w:t>
      </w:r>
    </w:p>
    <w:p>
      <w:pPr>
        <w:spacing w:after="40"/>
      </w:pPr>
    </w:p>
    <w:p>
      <w:pPr>
        <w:spacing w:after="40"/>
      </w:pPr>
      <w:r>
        <w:rPr>
          <w:b/>
          <w:sz w:val="24"/>
        </w:rPr>
        <w:t xml:space="preserve">54. </w:t>
      </w:r>
      <w:r>
        <w:rPr>
          <w:sz w:val="24"/>
        </w:rPr>
        <w:t>"okul" İngilizce hangisi?</w:t>
      </w:r>
    </w:p>
    <w:p>
      <w:pPr>
        <w:tabs>
          <w:tab w:pos="720" w:val="left"/>
          <w:tab w:pos="3129" w:val="left"/>
          <w:tab w:pos="5539" w:val="left"/>
          <w:tab w:pos="7948" w:val="left"/>
        </w:tabs>
        <w:spacing w:before="20" w:after="40"/>
      </w:pPr>
      <w:r>
        <w:tab/>
      </w:r>
      <w:r>
        <w:rPr>
          <w:sz w:val="24"/>
        </w:rPr>
        <w:t>A) board</w:t>
      </w:r>
      <w:r>
        <w:tab/>
      </w:r>
      <w:r>
        <w:rPr>
          <w:sz w:val="24"/>
        </w:rPr>
        <w:t>B) school</w:t>
      </w:r>
      <w:r>
        <w:tab/>
      </w:r>
      <w:r>
        <w:rPr>
          <w:sz w:val="24"/>
        </w:rPr>
        <w:t>C) door</w:t>
      </w:r>
      <w:r>
        <w:tab/>
      </w:r>
      <w:r>
        <w:rPr>
          <w:sz w:val="24"/>
        </w:rPr>
        <w:t>D) classroom</w:t>
      </w:r>
    </w:p>
    <w:p>
      <w:pPr>
        <w:spacing w:after="40"/>
      </w:pPr>
    </w:p>
    <w:p>
      <w:pPr>
        <w:spacing w:after="40"/>
      </w:pPr>
      <w:r>
        <w:rPr>
          <w:b/>
          <w:sz w:val="24"/>
        </w:rPr>
        <w:t xml:space="preserve">55. </w:t>
      </w:r>
      <w:r>
        <w:rPr>
          <w:sz w:val="24"/>
        </w:rPr>
        <w:t>"öğretmen" İngilizce hangisi?</w:t>
      </w:r>
    </w:p>
    <w:p>
      <w:pPr>
        <w:tabs>
          <w:tab w:pos="720" w:val="left"/>
          <w:tab w:pos="3129" w:val="left"/>
          <w:tab w:pos="5539" w:val="left"/>
          <w:tab w:pos="7948" w:val="left"/>
        </w:tabs>
        <w:spacing w:before="20" w:after="40"/>
      </w:pPr>
      <w:r>
        <w:tab/>
      </w:r>
      <w:r>
        <w:rPr>
          <w:sz w:val="24"/>
        </w:rPr>
        <w:t>A) teacher</w:t>
      </w:r>
      <w:r>
        <w:tab/>
      </w:r>
      <w:r>
        <w:rPr>
          <w:sz w:val="24"/>
        </w:rPr>
        <w:t>B) book</w:t>
      </w:r>
      <w:r>
        <w:tab/>
      </w:r>
      <w:r>
        <w:rPr>
          <w:sz w:val="24"/>
        </w:rPr>
        <w:t>C) pencil</w:t>
      </w:r>
      <w:r>
        <w:tab/>
      </w:r>
      <w:r>
        <w:rPr>
          <w:sz w:val="24"/>
        </w:rPr>
        <w:t>D) student</w:t>
      </w:r>
    </w:p>
    <w:p>
      <w:pPr>
        <w:spacing w:after="40"/>
      </w:pPr>
    </w:p>
    <w:p>
      <w:pPr>
        <w:spacing w:after="40"/>
      </w:pPr>
      <w:r>
        <w:rPr>
          <w:b/>
          <w:sz w:val="24"/>
        </w:rPr>
        <w:t xml:space="preserve">56. </w:t>
      </w:r>
      <w:r>
        <w:rPr>
          <w:sz w:val="24"/>
        </w:rPr>
        <w:t>The teacher is in the ___ .</w:t>
      </w:r>
    </w:p>
    <w:p>
      <w:pPr>
        <w:tabs>
          <w:tab w:pos="720" w:val="left"/>
          <w:tab w:pos="3129" w:val="left"/>
          <w:tab w:pos="5539" w:val="left"/>
          <w:tab w:pos="7948" w:val="left"/>
        </w:tabs>
        <w:spacing w:before="20" w:after="40"/>
      </w:pPr>
      <w:r>
        <w:tab/>
      </w:r>
      <w:r>
        <w:rPr>
          <w:sz w:val="24"/>
        </w:rPr>
        <w:t>A) classroom</w:t>
      </w:r>
      <w:r>
        <w:tab/>
      </w:r>
      <w:r>
        <w:rPr>
          <w:sz w:val="24"/>
        </w:rPr>
        <w:t>B) board</w:t>
      </w:r>
      <w:r>
        <w:tab/>
      </w:r>
      <w:r>
        <w:rPr>
          <w:sz w:val="24"/>
        </w:rPr>
        <w:t>C) door</w:t>
      </w:r>
      <w:r>
        <w:tab/>
      </w:r>
      <w:r>
        <w:rPr>
          <w:sz w:val="24"/>
        </w:rPr>
        <w:t>D) school</w:t>
      </w:r>
    </w:p>
    <w:p>
      <w:pPr>
        <w:spacing w:after="40"/>
      </w:pPr>
    </w:p>
    <w:p>
      <w:pPr>
        <w:spacing w:after="40"/>
      </w:pPr>
      <w:r>
        <w:rPr>
          <w:b/>
          <w:sz w:val="24"/>
        </w:rPr>
        <w:t xml:space="preserve">57. </w:t>
      </w:r>
      <w:r>
        <w:rPr>
          <w:sz w:val="24"/>
        </w:rPr>
        <w:t>You colour with a ___ .</w:t>
      </w:r>
    </w:p>
    <w:p>
      <w:pPr>
        <w:tabs>
          <w:tab w:pos="720" w:val="left"/>
          <w:tab w:pos="3129" w:val="left"/>
          <w:tab w:pos="5539" w:val="left"/>
          <w:tab w:pos="7948" w:val="left"/>
        </w:tabs>
        <w:spacing w:before="20" w:after="40"/>
      </w:pPr>
      <w:r>
        <w:tab/>
      </w:r>
      <w:r>
        <w:rPr>
          <w:sz w:val="24"/>
        </w:rPr>
        <w:t>A) crayon</w:t>
      </w:r>
      <w:r>
        <w:tab/>
      </w:r>
      <w:r>
        <w:rPr>
          <w:sz w:val="24"/>
        </w:rPr>
        <w:t>B) ruler</w:t>
      </w:r>
      <w:r>
        <w:tab/>
      </w:r>
      <w:r>
        <w:rPr>
          <w:sz w:val="24"/>
        </w:rPr>
        <w:t>C) pen</w:t>
      </w:r>
      <w:r>
        <w:tab/>
      </w:r>
      <w:r>
        <w:rPr>
          <w:sz w:val="24"/>
        </w:rPr>
        <w:t>D) pencil</w:t>
      </w:r>
    </w:p>
    <w:p>
      <w:pPr>
        <w:spacing w:after="40"/>
      </w:pPr>
    </w:p>
    <w:p>
      <w:pPr>
        <w:spacing w:after="40"/>
      </w:pPr>
      <w:r>
        <w:rPr>
          <w:b/>
          <w:sz w:val="24"/>
        </w:rPr>
        <w:t xml:space="preserve">58. </w:t>
      </w:r>
      <w:r>
        <w:rPr>
          <w:sz w:val="24"/>
        </w:rPr>
        <w:t>I write in my ___ .</w:t>
      </w:r>
    </w:p>
    <w:p>
      <w:pPr>
        <w:tabs>
          <w:tab w:pos="720" w:val="left"/>
          <w:tab w:pos="3129" w:val="left"/>
          <w:tab w:pos="5539" w:val="left"/>
          <w:tab w:pos="7948" w:val="left"/>
        </w:tabs>
        <w:spacing w:before="20" w:after="40"/>
      </w:pPr>
      <w:r>
        <w:tab/>
      </w:r>
      <w:r>
        <w:rPr>
          <w:sz w:val="24"/>
        </w:rPr>
        <w:t>A) book</w:t>
      </w:r>
      <w:r>
        <w:tab/>
      </w:r>
      <w:r>
        <w:rPr>
          <w:sz w:val="24"/>
        </w:rPr>
        <w:t>B) notebook</w:t>
      </w:r>
      <w:r>
        <w:tab/>
      </w:r>
      <w:r>
        <w:rPr>
          <w:sz w:val="24"/>
        </w:rPr>
        <w:t>C) table</w:t>
      </w:r>
      <w:r>
        <w:tab/>
      </w:r>
      <w:r>
        <w:rPr>
          <w:sz w:val="24"/>
        </w:rPr>
        <w:t>D) chair</w:t>
      </w:r>
    </w:p>
    <w:p>
      <w:pPr>
        <w:spacing w:after="40"/>
      </w:pPr>
    </w:p>
    <w:p>
      <w:pPr>
        <w:spacing w:after="40"/>
      </w:pPr>
      <w:r>
        <w:rPr>
          <w:b/>
          <w:sz w:val="24"/>
        </w:rPr>
        <w:t xml:space="preserve">59. </w:t>
      </w:r>
      <w:r>
        <w:rPr>
          <w:sz w:val="24"/>
        </w:rPr>
        <w:t>I make the pencil short with a ___ .</w:t>
      </w:r>
    </w:p>
    <w:p>
      <w:pPr>
        <w:tabs>
          <w:tab w:pos="720" w:val="left"/>
          <w:tab w:pos="3129" w:val="left"/>
          <w:tab w:pos="5539" w:val="left"/>
          <w:tab w:pos="7948" w:val="left"/>
        </w:tabs>
        <w:spacing w:before="20" w:after="40"/>
      </w:pPr>
      <w:r>
        <w:tab/>
      </w:r>
      <w:r>
        <w:rPr>
          <w:sz w:val="24"/>
        </w:rPr>
        <w:t>A) sharpener</w:t>
      </w:r>
      <w:r>
        <w:tab/>
      </w:r>
      <w:r>
        <w:rPr>
          <w:sz w:val="24"/>
        </w:rPr>
        <w:t>B) crayon</w:t>
      </w:r>
      <w:r>
        <w:tab/>
      </w:r>
      <w:r>
        <w:rPr>
          <w:sz w:val="24"/>
        </w:rPr>
        <w:t>C) ruler</w:t>
      </w:r>
      <w:r>
        <w:tab/>
      </w:r>
      <w:r>
        <w:rPr>
          <w:sz w:val="24"/>
        </w:rPr>
        <w:t>D) pencil</w:t>
      </w:r>
    </w:p>
    <w:p>
      <w:pPr>
        <w:spacing w:after="40"/>
      </w:pPr>
    </w:p>
    <w:p>
      <w:pPr>
        <w:spacing w:after="40"/>
      </w:pPr>
      <w:r>
        <w:rPr>
          <w:b/>
          <w:sz w:val="24"/>
        </w:rPr>
        <w:t xml:space="preserve">60. </w:t>
      </w:r>
      <w:r>
        <w:rPr>
          <w:sz w:val="24"/>
        </w:rPr>
        <w:t>I put my pens in my ___ .</w:t>
      </w:r>
    </w:p>
    <w:p>
      <w:pPr>
        <w:tabs>
          <w:tab w:pos="720" w:val="left"/>
          <w:tab w:pos="3129" w:val="left"/>
          <w:tab w:pos="5539" w:val="left"/>
          <w:tab w:pos="7948" w:val="left"/>
        </w:tabs>
        <w:spacing w:before="20" w:after="40"/>
      </w:pPr>
      <w:r>
        <w:tab/>
      </w:r>
      <w:r>
        <w:rPr>
          <w:sz w:val="24"/>
        </w:rPr>
        <w:t>A) board</w:t>
      </w:r>
      <w:r>
        <w:tab/>
      </w:r>
      <w:r>
        <w:rPr>
          <w:sz w:val="24"/>
        </w:rPr>
        <w:t>B) notebook</w:t>
      </w:r>
      <w:r>
        <w:tab/>
      </w:r>
      <w:r>
        <w:rPr>
          <w:sz w:val="24"/>
        </w:rPr>
        <w:t>C) pencil case</w:t>
      </w:r>
      <w:r>
        <w:tab/>
      </w:r>
      <w:r>
        <w:rPr>
          <w:sz w:val="24"/>
        </w:rPr>
        <w:t>D) school bag</w:t>
      </w:r>
    </w:p>
    <w:p>
      <w:pPr>
        <w:spacing w:after="40"/>
      </w:pPr>
    </w:p>
    <w:p>
      <w:pPr>
        <w:spacing w:after="40"/>
      </w:pPr>
      <w:r>
        <w:rPr>
          <w:b/>
          <w:sz w:val="24"/>
        </w:rPr>
        <w:t xml:space="preserve">61. </w:t>
      </w:r>
      <w:r>
        <w:rPr>
          <w:sz w:val="24"/>
        </w:rPr>
        <w:t>"üç" İngilizce hangisi?</w:t>
      </w:r>
    </w:p>
    <w:p>
      <w:pPr>
        <w:tabs>
          <w:tab w:pos="720" w:val="left"/>
          <w:tab w:pos="3129" w:val="left"/>
          <w:tab w:pos="5539" w:val="left"/>
          <w:tab w:pos="7948" w:val="left"/>
        </w:tabs>
        <w:spacing w:before="20" w:after="40"/>
      </w:pPr>
      <w:r>
        <w:tab/>
      </w:r>
      <w:r>
        <w:rPr>
          <w:sz w:val="24"/>
        </w:rPr>
        <w:t>A) two</w:t>
      </w:r>
      <w:r>
        <w:tab/>
      </w:r>
      <w:r>
        <w:rPr>
          <w:sz w:val="24"/>
        </w:rPr>
        <w:t>B) five</w:t>
      </w:r>
      <w:r>
        <w:tab/>
      </w:r>
      <w:r>
        <w:rPr>
          <w:sz w:val="24"/>
        </w:rPr>
        <w:t>C) three</w:t>
      </w:r>
      <w:r>
        <w:tab/>
      </w:r>
      <w:r>
        <w:rPr>
          <w:sz w:val="24"/>
        </w:rPr>
        <w:t>D) ten</w:t>
      </w:r>
    </w:p>
    <w:p>
      <w:pPr>
        <w:spacing w:after="40"/>
      </w:pPr>
    </w:p>
    <w:p>
      <w:pPr>
        <w:spacing w:after="40"/>
      </w:pPr>
      <w:r>
        <w:rPr>
          <w:b/>
          <w:sz w:val="24"/>
        </w:rPr>
        <w:t xml:space="preserve">62. </w:t>
      </w:r>
      <w:r>
        <w:rPr>
          <w:sz w:val="24"/>
        </w:rPr>
        <w:t>"yedi" İngilizce hangisi?</w:t>
      </w:r>
    </w:p>
    <w:p>
      <w:pPr>
        <w:tabs>
          <w:tab w:pos="720" w:val="left"/>
          <w:tab w:pos="3129" w:val="left"/>
          <w:tab w:pos="5539" w:val="left"/>
          <w:tab w:pos="7948" w:val="left"/>
        </w:tabs>
        <w:spacing w:before="20" w:after="40"/>
      </w:pPr>
      <w:r>
        <w:tab/>
      </w:r>
      <w:r>
        <w:rPr>
          <w:sz w:val="24"/>
        </w:rPr>
        <w:t>A) eleven</w:t>
      </w:r>
      <w:r>
        <w:tab/>
      </w:r>
      <w:r>
        <w:rPr>
          <w:sz w:val="24"/>
        </w:rPr>
        <w:t>B) nine</w:t>
      </w:r>
      <w:r>
        <w:tab/>
      </w:r>
      <w:r>
        <w:rPr>
          <w:sz w:val="24"/>
        </w:rPr>
        <w:t>C) seven</w:t>
      </w:r>
      <w:r>
        <w:tab/>
      </w:r>
      <w:r>
        <w:rPr>
          <w:sz w:val="24"/>
        </w:rPr>
        <w:t>D) six</w:t>
      </w:r>
    </w:p>
    <w:p>
      <w:pPr>
        <w:spacing w:after="40"/>
      </w:pPr>
    </w:p>
    <w:p>
      <w:pPr>
        <w:spacing w:after="40"/>
      </w:pPr>
      <w:r>
        <w:rPr>
          <w:b/>
          <w:sz w:val="24"/>
        </w:rPr>
        <w:t xml:space="preserve">63. </w:t>
      </w:r>
      <w:r>
        <w:rPr>
          <w:sz w:val="24"/>
        </w:rPr>
        <w:t>"on iki" İngilizce hangisi?</w:t>
      </w:r>
    </w:p>
    <w:p>
      <w:pPr>
        <w:tabs>
          <w:tab w:pos="720" w:val="left"/>
          <w:tab w:pos="3129" w:val="left"/>
          <w:tab w:pos="5539" w:val="left"/>
          <w:tab w:pos="7948" w:val="left"/>
        </w:tabs>
        <w:spacing w:before="20" w:after="40"/>
      </w:pPr>
      <w:r>
        <w:tab/>
      </w:r>
      <w:r>
        <w:rPr>
          <w:sz w:val="24"/>
        </w:rPr>
        <w:t>A) two</w:t>
      </w:r>
      <w:r>
        <w:tab/>
      </w:r>
      <w:r>
        <w:rPr>
          <w:sz w:val="24"/>
        </w:rPr>
        <w:t>B) ten</w:t>
      </w:r>
      <w:r>
        <w:tab/>
      </w:r>
      <w:r>
        <w:rPr>
          <w:sz w:val="24"/>
        </w:rPr>
        <w:t>C) twenty</w:t>
      </w:r>
      <w:r>
        <w:tab/>
      </w:r>
      <w:r>
        <w:rPr>
          <w:sz w:val="24"/>
        </w:rPr>
        <w:t>D) twelve</w:t>
      </w:r>
    </w:p>
    <w:p>
      <w:pPr>
        <w:spacing w:after="40"/>
      </w:pPr>
    </w:p>
    <w:p>
      <w:pPr>
        <w:spacing w:after="40"/>
      </w:pPr>
      <w:r>
        <w:rPr>
          <w:b/>
          <w:sz w:val="24"/>
        </w:rPr>
        <w:t xml:space="preserve">64. </w:t>
      </w:r>
      <w:r>
        <w:rPr>
          <w:sz w:val="24"/>
        </w:rPr>
        <w:t>"yirmi" İngilizce hangisi?</w:t>
      </w:r>
    </w:p>
    <w:p>
      <w:pPr>
        <w:tabs>
          <w:tab w:pos="720" w:val="left"/>
          <w:tab w:pos="3129" w:val="left"/>
          <w:tab w:pos="5539" w:val="left"/>
          <w:tab w:pos="7948" w:val="left"/>
        </w:tabs>
        <w:spacing w:before="20" w:after="40"/>
      </w:pPr>
      <w:r>
        <w:tab/>
      </w:r>
      <w:r>
        <w:rPr>
          <w:sz w:val="24"/>
        </w:rPr>
        <w:t>A) twenty</w:t>
      </w:r>
      <w:r>
        <w:tab/>
      </w:r>
      <w:r>
        <w:rPr>
          <w:sz w:val="24"/>
        </w:rPr>
        <w:t>B) ten</w:t>
      </w:r>
      <w:r>
        <w:tab/>
      </w:r>
      <w:r>
        <w:rPr>
          <w:sz w:val="24"/>
        </w:rPr>
        <w:t>C) twelve</w:t>
      </w:r>
      <w:r>
        <w:tab/>
      </w:r>
      <w:r>
        <w:rPr>
          <w:sz w:val="24"/>
        </w:rPr>
        <w:t>D) two</w:t>
      </w:r>
    </w:p>
    <w:p>
      <w:pPr>
        <w:spacing w:after="40"/>
      </w:pPr>
    </w:p>
    <w:p>
      <w:pPr>
        <w:spacing w:after="40"/>
      </w:pPr>
      <w:r>
        <w:rPr>
          <w:b/>
          <w:sz w:val="24"/>
        </w:rPr>
        <w:t xml:space="preserve">65. </w:t>
      </w:r>
      <w:r>
        <w:rPr>
          <w:sz w:val="24"/>
        </w:rPr>
        <w:t>"on beş" İngilizce hangisi?</w:t>
      </w:r>
    </w:p>
    <w:p>
      <w:pPr>
        <w:tabs>
          <w:tab w:pos="720" w:val="left"/>
          <w:tab w:pos="3129" w:val="left"/>
          <w:tab w:pos="5539" w:val="left"/>
          <w:tab w:pos="7948" w:val="left"/>
        </w:tabs>
        <w:spacing w:before="20" w:after="40"/>
      </w:pPr>
      <w:r>
        <w:tab/>
      </w:r>
      <w:r>
        <w:rPr>
          <w:sz w:val="24"/>
        </w:rPr>
        <w:t>A) sixteen</w:t>
      </w:r>
      <w:r>
        <w:tab/>
      </w:r>
      <w:r>
        <w:rPr>
          <w:sz w:val="24"/>
        </w:rPr>
        <w:t>B) fifteen</w:t>
      </w:r>
      <w:r>
        <w:tab/>
      </w:r>
      <w:r>
        <w:rPr>
          <w:sz w:val="24"/>
        </w:rPr>
        <w:t>C) five</w:t>
      </w:r>
      <w:r>
        <w:tab/>
      </w:r>
      <w:r>
        <w:rPr>
          <w:sz w:val="24"/>
        </w:rPr>
        <w:t>D) thirteen</w:t>
      </w:r>
    </w:p>
    <w:p>
      <w:pPr>
        <w:spacing w:after="40"/>
      </w:pPr>
    </w:p>
    <w:p>
      <w:pPr>
        <w:spacing w:after="40"/>
      </w:pPr>
      <w:r>
        <w:rPr>
          <w:b/>
          <w:sz w:val="24"/>
        </w:rPr>
        <w:t xml:space="preserve">66. </w:t>
      </w:r>
      <w:r>
        <w:rPr>
          <w:sz w:val="24"/>
        </w:rPr>
        <w:t>"on sekiz" İngilizce hangisi?</w:t>
      </w:r>
    </w:p>
    <w:p>
      <w:pPr>
        <w:tabs>
          <w:tab w:pos="720" w:val="left"/>
          <w:tab w:pos="3129" w:val="left"/>
          <w:tab w:pos="5539" w:val="left"/>
          <w:tab w:pos="7948" w:val="left"/>
        </w:tabs>
        <w:spacing w:before="20" w:after="40"/>
      </w:pPr>
      <w:r>
        <w:tab/>
      </w:r>
      <w:r>
        <w:rPr>
          <w:sz w:val="24"/>
        </w:rPr>
        <w:t>A) seventeen</w:t>
      </w:r>
      <w:r>
        <w:tab/>
      </w:r>
      <w:r>
        <w:rPr>
          <w:sz w:val="24"/>
        </w:rPr>
        <w:t>B) eight</w:t>
      </w:r>
      <w:r>
        <w:tab/>
      </w:r>
      <w:r>
        <w:rPr>
          <w:sz w:val="24"/>
        </w:rPr>
        <w:t>C) thirteen</w:t>
      </w:r>
      <w:r>
        <w:tab/>
      </w:r>
      <w:r>
        <w:rPr>
          <w:sz w:val="24"/>
        </w:rPr>
        <w:t>D) eighteen</w:t>
      </w:r>
    </w:p>
    <w:p>
      <w:pPr>
        <w:spacing w:after="40"/>
      </w:pPr>
    </w:p>
    <w:p>
      <w:pPr>
        <w:spacing w:after="40"/>
      </w:pPr>
      <w:r>
        <w:rPr>
          <w:b/>
          <w:sz w:val="24"/>
        </w:rPr>
        <w:t xml:space="preserve">67. </w:t>
      </w:r>
      <w:r>
        <w:rPr>
          <w:sz w:val="24"/>
        </w:rPr>
        <w:t>One, two, ___ , four.</w:t>
      </w:r>
    </w:p>
    <w:p>
      <w:pPr>
        <w:tabs>
          <w:tab w:pos="720" w:val="left"/>
          <w:tab w:pos="3129" w:val="left"/>
          <w:tab w:pos="5539" w:val="left"/>
          <w:tab w:pos="7948" w:val="left"/>
        </w:tabs>
        <w:spacing w:before="20" w:after="40"/>
      </w:pPr>
      <w:r>
        <w:tab/>
      </w:r>
      <w:r>
        <w:rPr>
          <w:sz w:val="24"/>
        </w:rPr>
        <w:t>A) ten</w:t>
      </w:r>
      <w:r>
        <w:tab/>
      </w:r>
      <w:r>
        <w:rPr>
          <w:sz w:val="24"/>
        </w:rPr>
        <w:t>B) three</w:t>
      </w:r>
      <w:r>
        <w:tab/>
      </w:r>
      <w:r>
        <w:rPr>
          <w:sz w:val="24"/>
        </w:rPr>
        <w:t>C) five</w:t>
      </w:r>
      <w:r>
        <w:tab/>
      </w:r>
      <w:r>
        <w:rPr>
          <w:sz w:val="24"/>
        </w:rPr>
        <w:t>D) two</w:t>
      </w:r>
    </w:p>
    <w:p>
      <w:pPr>
        <w:spacing w:after="40"/>
      </w:pPr>
    </w:p>
    <w:p>
      <w:pPr>
        <w:spacing w:after="40"/>
      </w:pPr>
      <w:r>
        <w:rPr>
          <w:b/>
          <w:sz w:val="24"/>
        </w:rPr>
        <w:t xml:space="preserve">68. </w:t>
      </w:r>
      <w:r>
        <w:rPr>
          <w:sz w:val="24"/>
        </w:rPr>
        <w:t>Ten, eleven, ___ , thirteen.</w:t>
      </w:r>
    </w:p>
    <w:p>
      <w:pPr>
        <w:tabs>
          <w:tab w:pos="720" w:val="left"/>
          <w:tab w:pos="3129" w:val="left"/>
          <w:tab w:pos="5539" w:val="left"/>
          <w:tab w:pos="7948" w:val="left"/>
        </w:tabs>
        <w:spacing w:before="20" w:after="40"/>
      </w:pPr>
      <w:r>
        <w:tab/>
      </w:r>
      <w:r>
        <w:rPr>
          <w:sz w:val="24"/>
        </w:rPr>
        <w:t>A) ten</w:t>
      </w:r>
      <w:r>
        <w:tab/>
      </w:r>
      <w:r>
        <w:rPr>
          <w:sz w:val="24"/>
        </w:rPr>
        <w:t>B) twelve</w:t>
      </w:r>
      <w:r>
        <w:tab/>
      </w:r>
      <w:r>
        <w:rPr>
          <w:sz w:val="24"/>
        </w:rPr>
        <w:t>C) two</w:t>
      </w:r>
      <w:r>
        <w:tab/>
      </w:r>
      <w:r>
        <w:rPr>
          <w:sz w:val="24"/>
        </w:rPr>
        <w:t>D) twenty</w:t>
      </w:r>
    </w:p>
    <w:p>
      <w:pPr>
        <w:spacing w:after="40"/>
      </w:pPr>
    </w:p>
    <w:p>
      <w:pPr>
        <w:spacing w:after="40"/>
      </w:pPr>
      <w:r>
        <w:rPr>
          <w:b/>
          <w:sz w:val="24"/>
        </w:rPr>
        <w:t xml:space="preserve">69. </w:t>
      </w:r>
      <w:r>
        <w:rPr>
          <w:sz w:val="24"/>
        </w:rPr>
        <w:t>What number is before twenty?</w:t>
      </w:r>
    </w:p>
    <w:p>
      <w:pPr>
        <w:tabs>
          <w:tab w:pos="720" w:val="left"/>
          <w:tab w:pos="3129" w:val="left"/>
          <w:tab w:pos="5539" w:val="left"/>
          <w:tab w:pos="7948" w:val="left"/>
        </w:tabs>
        <w:spacing w:before="20" w:after="40"/>
      </w:pPr>
      <w:r>
        <w:tab/>
      </w:r>
      <w:r>
        <w:rPr>
          <w:sz w:val="24"/>
        </w:rPr>
        <w:t>A) twelve</w:t>
      </w:r>
      <w:r>
        <w:tab/>
      </w:r>
      <w:r>
        <w:rPr>
          <w:sz w:val="24"/>
        </w:rPr>
        <w:t>B) nineteen</w:t>
      </w:r>
      <w:r>
        <w:tab/>
      </w:r>
      <w:r>
        <w:rPr>
          <w:sz w:val="24"/>
        </w:rPr>
        <w:t>C) eighteen</w:t>
      </w:r>
      <w:r>
        <w:tab/>
      </w:r>
      <w:r>
        <w:rPr>
          <w:sz w:val="24"/>
        </w:rPr>
        <w:t>D) twenty</w:t>
      </w:r>
    </w:p>
    <w:p>
      <w:pPr>
        <w:spacing w:after="40"/>
      </w:pPr>
    </w:p>
    <w:p>
      <w:pPr>
        <w:spacing w:after="40"/>
      </w:pPr>
      <w:r>
        <w:rPr>
          <w:b/>
          <w:sz w:val="24"/>
        </w:rPr>
        <w:t xml:space="preserve">70. </w:t>
      </w:r>
      <w:r>
        <w:rPr>
          <w:sz w:val="24"/>
        </w:rPr>
        <w:t>What number is after nine?</w:t>
      </w:r>
    </w:p>
    <w:p>
      <w:pPr>
        <w:tabs>
          <w:tab w:pos="720" w:val="left"/>
          <w:tab w:pos="3129" w:val="left"/>
          <w:tab w:pos="5539" w:val="left"/>
          <w:tab w:pos="7948" w:val="left"/>
        </w:tabs>
        <w:spacing w:before="20" w:after="40"/>
      </w:pPr>
      <w:r>
        <w:tab/>
      </w:r>
      <w:r>
        <w:rPr>
          <w:sz w:val="24"/>
        </w:rPr>
        <w:t>A) nineteen</w:t>
      </w:r>
      <w:r>
        <w:tab/>
      </w:r>
      <w:r>
        <w:rPr>
          <w:sz w:val="24"/>
        </w:rPr>
        <w:t>B) eleven</w:t>
      </w:r>
      <w:r>
        <w:tab/>
      </w:r>
      <w:r>
        <w:rPr>
          <w:sz w:val="24"/>
        </w:rPr>
        <w:t>C) ten</w:t>
      </w:r>
      <w:r>
        <w:tab/>
      </w:r>
      <w:r>
        <w:rPr>
          <w:sz w:val="24"/>
        </w:rPr>
        <w:t>D) nine</w:t>
      </w:r>
    </w:p>
    <w:p>
      <w:pPr>
        <w:spacing w:after="40"/>
      </w:pPr>
    </w:p>
    <w:p>
      <w:pPr>
        <w:spacing w:after="40"/>
      </w:pPr>
      <w:r>
        <w:rPr>
          <w:b/>
          <w:sz w:val="24"/>
        </w:rPr>
        <w:t xml:space="preserve">71. </w:t>
      </w:r>
      <w:r>
        <w:rPr>
          <w:sz w:val="24"/>
        </w:rPr>
        <w:t>Which number is between eleven and thirteen?</w:t>
      </w:r>
    </w:p>
    <w:p>
      <w:pPr>
        <w:tabs>
          <w:tab w:pos="720" w:val="left"/>
          <w:tab w:pos="3129" w:val="left"/>
          <w:tab w:pos="5539" w:val="left"/>
          <w:tab w:pos="7948" w:val="left"/>
        </w:tabs>
        <w:spacing w:before="20" w:after="40"/>
      </w:pPr>
      <w:r>
        <w:tab/>
      </w:r>
      <w:r>
        <w:rPr>
          <w:sz w:val="24"/>
        </w:rPr>
        <w:t>A) ten</w:t>
      </w:r>
      <w:r>
        <w:tab/>
      </w:r>
      <w:r>
        <w:rPr>
          <w:sz w:val="24"/>
        </w:rPr>
        <w:t>B) fourteen</w:t>
      </w:r>
      <w:r>
        <w:tab/>
      </w:r>
      <w:r>
        <w:rPr>
          <w:sz w:val="24"/>
        </w:rPr>
        <w:t>C) twenty</w:t>
      </w:r>
      <w:r>
        <w:tab/>
      </w:r>
      <w:r>
        <w:rPr>
          <w:sz w:val="24"/>
        </w:rPr>
        <w:t>D) twelve</w:t>
      </w:r>
    </w:p>
    <w:p>
      <w:pPr>
        <w:spacing w:after="40"/>
      </w:pPr>
    </w:p>
    <w:p>
      <w:pPr>
        <w:spacing w:after="40"/>
      </w:pPr>
      <w:r>
        <w:rPr>
          <w:b/>
          <w:sz w:val="24"/>
        </w:rPr>
        <w:t xml:space="preserve">72. </w:t>
      </w:r>
      <w:r>
        <w:rPr>
          <w:sz w:val="24"/>
        </w:rPr>
        <w:t>One, two, three, four, ___ .</w:t>
      </w:r>
    </w:p>
    <w:p>
      <w:pPr>
        <w:tabs>
          <w:tab w:pos="720" w:val="left"/>
          <w:tab w:pos="3129" w:val="left"/>
          <w:tab w:pos="5539" w:val="left"/>
          <w:tab w:pos="7948" w:val="left"/>
        </w:tabs>
        <w:spacing w:before="20" w:after="40"/>
      </w:pPr>
      <w:r>
        <w:tab/>
      </w:r>
      <w:r>
        <w:rPr>
          <w:sz w:val="24"/>
        </w:rPr>
        <w:t>A) six</w:t>
      </w:r>
      <w:r>
        <w:tab/>
      </w:r>
      <w:r>
        <w:rPr>
          <w:sz w:val="24"/>
        </w:rPr>
        <w:t>B) ten</w:t>
      </w:r>
      <w:r>
        <w:tab/>
      </w:r>
      <w:r>
        <w:rPr>
          <w:sz w:val="24"/>
        </w:rPr>
        <w:t>C) five</w:t>
      </w:r>
      <w:r>
        <w:tab/>
      </w:r>
      <w:r>
        <w:rPr>
          <w:sz w:val="24"/>
        </w:rPr>
        <w:t>D) four</w:t>
      </w:r>
    </w:p>
    <w:p>
      <w:pPr>
        <w:spacing w:after="40"/>
      </w:pPr>
    </w:p>
    <w:p>
      <w:pPr>
        <w:spacing w:after="40"/>
      </w:pPr>
      <w:r>
        <w:rPr>
          <w:b/>
          <w:sz w:val="24"/>
        </w:rPr>
        <w:t xml:space="preserve">73. </w:t>
      </w:r>
      <w:r>
        <w:rPr>
          <w:sz w:val="24"/>
        </w:rPr>
        <w:t>Six, seven, ___ , nine.</w:t>
      </w:r>
    </w:p>
    <w:p>
      <w:pPr>
        <w:tabs>
          <w:tab w:pos="720" w:val="left"/>
          <w:tab w:pos="3129" w:val="left"/>
          <w:tab w:pos="5539" w:val="left"/>
          <w:tab w:pos="7948" w:val="left"/>
        </w:tabs>
        <w:spacing w:before="20" w:after="40"/>
      </w:pPr>
      <w:r>
        <w:tab/>
      </w:r>
      <w:r>
        <w:rPr>
          <w:sz w:val="24"/>
        </w:rPr>
        <w:t>A) nine</w:t>
      </w:r>
      <w:r>
        <w:tab/>
      </w:r>
      <w:r>
        <w:rPr>
          <w:sz w:val="24"/>
        </w:rPr>
        <w:t>B) seven</w:t>
      </w:r>
      <w:r>
        <w:tab/>
      </w:r>
      <w:r>
        <w:rPr>
          <w:sz w:val="24"/>
        </w:rPr>
        <w:t>C) eight</w:t>
      </w:r>
      <w:r>
        <w:tab/>
      </w:r>
      <w:r>
        <w:rPr>
          <w:sz w:val="24"/>
        </w:rPr>
        <w:t>D) ten</w:t>
      </w:r>
    </w:p>
    <w:p>
      <w:pPr>
        <w:spacing w:after="40"/>
      </w:pPr>
    </w:p>
    <w:p>
      <w:pPr>
        <w:spacing w:after="40"/>
      </w:pPr>
      <w:r>
        <w:rPr>
          <w:b/>
          <w:sz w:val="24"/>
        </w:rPr>
        <w:t xml:space="preserve">74. </w:t>
      </w:r>
      <w:r>
        <w:rPr>
          <w:sz w:val="24"/>
        </w:rPr>
        <w:t>What number is after twelve?</w:t>
      </w:r>
    </w:p>
    <w:p>
      <w:pPr>
        <w:tabs>
          <w:tab w:pos="720" w:val="left"/>
          <w:tab w:pos="3129" w:val="left"/>
          <w:tab w:pos="5539" w:val="left"/>
          <w:tab w:pos="7948" w:val="left"/>
        </w:tabs>
        <w:spacing w:before="20" w:after="40"/>
      </w:pPr>
      <w:r>
        <w:tab/>
      </w:r>
      <w:r>
        <w:rPr>
          <w:sz w:val="24"/>
        </w:rPr>
        <w:t>A) twenty</w:t>
      </w:r>
      <w:r>
        <w:tab/>
      </w:r>
      <w:r>
        <w:rPr>
          <w:sz w:val="24"/>
        </w:rPr>
        <w:t>B) fourteen</w:t>
      </w:r>
      <w:r>
        <w:tab/>
      </w:r>
      <w:r>
        <w:rPr>
          <w:sz w:val="24"/>
        </w:rPr>
        <w:t>C) twelve</w:t>
      </w:r>
      <w:r>
        <w:tab/>
      </w:r>
      <w:r>
        <w:rPr>
          <w:sz w:val="24"/>
        </w:rPr>
        <w:t>D) thirteen</w:t>
      </w:r>
    </w:p>
    <w:p>
      <w:pPr>
        <w:spacing w:after="40"/>
      </w:pPr>
    </w:p>
    <w:p>
      <w:pPr>
        <w:spacing w:after="40"/>
      </w:pPr>
      <w:r>
        <w:rPr>
          <w:b/>
          <w:sz w:val="24"/>
        </w:rPr>
        <w:t xml:space="preserve">75. </w:t>
      </w:r>
      <w:r>
        <w:rPr>
          <w:sz w:val="24"/>
        </w:rPr>
        <w:t>What number is before eleven?</w:t>
      </w:r>
    </w:p>
    <w:p>
      <w:pPr>
        <w:tabs>
          <w:tab w:pos="720" w:val="left"/>
          <w:tab w:pos="3129" w:val="left"/>
          <w:tab w:pos="5539" w:val="left"/>
          <w:tab w:pos="7948" w:val="left"/>
        </w:tabs>
        <w:spacing w:before="20" w:after="40"/>
      </w:pPr>
      <w:r>
        <w:tab/>
      </w:r>
      <w:r>
        <w:rPr>
          <w:sz w:val="24"/>
        </w:rPr>
        <w:t>A) ten</w:t>
      </w:r>
      <w:r>
        <w:tab/>
      </w:r>
      <w:r>
        <w:rPr>
          <w:sz w:val="24"/>
        </w:rPr>
        <w:t>B) eleven</w:t>
      </w:r>
      <w:r>
        <w:tab/>
      </w:r>
      <w:r>
        <w:rPr>
          <w:sz w:val="24"/>
        </w:rPr>
        <w:t>C) nine</w:t>
      </w:r>
      <w:r>
        <w:tab/>
      </w:r>
      <w:r>
        <w:rPr>
          <w:sz w:val="24"/>
        </w:rPr>
        <w:t>D) twelve</w:t>
      </w:r>
    </w:p>
    <w:p>
      <w:pPr>
        <w:spacing w:after="40"/>
      </w:pPr>
    </w:p>
    <w:p>
      <w:pPr>
        <w:spacing w:after="40"/>
      </w:pPr>
      <w:r>
        <w:rPr>
          <w:b/>
          <w:sz w:val="24"/>
        </w:rPr>
        <w:t xml:space="preserve">76. </w:t>
      </w:r>
      <w:r>
        <w:rPr>
          <w:sz w:val="24"/>
        </w:rPr>
        <w:t>Four, five, six, ___ .</w:t>
      </w:r>
    </w:p>
    <w:p>
      <w:pPr>
        <w:tabs>
          <w:tab w:pos="720" w:val="left"/>
          <w:tab w:pos="3129" w:val="left"/>
          <w:tab w:pos="5539" w:val="left"/>
          <w:tab w:pos="7948" w:val="left"/>
        </w:tabs>
        <w:spacing w:before="20" w:after="40"/>
      </w:pPr>
      <w:r>
        <w:tab/>
      </w:r>
      <w:r>
        <w:rPr>
          <w:sz w:val="24"/>
        </w:rPr>
        <w:t>A) six</w:t>
      </w:r>
      <w:r>
        <w:tab/>
      </w:r>
      <w:r>
        <w:rPr>
          <w:sz w:val="24"/>
        </w:rPr>
        <w:t>B) nine</w:t>
      </w:r>
      <w:r>
        <w:tab/>
      </w:r>
      <w:r>
        <w:rPr>
          <w:sz w:val="24"/>
        </w:rPr>
        <w:t>C) eight</w:t>
      </w:r>
      <w:r>
        <w:tab/>
      </w:r>
      <w:r>
        <w:rPr>
          <w:sz w:val="24"/>
        </w:rPr>
        <w:t>D) seven</w:t>
      </w:r>
    </w:p>
    <w:p>
      <w:pPr>
        <w:spacing w:after="40"/>
      </w:pPr>
    </w:p>
    <w:sectPr w:rsidR="00FC693F" w:rsidRPr="0006063C" w:rsidSect="00034616">
      <w:pgSz w:w="11906" w:h="16838"/>
      <w:pgMar w:top="1020" w:right="1134" w:bottom="907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Niramit" w:hAnsi="Niramit" w:eastAsia="Niramit" w:cs="Niramit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