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3. Sınıf İngilizce — Ünite 1 My Classroom · Birleşik Test (Pronouns + to be · Sınıf eşyaları · Sayılar 1-20)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71.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76. D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Pronouns (I / you / it / they) + to be, Sınıf eşyaları (22 kelime), Sayılar 1-20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