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3. Sınıf İngilizce — Ünite 1 My Classroom · "I have got" · Birleşik Test</w:t>
      </w:r>
    </w:p>
    <w:p>
      <w:pPr>
        <w:jc w:val="center"/>
      </w:pPr>
      <w:r>
        <w:rPr>
          <w:color w:val="6E6860"/>
          <w:sz w:val="19"/>
        </w:rPr>
        <w:t>Kapsam: "I have got" / "has got" (ait olma) · Have you got ...? / Has she got ...? (kısa cevap) · have got + sınıf eşyası · olumsuz: haven't got / hasn't got</w:t>
      </w:r>
    </w:p>
    <w:p>
      <w:pPr>
        <w:jc w:val="center"/>
      </w:pPr>
      <w:r>
        <w:rPr>
          <w:color w:val="6E6860"/>
          <w:sz w:val="19"/>
        </w:rPr>
        <w:t>25 soru · 4 seçenekli · 3. Sınıf · Ünite 1 · Seviye: Kolay + Orta</w:t>
      </w:r>
    </w:p>
    <w:p>
      <w:r>
        <w:rPr>
          <w:sz w:val="21"/>
        </w:rPr>
        <w:t>Ad Soyad: .............................................        Puan: ............</w:t>
      </w:r>
    </w:p>
    <w:p>
      <w:r>
        <w:rPr>
          <w:i/>
          <w:color w:val="6E6860"/>
          <w:sz w:val="21"/>
        </w:rPr>
        <w:t>Aşağıdaki sorularda doğru seçeneği işaretleyin.</w:t>
      </w:r>
    </w:p>
    <w:p/>
    <w:p>
      <w:pPr>
        <w:spacing w:after="40"/>
      </w:pPr>
      <w:r>
        <w:rPr>
          <w:b/>
          <w:sz w:val="24"/>
        </w:rPr>
        <w:t xml:space="preserve">1. </w:t>
      </w:r>
      <w:r>
        <w:rPr>
          <w:sz w:val="24"/>
        </w:rPr>
        <w:t>I ___ got a pen.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have</w:t>
      </w:r>
      <w:r>
        <w:tab/>
      </w:r>
      <w:r>
        <w:rPr>
          <w:sz w:val="24"/>
        </w:rPr>
        <w:t>B) has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2. </w:t>
      </w:r>
      <w:r>
        <w:rPr>
          <w:sz w:val="24"/>
        </w:rPr>
        <w:t>You ___ got a book.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has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have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3. </w:t>
      </w:r>
      <w:r>
        <w:rPr>
          <w:sz w:val="24"/>
        </w:rPr>
        <w:t>He ___ got a ruler.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have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has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4. </w:t>
      </w:r>
      <w:r>
        <w:rPr>
          <w:sz w:val="24"/>
        </w:rPr>
        <w:t>She ___ got a pencil case.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have</w:t>
      </w:r>
      <w:r>
        <w:tab/>
      </w:r>
      <w:r>
        <w:rPr>
          <w:sz w:val="24"/>
        </w:rPr>
        <w:t>B) has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5. </w:t>
      </w:r>
      <w:r>
        <w:rPr>
          <w:sz w:val="24"/>
        </w:rPr>
        <w:t>They ___ got books.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have</w:t>
      </w:r>
      <w:r>
        <w:tab/>
      </w:r>
      <w:r>
        <w:rPr>
          <w:sz w:val="24"/>
        </w:rPr>
        <w:t>B) has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6. </w:t>
      </w:r>
      <w:r>
        <w:rPr>
          <w:sz w:val="24"/>
        </w:rPr>
        <w:t>It ___ got a name.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have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has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7. </w:t>
      </w:r>
      <w:r>
        <w:rPr>
          <w:sz w:val="24"/>
        </w:rPr>
        <w:t>My teacher ___ got a bin.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have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has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8. </w:t>
      </w:r>
      <w:r>
        <w:rPr>
          <w:sz w:val="24"/>
        </w:rPr>
        <w:t>We ___ got a classroom.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have</w:t>
      </w:r>
      <w:r>
        <w:tab/>
      </w:r>
      <w:r>
        <w:rPr>
          <w:sz w:val="24"/>
        </w:rPr>
        <w:t>B) has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9. </w:t>
      </w:r>
      <w:r>
        <w:rPr>
          <w:sz w:val="24"/>
        </w:rPr>
        <w:t>I have got a ___ . (kalem)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pen</w:t>
      </w:r>
      <w:r>
        <w:tab/>
      </w:r>
      <w:r>
        <w:rPr>
          <w:sz w:val="24"/>
        </w:rPr>
        <w:t>B) pencils</w:t>
      </w:r>
      <w:r>
        <w:tab/>
      </w:r>
      <w:r>
        <w:rPr>
          <w:sz w:val="24"/>
        </w:rPr>
        <w:t>C) book</w:t>
      </w:r>
      <w:r>
        <w:tab/>
      </w:r>
      <w:r>
        <w:rPr>
          <w:sz w:val="24"/>
        </w:rPr>
        <w:t>D) chair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10. </w:t>
      </w:r>
      <w:r>
        <w:rPr>
          <w:sz w:val="24"/>
        </w:rPr>
        <w:t>I have got a ___ . (cetvel)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rulers</w:t>
      </w:r>
      <w:r>
        <w:tab/>
      </w:r>
      <w:r>
        <w:rPr>
          <w:sz w:val="24"/>
        </w:rPr>
        <w:t>B) ruler</w:t>
      </w:r>
      <w:r>
        <w:tab/>
      </w:r>
      <w:r>
        <w:rPr>
          <w:sz w:val="24"/>
        </w:rPr>
        <w:t>C) pen</w:t>
      </w:r>
      <w:r>
        <w:tab/>
      </w:r>
      <w:r>
        <w:rPr>
          <w:sz w:val="24"/>
        </w:rPr>
        <w:t>D) book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11. </w:t>
      </w:r>
      <w:r>
        <w:rPr>
          <w:sz w:val="24"/>
        </w:rPr>
        <w:t>I have got a ___ . (silgi)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rubbers</w:t>
      </w:r>
      <w:r>
        <w:tab/>
      </w:r>
      <w:r>
        <w:rPr>
          <w:sz w:val="24"/>
        </w:rPr>
        <w:t>B) rubber</w:t>
      </w:r>
      <w:r>
        <w:tab/>
      </w:r>
      <w:r>
        <w:rPr>
          <w:sz w:val="24"/>
        </w:rPr>
        <w:t>C) pen</w:t>
      </w:r>
      <w:r>
        <w:tab/>
      </w:r>
      <w:r>
        <w:rPr>
          <w:sz w:val="24"/>
        </w:rPr>
        <w:t>D) chair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12. </w:t>
      </w:r>
      <w:r>
        <w:rPr>
          <w:sz w:val="24"/>
        </w:rPr>
        <w:t>I have got a ___ . (okul çantası)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school bags</w:t>
      </w:r>
      <w:r>
        <w:tab/>
      </w:r>
      <w:r>
        <w:rPr>
          <w:sz w:val="24"/>
        </w:rPr>
        <w:t>B) pencil case</w:t>
      </w:r>
      <w:r>
        <w:tab/>
      </w:r>
      <w:r>
        <w:rPr>
          <w:sz w:val="24"/>
        </w:rPr>
        <w:t>C) school bag</w:t>
      </w:r>
      <w:r>
        <w:tab/>
      </w:r>
      <w:r>
        <w:rPr>
          <w:sz w:val="24"/>
        </w:rPr>
        <w:t>D) notebook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13. </w:t>
      </w:r>
      <w:r>
        <w:rPr>
          <w:sz w:val="24"/>
        </w:rPr>
        <w:t>I have got two ___ . (kitap)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book</w:t>
      </w:r>
      <w:r>
        <w:tab/>
      </w:r>
      <w:r>
        <w:rPr>
          <w:sz w:val="24"/>
        </w:rPr>
        <w:t>B) books</w:t>
      </w:r>
      <w:r>
        <w:tab/>
      </w:r>
      <w:r>
        <w:rPr>
          <w:sz w:val="24"/>
        </w:rPr>
        <w:t>C) pens</w:t>
      </w:r>
      <w:r>
        <w:tab/>
      </w:r>
      <w:r>
        <w:rPr>
          <w:sz w:val="24"/>
        </w:rPr>
        <w:t>D) chairs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14. </w:t>
      </w:r>
      <w:r>
        <w:rPr>
          <w:sz w:val="24"/>
        </w:rPr>
        <w:t>He has got a ___ . (defter)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notebooks</w:t>
      </w:r>
      <w:r>
        <w:tab/>
      </w:r>
      <w:r>
        <w:rPr>
          <w:sz w:val="24"/>
        </w:rPr>
        <w:t>B) book</w:t>
      </w:r>
      <w:r>
        <w:tab/>
      </w:r>
      <w:r>
        <w:rPr>
          <w:sz w:val="24"/>
        </w:rPr>
        <w:t>C) notebook</w:t>
      </w:r>
      <w:r>
        <w:tab/>
      </w:r>
      <w:r>
        <w:rPr>
          <w:sz w:val="24"/>
        </w:rPr>
        <w:t>D) pen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15. </w:t>
      </w:r>
      <w:r>
        <w:rPr>
          <w:sz w:val="24"/>
        </w:rPr>
        <w:t>Have you got a pen? Yes, I ___ .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haven't</w:t>
      </w:r>
      <w:r>
        <w:tab/>
      </w:r>
      <w:r>
        <w:rPr>
          <w:sz w:val="24"/>
        </w:rPr>
        <w:t>B) has</w:t>
      </w:r>
      <w:r>
        <w:tab/>
      </w:r>
      <w:r>
        <w:rPr>
          <w:sz w:val="24"/>
        </w:rPr>
        <w:t>C) got</w:t>
      </w:r>
      <w:r>
        <w:tab/>
      </w:r>
      <w:r>
        <w:rPr>
          <w:sz w:val="24"/>
        </w:rPr>
        <w:t>D) have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16. </w:t>
      </w:r>
      <w:r>
        <w:rPr>
          <w:sz w:val="24"/>
        </w:rPr>
        <w:t>Have you got a ruler? No, I ___ .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have</w:t>
      </w:r>
      <w:r>
        <w:tab/>
      </w:r>
      <w:r>
        <w:rPr>
          <w:sz w:val="24"/>
        </w:rPr>
        <w:t>B) has</w:t>
      </w:r>
      <w:r>
        <w:tab/>
      </w:r>
      <w:r>
        <w:rPr>
          <w:sz w:val="24"/>
        </w:rPr>
        <w:t>C) got</w:t>
      </w:r>
      <w:r>
        <w:tab/>
      </w:r>
      <w:r>
        <w:rPr>
          <w:sz w:val="24"/>
        </w:rPr>
        <w:t>D) haven't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17. </w:t>
      </w:r>
      <w:r>
        <w:rPr>
          <w:sz w:val="24"/>
        </w:rPr>
        <w:t>Has she got a book? Yes, she ___ .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has</w:t>
      </w:r>
      <w:r>
        <w:tab/>
      </w:r>
      <w:r>
        <w:rPr>
          <w:sz w:val="24"/>
        </w:rPr>
        <w:t>B) have</w:t>
      </w:r>
      <w:r>
        <w:tab/>
      </w:r>
      <w:r>
        <w:rPr>
          <w:sz w:val="24"/>
        </w:rPr>
        <w:t>C) haven't</w:t>
      </w:r>
      <w:r>
        <w:tab/>
      </w:r>
      <w:r>
        <w:rPr>
          <w:sz w:val="24"/>
        </w:rPr>
        <w:t>D) got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18. </w:t>
      </w:r>
      <w:r>
        <w:rPr>
          <w:sz w:val="24"/>
        </w:rPr>
        <w:t>Has he got a pen? No, he ___ .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has</w:t>
      </w:r>
      <w:r>
        <w:tab/>
      </w:r>
      <w:r>
        <w:rPr>
          <w:sz w:val="24"/>
        </w:rPr>
        <w:t>B) haven't</w:t>
      </w:r>
      <w:r>
        <w:tab/>
      </w:r>
      <w:r>
        <w:rPr>
          <w:sz w:val="24"/>
        </w:rPr>
        <w:t>C) got</w:t>
      </w:r>
      <w:r>
        <w:tab/>
      </w:r>
      <w:r>
        <w:rPr>
          <w:sz w:val="24"/>
        </w:rPr>
        <w:t>D) hasn't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19. </w:t>
      </w:r>
      <w:r>
        <w:rPr>
          <w:sz w:val="24"/>
        </w:rPr>
        <w:t>___ you got a pencil case?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Have</w:t>
      </w:r>
      <w:r>
        <w:tab/>
      </w:r>
      <w:r>
        <w:rPr>
          <w:sz w:val="24"/>
        </w:rPr>
        <w:t>B) Has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20. </w:t>
      </w:r>
      <w:r>
        <w:rPr>
          <w:sz w:val="24"/>
        </w:rPr>
        <w:t>___ she got a ruler?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Has</w:t>
      </w:r>
      <w:r>
        <w:tab/>
      </w:r>
      <w:r>
        <w:rPr>
          <w:sz w:val="24"/>
        </w:rPr>
        <w:t>B) Have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21. </w:t>
      </w:r>
      <w:r>
        <w:rPr>
          <w:sz w:val="24"/>
        </w:rPr>
        <w:t>Choose the correct answer.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I ___ got a big notebook.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It is a blue notebook.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has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have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22. </w:t>
      </w:r>
      <w:r>
        <w:rPr>
          <w:sz w:val="24"/>
        </w:rPr>
        <w:t>Read and choose the correct answer.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___ he got a school bag?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Yes, he has.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Have</w:t>
      </w:r>
      <w:r>
        <w:tab/>
      </w:r>
      <w:r>
        <w:rPr>
          <w:sz w:val="24"/>
        </w:rPr>
        <w:t>B) Has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23. </w:t>
      </w:r>
      <w:r>
        <w:rPr>
          <w:sz w:val="24"/>
        </w:rPr>
        <w:t>Choose the correct answer.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I have ___ a pen.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It is a red pen.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have</w:t>
      </w:r>
      <w:r>
        <w:tab/>
      </w:r>
      <w:r>
        <w:rPr>
          <w:sz w:val="24"/>
        </w:rPr>
        <w:t>B) has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got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24. </w:t>
      </w:r>
      <w:r>
        <w:rPr>
          <w:sz w:val="24"/>
        </w:rPr>
        <w:t>He has got a pen, but I ___ got a ruler.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hasn't</w:t>
      </w:r>
      <w:r>
        <w:tab/>
      </w:r>
      <w:r>
        <w:rPr>
          <w:sz w:val="24"/>
        </w:rPr>
        <w:t>B) has</w:t>
      </w:r>
      <w:r>
        <w:tab/>
      </w:r>
      <w:r>
        <w:rPr>
          <w:sz w:val="24"/>
        </w:rPr>
        <w:t>C) haven't</w:t>
      </w:r>
      <w:r>
        <w:tab/>
      </w:r>
      <w:r>
        <w:rPr>
          <w:sz w:val="24"/>
        </w:rPr>
        <w:t>D) 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25. </w:t>
      </w:r>
      <w:r>
        <w:rPr>
          <w:sz w:val="24"/>
        </w:rPr>
        <w:t>I have got a book and two ___ . (kalem)</w:t>
      </w:r>
    </w:p>
    <w:p>
      <w:pPr>
        <w:tabs>
          <w:tab w:pos="567" w:val="left"/>
          <w:tab w:pos="2835" w:val="left"/>
          <w:tab w:pos="5102" w:val="left"/>
          <w:tab w:pos="7370" w:val="left"/>
        </w:tabs>
        <w:spacing w:before="20" w:after="40"/>
      </w:pPr>
      <w:r>
        <w:tab/>
      </w:r>
      <w:r>
        <w:rPr>
          <w:sz w:val="24"/>
        </w:rPr>
        <w:t>A) pen</w:t>
      </w:r>
      <w:r>
        <w:tab/>
      </w:r>
      <w:r>
        <w:rPr>
          <w:sz w:val="24"/>
        </w:rPr>
        <w:t>B) pens</w:t>
      </w:r>
      <w:r>
        <w:tab/>
      </w:r>
      <w:r>
        <w:rPr>
          <w:sz w:val="24"/>
        </w:rPr>
        <w:t>C) books</w:t>
      </w:r>
      <w:r>
        <w:tab/>
      </w:r>
      <w:r>
        <w:rPr>
          <w:sz w:val="24"/>
        </w:rPr>
        <w:t>D) chairs</w:t>
      </w:r>
    </w:p>
    <w:p>
      <w:pPr>
        <w:spacing w:after="40"/>
      </w:pP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