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3. Sınıf İngilizce — Ünite 1 My Classroom · "I have got"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B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"I have got" / "has got" (ait olma), Have you got ...? / Has she got ...? (kısa cevap), have got + sınıf eşyası, olumsuz: haven't got / hasn't got</w:t>
        <w:br/>
        <w:t>• Seviye: Kolay + Orta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