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3. Sınıf İngilizce — Ünite 1 My Classroom · "How many?" · Birleşik Test</w:t>
      </w:r>
    </w:p>
    <w:p>
      <w:pPr>
        <w:jc w:val="center"/>
      </w:pPr>
      <w:r>
        <w:rPr>
          <w:color w:val="6E6860"/>
          <w:sz w:val="19"/>
        </w:rPr>
        <w:t>Kapsam: "How many ...?" (sayma) · Sayılar 1-20 · How many? + kısa cevap · sınıf eşyaları</w:t>
      </w:r>
    </w:p>
    <w:p>
      <w:pPr>
        <w:jc w:val="center"/>
      </w:pPr>
      <w:r>
        <w:rPr>
          <w:color w:val="6E6860"/>
          <w:sz w:val="19"/>
        </w:rPr>
        <w:t>25 soru · 4 seçenekli · 3. Sınıf · Ünite 1 · Seviye: Kolay + Orta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___ books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Which</w:t>
      </w:r>
      <w:r>
        <w:tab/>
      </w:r>
      <w:r>
        <w:rPr>
          <w:sz w:val="24"/>
        </w:rPr>
        <w:t>C) How</w:t>
      </w:r>
      <w:r>
        <w:tab/>
      </w:r>
      <w:r>
        <w:rPr>
          <w:sz w:val="24"/>
        </w:rPr>
        <w:t>D) How many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___ rulers are on the table?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I have got five crayons and three pens. How many crayons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five</w:t>
      </w:r>
      <w:r>
        <w:tab/>
      </w:r>
      <w:r>
        <w:rPr>
          <w:sz w:val="24"/>
        </w:rPr>
        <w:t>B) three</w:t>
      </w:r>
      <w:r>
        <w:tab/>
      </w:r>
      <w:r>
        <w:rPr>
          <w:sz w:val="24"/>
        </w:rPr>
        <w:t>C) eight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Ten students are in the classroom and two are in the school garden. How many students are in the classroom?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ten</w:t>
      </w:r>
      <w:r>
        <w:tab/>
      </w:r>
      <w:r>
        <w:rPr>
          <w:sz w:val="24"/>
        </w:rPr>
        <w:t>B) two</w:t>
      </w:r>
      <w:r>
        <w:tab/>
      </w:r>
      <w:r>
        <w:rPr>
          <w:sz w:val="24"/>
        </w:rPr>
        <w:t>C) twelve</w:t>
      </w:r>
      <w:r>
        <w:tab/>
      </w:r>
      <w:r>
        <w:rPr>
          <w:sz w:val="24"/>
        </w:rPr>
        <w:t>D) eight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I have got six books and four notebooks. How many books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four</w:t>
      </w:r>
      <w:r>
        <w:tab/>
      </w:r>
      <w:r>
        <w:rPr>
          <w:sz w:val="24"/>
        </w:rPr>
        <w:t>B) ten</w:t>
      </w:r>
      <w:r>
        <w:tab/>
      </w:r>
      <w:r>
        <w:rPr>
          <w:sz w:val="24"/>
        </w:rPr>
        <w:t>C) six</w:t>
      </w:r>
      <w:r>
        <w:tab/>
      </w:r>
      <w:r>
        <w:rPr>
          <w:sz w:val="24"/>
        </w:rPr>
        <w:t>D) two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One, two, three, four. How many books? ___ books.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four</w:t>
      </w:r>
      <w:r>
        <w:tab/>
      </w:r>
      <w:r>
        <w:rPr>
          <w:sz w:val="24"/>
        </w:rPr>
        <w:t>B) three</w:t>
      </w:r>
      <w:r>
        <w:tab/>
      </w:r>
      <w:r>
        <w:rPr>
          <w:sz w:val="24"/>
        </w:rPr>
        <w:t>C) five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I have got seven pencils. How many pencils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six</w:t>
      </w:r>
      <w:r>
        <w:tab/>
      </w:r>
      <w:r>
        <w:rPr>
          <w:sz w:val="24"/>
        </w:rPr>
        <w:t>B) seventeen</w:t>
      </w:r>
      <w:r>
        <w:tab/>
      </w:r>
      <w:r>
        <w:rPr>
          <w:sz w:val="24"/>
        </w:rPr>
        <w:t>C) seven</w:t>
      </w:r>
      <w:r>
        <w:tab/>
      </w:r>
      <w:r>
        <w:rPr>
          <w:sz w:val="24"/>
        </w:rPr>
        <w:t>D) eight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"üç" İngilizce hangisi?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thirteen</w:t>
      </w:r>
      <w:r>
        <w:tab/>
      </w:r>
      <w:r>
        <w:rPr>
          <w:sz w:val="24"/>
        </w:rPr>
        <w:t>B) three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five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"on iki" İngilizce hangisi?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twenty</w:t>
      </w:r>
      <w:r>
        <w:tab/>
      </w:r>
      <w:r>
        <w:rPr>
          <w:sz w:val="24"/>
        </w:rPr>
        <w:t>B) ten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twelve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"yirmi" İngilizce hangisi?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twelve</w:t>
      </w:r>
      <w:r>
        <w:tab/>
      </w:r>
      <w:r>
        <w:rPr>
          <w:sz w:val="24"/>
        </w:rPr>
        <w:t>B) two</w:t>
      </w:r>
      <w:r>
        <w:tab/>
      </w:r>
      <w:r>
        <w:rPr>
          <w:sz w:val="24"/>
        </w:rPr>
        <w:t>C) ten</w:t>
      </w:r>
      <w:r>
        <w:tab/>
      </w:r>
      <w:r>
        <w:rPr>
          <w:sz w:val="24"/>
        </w:rPr>
        <w:t>D) twenty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"on beş" İngilizce hangisi?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five</w:t>
      </w:r>
      <w:r>
        <w:tab/>
      </w:r>
      <w:r>
        <w:rPr>
          <w:sz w:val="24"/>
        </w:rPr>
        <w:t>B) thirteen</w:t>
      </w:r>
      <w:r>
        <w:tab/>
      </w:r>
      <w:r>
        <w:rPr>
          <w:sz w:val="24"/>
        </w:rPr>
        <w:t>C) fifteen</w:t>
      </w:r>
      <w:r>
        <w:tab/>
      </w:r>
      <w:r>
        <w:rPr>
          <w:sz w:val="24"/>
        </w:rPr>
        <w:t>D) sixteen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"yedi" İngilizce hangisi?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seventeen</w:t>
      </w:r>
      <w:r>
        <w:tab/>
      </w:r>
      <w:r>
        <w:rPr>
          <w:sz w:val="24"/>
        </w:rPr>
        <w:t>B) seven</w:t>
      </w:r>
      <w:r>
        <w:tab/>
      </w:r>
      <w:r>
        <w:rPr>
          <w:sz w:val="24"/>
        </w:rPr>
        <w:t>C) six</w:t>
      </w:r>
      <w:r>
        <w:tab/>
      </w:r>
      <w:r>
        <w:rPr>
          <w:sz w:val="24"/>
        </w:rPr>
        <w:t>D) nine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"on altı" İngilizce hangisi?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sixteen</w:t>
      </w:r>
      <w:r>
        <w:tab/>
      </w:r>
      <w:r>
        <w:rPr>
          <w:sz w:val="24"/>
        </w:rPr>
        <w:t>B) six</w:t>
      </w:r>
      <w:r>
        <w:tab/>
      </w:r>
      <w:r>
        <w:rPr>
          <w:sz w:val="24"/>
        </w:rPr>
        <w:t>C) thirteen</w:t>
      </w:r>
      <w:r>
        <w:tab/>
      </w:r>
      <w:r>
        <w:rPr>
          <w:sz w:val="24"/>
        </w:rPr>
        <w:t>D) fifteen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"on dört" İngilizce hangisi?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fourteen</w:t>
      </w:r>
      <w:r>
        <w:tab/>
      </w:r>
      <w:r>
        <w:rPr>
          <w:sz w:val="24"/>
        </w:rPr>
        <w:t>B) four</w:t>
      </w:r>
      <w:r>
        <w:tab/>
      </w:r>
      <w:r>
        <w:rPr>
          <w:sz w:val="24"/>
        </w:rPr>
        <w:t>C) thirteen</w:t>
      </w:r>
      <w:r>
        <w:tab/>
      </w:r>
      <w:r>
        <w:rPr>
          <w:sz w:val="24"/>
        </w:rPr>
        <w:t>D) fifteen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I have got ten colours and two books. How many colours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two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ten</w:t>
      </w:r>
      <w:r>
        <w:tab/>
      </w:r>
      <w:r>
        <w:rPr>
          <w:sz w:val="24"/>
        </w:rPr>
        <w:t>D) eight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I have got three rulers. How many rulers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two</w:t>
      </w:r>
      <w:r>
        <w:tab/>
      </w:r>
      <w:r>
        <w:rPr>
          <w:sz w:val="24"/>
        </w:rPr>
        <w:t>B) thirteen</w:t>
      </w:r>
      <w:r>
        <w:tab/>
      </w:r>
      <w:r>
        <w:rPr>
          <w:sz w:val="24"/>
        </w:rPr>
        <w:t>C) three</w:t>
      </w:r>
      <w:r>
        <w:tab/>
      </w:r>
      <w:r>
        <w:rPr>
          <w:sz w:val="24"/>
        </w:rPr>
        <w:t>D) four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One, two, three, four, five. How many chairs? ___ chairs.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four</w:t>
      </w:r>
      <w:r>
        <w:tab/>
      </w:r>
      <w:r>
        <w:rPr>
          <w:sz w:val="24"/>
        </w:rPr>
        <w:t>B) six</w:t>
      </w:r>
      <w:r>
        <w:tab/>
      </w:r>
      <w:r>
        <w:rPr>
          <w:sz w:val="24"/>
        </w:rPr>
        <w:t>C) ten</w:t>
      </w:r>
      <w:r>
        <w:tab/>
      </w:r>
      <w:r>
        <w:rPr>
          <w:sz w:val="24"/>
        </w:rPr>
        <w:t>D) five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"I have got nine books." How many books? ___ books.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eight</w:t>
      </w:r>
      <w:r>
        <w:tab/>
      </w:r>
      <w:r>
        <w:rPr>
          <w:sz w:val="24"/>
        </w:rPr>
        <w:t>B) nineteen</w:t>
      </w:r>
      <w:r>
        <w:tab/>
      </w:r>
      <w:r>
        <w:rPr>
          <w:sz w:val="24"/>
        </w:rPr>
        <w:t>C) nine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books have you got?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have got ten books.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How many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Read and choose the correct answer.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rulers are on the table?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Five rulers.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How many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Which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How many crayons have you got?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have got ___ crayons. (sekiz)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seven</w:t>
      </w:r>
      <w:r>
        <w:tab/>
      </w:r>
      <w:r>
        <w:rPr>
          <w:sz w:val="24"/>
        </w:rPr>
        <w:t>B) two</w:t>
      </w:r>
      <w:r>
        <w:tab/>
      </w:r>
      <w:r>
        <w:rPr>
          <w:sz w:val="24"/>
        </w:rPr>
        <w:t>C) eighteen</w:t>
      </w:r>
      <w:r>
        <w:tab/>
      </w:r>
      <w:r>
        <w:rPr>
          <w:sz w:val="24"/>
        </w:rPr>
        <w:t>D) eight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Read and choose the correct answer.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How many books are on the table?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books. (altı)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five</w:t>
      </w:r>
      <w:r>
        <w:tab/>
      </w:r>
      <w:r>
        <w:rPr>
          <w:sz w:val="24"/>
        </w:rPr>
        <w:t>B) sixteen</w:t>
      </w:r>
      <w:r>
        <w:tab/>
      </w:r>
      <w:r>
        <w:rPr>
          <w:sz w:val="24"/>
        </w:rPr>
        <w:t>C) two</w:t>
      </w:r>
      <w:r>
        <w:tab/>
      </w:r>
      <w:r>
        <w:rPr>
          <w:sz w:val="24"/>
        </w:rPr>
        <w:t>D) six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I have got eleven pencils and four rulers. How many pencils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eleven</w:t>
      </w:r>
      <w:r>
        <w:tab/>
      </w:r>
      <w:r>
        <w:rPr>
          <w:sz w:val="24"/>
        </w:rPr>
        <w:t>B) four</w:t>
      </w:r>
      <w:r>
        <w:tab/>
      </w:r>
      <w:r>
        <w:rPr>
          <w:sz w:val="24"/>
        </w:rPr>
        <w:t>C) fifteen</w:t>
      </w:r>
      <w:r>
        <w:tab/>
      </w:r>
      <w:r>
        <w:rPr>
          <w:sz w:val="24"/>
        </w:rPr>
        <w:t>D) seven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One, two, three, four, five, six. How many books? ___ books.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five</w:t>
      </w:r>
      <w:r>
        <w:tab/>
      </w:r>
      <w:r>
        <w:rPr>
          <w:sz w:val="24"/>
        </w:rPr>
        <w:t>B) six</w:t>
      </w:r>
      <w:r>
        <w:tab/>
      </w:r>
      <w:r>
        <w:rPr>
          <w:sz w:val="24"/>
        </w:rPr>
        <w:t>C) seven</w:t>
      </w:r>
      <w:r>
        <w:tab/>
      </w:r>
      <w:r>
        <w:rPr>
          <w:sz w:val="24"/>
        </w:rPr>
        <w:t>D) ten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I have got twelve crayons. How many crayons have you got?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two</w:t>
      </w:r>
      <w:r>
        <w:tab/>
      </w:r>
      <w:r>
        <w:rPr>
          <w:sz w:val="24"/>
        </w:rPr>
        <w:t>B) twelve</w:t>
      </w:r>
      <w:r>
        <w:tab/>
      </w:r>
      <w:r>
        <w:rPr>
          <w:sz w:val="24"/>
        </w:rPr>
        <w:t>C) twenty</w:t>
      </w:r>
      <w:r>
        <w:tab/>
      </w:r>
      <w:r>
        <w:rPr>
          <w:sz w:val="24"/>
        </w:rPr>
        <w:t>D) ten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