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3. Sınıf İngilizce — Ünite 1 My Classroom · "How many?"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B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"How many ...?" (sayma), Sayılar 1-20, How many? + kısa cevap, sınıf eşyaları</w:t>
        <w:br/>
        <w:t>• Seviye: Kolay + Orta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