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3. Sınıf İngilizce — Ünite 1 My Classroom · "I have got" / "What?" / "How many?" · Birleşik Test</w:t>
      </w:r>
    </w:p>
    <w:p>
      <w:pPr>
        <w:jc w:val="center"/>
      </w:pPr>
      <w:r>
        <w:rPr>
          <w:color w:val="6E6860"/>
          <w:sz w:val="19"/>
        </w:rPr>
        <w:t>Kapsam: "I have got" / "has got" (ait olma) · have got + sınıf eşyası · "What is this?" / "What?" · "How many ...?" (sayma) · Sayılar 1-20 · karşıt kutup (renk/sayı zıtlığı)</w:t>
      </w:r>
    </w:p>
    <w:p>
      <w:pPr>
        <w:jc w:val="center"/>
      </w:pPr>
      <w:r>
        <w:rPr>
          <w:color w:val="6E6860"/>
          <w:sz w:val="19"/>
        </w:rPr>
        <w:t>67 soru · 4 seçenekli · 3. Sınıf · Ünite 1 · Seviye: Kolay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I ___ got a pen.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You ___ got a ruler.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has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have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They ___ got books.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It ___ got a name.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has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My teacher ___ got a bin.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has</w:t>
      </w:r>
      <w:r>
        <w:tab/>
      </w:r>
      <w:r>
        <w:rPr>
          <w:sz w:val="24"/>
        </w:rPr>
        <w:t>B) have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The classroom ___ got a door.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I ___ got a pencil case.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has</w:t>
      </w:r>
      <w:r>
        <w:tab/>
      </w:r>
      <w:r>
        <w:rPr>
          <w:sz w:val="24"/>
        </w:rPr>
        <w:t>B) have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They ___ got crayons.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It ___ got a long line.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has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You ___ got a tablet.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has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have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I have got a ___ . (kalem)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pencils</w:t>
      </w:r>
      <w:r>
        <w:tab/>
      </w:r>
      <w:r>
        <w:rPr>
          <w:sz w:val="24"/>
        </w:rPr>
        <w:t>B) pen</w:t>
      </w:r>
      <w:r>
        <w:tab/>
      </w:r>
      <w:r>
        <w:rPr>
          <w:sz w:val="24"/>
        </w:rPr>
        <w:t>C) book</w:t>
      </w:r>
      <w:r>
        <w:tab/>
      </w:r>
      <w:r>
        <w:rPr>
          <w:sz w:val="24"/>
        </w:rPr>
        <w:t>D) chair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I have got a ___ . (cetvel)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ruler</w:t>
      </w:r>
      <w:r>
        <w:tab/>
      </w:r>
      <w:r>
        <w:rPr>
          <w:sz w:val="24"/>
        </w:rPr>
        <w:t>B) rulers</w:t>
      </w:r>
      <w:r>
        <w:tab/>
      </w:r>
      <w:r>
        <w:rPr>
          <w:sz w:val="24"/>
        </w:rPr>
        <w:t>C) pen</w:t>
      </w:r>
      <w:r>
        <w:tab/>
      </w:r>
      <w:r>
        <w:rPr>
          <w:sz w:val="24"/>
        </w:rPr>
        <w:t>D) 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I have got a ___ . (silgi)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rubber</w:t>
      </w:r>
      <w:r>
        <w:tab/>
      </w:r>
      <w:r>
        <w:rPr>
          <w:sz w:val="24"/>
        </w:rPr>
        <w:t>B) rubbers</w:t>
      </w:r>
      <w:r>
        <w:tab/>
      </w:r>
      <w:r>
        <w:rPr>
          <w:sz w:val="24"/>
        </w:rPr>
        <w:t>C) pen</w:t>
      </w:r>
      <w:r>
        <w:tab/>
      </w:r>
      <w:r>
        <w:rPr>
          <w:sz w:val="24"/>
        </w:rPr>
        <w:t>D) chair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I have got a ___ . (defter)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notebooks</w:t>
      </w:r>
      <w:r>
        <w:tab/>
      </w:r>
      <w:r>
        <w:rPr>
          <w:sz w:val="24"/>
        </w:rPr>
        <w:t>B) book</w:t>
      </w:r>
      <w:r>
        <w:tab/>
      </w:r>
      <w:r>
        <w:rPr>
          <w:sz w:val="24"/>
        </w:rPr>
        <w:t>C) notebook</w:t>
      </w:r>
      <w:r>
        <w:tab/>
      </w:r>
      <w:r>
        <w:rPr>
          <w:sz w:val="24"/>
        </w:rPr>
        <w:t>D) pen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I have got a ___ . (okul çantası)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school bags</w:t>
      </w:r>
      <w:r>
        <w:tab/>
      </w:r>
      <w:r>
        <w:rPr>
          <w:sz w:val="24"/>
        </w:rPr>
        <w:t>B) school bag</w:t>
      </w:r>
      <w:r>
        <w:tab/>
      </w:r>
      <w:r>
        <w:rPr>
          <w:sz w:val="24"/>
        </w:rPr>
        <w:t>C) pencil case</w:t>
      </w:r>
      <w:r>
        <w:tab/>
      </w:r>
      <w:r>
        <w:rPr>
          <w:sz w:val="24"/>
        </w:rPr>
        <w:t>D) notebook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My teacher has got a ___ . (kalem kutusu)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pencil cases</w:t>
      </w:r>
      <w:r>
        <w:tab/>
      </w:r>
      <w:r>
        <w:rPr>
          <w:sz w:val="24"/>
        </w:rPr>
        <w:t>B) school bag</w:t>
      </w:r>
      <w:r>
        <w:tab/>
      </w:r>
      <w:r>
        <w:rPr>
          <w:sz w:val="24"/>
        </w:rPr>
        <w:t>C) notebook</w:t>
      </w:r>
      <w:r>
        <w:tab/>
      </w:r>
      <w:r>
        <w:rPr>
          <w:sz w:val="24"/>
        </w:rPr>
        <w:t>D) pencil case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It has got a ___ . (tahta)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boards</w:t>
      </w:r>
      <w:r>
        <w:tab/>
      </w:r>
      <w:r>
        <w:rPr>
          <w:sz w:val="24"/>
        </w:rPr>
        <w:t>B) door</w:t>
      </w:r>
      <w:r>
        <w:tab/>
      </w:r>
      <w:r>
        <w:rPr>
          <w:sz w:val="24"/>
        </w:rPr>
        <w:t>C) board</w:t>
      </w:r>
      <w:r>
        <w:tab/>
      </w:r>
      <w:r>
        <w:rPr>
          <w:sz w:val="24"/>
        </w:rPr>
        <w:t>D) table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I have got a ___ . (boya kalemi)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crayons</w:t>
      </w:r>
      <w:r>
        <w:tab/>
      </w:r>
      <w:r>
        <w:rPr>
          <w:sz w:val="24"/>
        </w:rPr>
        <w:t>B) pencil</w:t>
      </w:r>
      <w:r>
        <w:tab/>
      </w:r>
      <w:r>
        <w:rPr>
          <w:sz w:val="24"/>
        </w:rPr>
        <w:t>C) crayon</w:t>
      </w:r>
      <w:r>
        <w:tab/>
      </w:r>
      <w:r>
        <w:rPr>
          <w:sz w:val="24"/>
        </w:rPr>
        <w:t>D) marker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It has got a ___ . (kapı)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doors</w:t>
      </w:r>
      <w:r>
        <w:tab/>
      </w:r>
      <w:r>
        <w:rPr>
          <w:sz w:val="24"/>
        </w:rPr>
        <w:t>B) window</w:t>
      </w:r>
      <w:r>
        <w:tab/>
      </w:r>
      <w:r>
        <w:rPr>
          <w:sz w:val="24"/>
        </w:rPr>
        <w:t>C) door</w:t>
      </w:r>
      <w:r>
        <w:tab/>
      </w:r>
      <w:r>
        <w:rPr>
          <w:sz w:val="24"/>
        </w:rPr>
        <w:t>D) table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I have got a ___ . (masa)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tables</w:t>
      </w:r>
      <w:r>
        <w:tab/>
      </w:r>
      <w:r>
        <w:rPr>
          <w:sz w:val="24"/>
        </w:rPr>
        <w:t>B) desk</w:t>
      </w:r>
      <w:r>
        <w:tab/>
      </w:r>
      <w:r>
        <w:rPr>
          <w:sz w:val="24"/>
        </w:rPr>
        <w:t>C) chair</w:t>
      </w:r>
      <w:r>
        <w:tab/>
      </w:r>
      <w:r>
        <w:rPr>
          <w:sz w:val="24"/>
        </w:rPr>
        <w:t>D) table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It has got a ___ . (pencere)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windows</w:t>
      </w:r>
      <w:r>
        <w:tab/>
      </w:r>
      <w:r>
        <w:rPr>
          <w:sz w:val="24"/>
        </w:rPr>
        <w:t>B) door</w:t>
      </w:r>
      <w:r>
        <w:tab/>
      </w:r>
      <w:r>
        <w:rPr>
          <w:sz w:val="24"/>
        </w:rPr>
        <w:t>C) window</w:t>
      </w:r>
      <w:r>
        <w:tab/>
      </w:r>
      <w:r>
        <w:rPr>
          <w:sz w:val="24"/>
        </w:rPr>
        <w:t>D) table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I have got a ___ . (çöp kutusu)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bin</w:t>
      </w:r>
      <w:r>
        <w:tab/>
      </w:r>
      <w:r>
        <w:rPr>
          <w:sz w:val="24"/>
        </w:rPr>
        <w:t>B) bins</w:t>
      </w:r>
      <w:r>
        <w:tab/>
      </w:r>
      <w:r>
        <w:rPr>
          <w:sz w:val="24"/>
        </w:rPr>
        <w:t>C) box</w:t>
      </w:r>
      <w:r>
        <w:tab/>
      </w:r>
      <w:r>
        <w:rPr>
          <w:sz w:val="24"/>
        </w:rPr>
        <w:t>D) table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You write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</w:t>
      </w:r>
      <w:r>
        <w:tab/>
      </w:r>
      <w:r>
        <w:rPr>
          <w:sz w:val="24"/>
        </w:rPr>
        <w:t>B) book</w:t>
      </w:r>
      <w:r>
        <w:tab/>
      </w:r>
      <w:r>
        <w:rPr>
          <w:sz w:val="24"/>
        </w:rPr>
        <w:t>C) chairs</w:t>
      </w:r>
      <w:r>
        <w:tab/>
      </w:r>
      <w:r>
        <w:rPr>
          <w:sz w:val="24"/>
        </w:rPr>
        <w:t>D) ruler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You read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pens</w:t>
      </w:r>
      <w:r>
        <w:tab/>
      </w:r>
      <w:r>
        <w:rPr>
          <w:sz w:val="24"/>
        </w:rPr>
        <w:t>B) ruler</w:t>
      </w:r>
      <w:r>
        <w:tab/>
      </w:r>
      <w:r>
        <w:rPr>
          <w:sz w:val="24"/>
        </w:rPr>
        <w:t>C) table</w:t>
      </w:r>
      <w:r>
        <w:tab/>
      </w:r>
      <w:r>
        <w:rPr>
          <w:sz w:val="24"/>
        </w:rPr>
        <w:t>D) 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You sit on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desk</w:t>
      </w:r>
      <w:r>
        <w:tab/>
      </w:r>
      <w:r>
        <w:rPr>
          <w:sz w:val="24"/>
        </w:rPr>
        <w:t>B) chair</w:t>
      </w:r>
      <w:r>
        <w:tab/>
      </w:r>
      <w:r>
        <w:rPr>
          <w:sz w:val="24"/>
        </w:rPr>
        <w:t>C) books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The teacher writes on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desk</w:t>
      </w:r>
      <w:r>
        <w:tab/>
      </w:r>
      <w:r>
        <w:rPr>
          <w:sz w:val="24"/>
        </w:rPr>
        <w:t>B) board</w:t>
      </w:r>
      <w:r>
        <w:tab/>
      </w:r>
      <w:r>
        <w:rPr>
          <w:sz w:val="24"/>
        </w:rPr>
        <w:t>C) doors</w:t>
      </w:r>
      <w:r>
        <w:tab/>
      </w:r>
      <w:r>
        <w:rPr>
          <w:sz w:val="24"/>
        </w:rPr>
        <w:t>D) window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You open the ___ and go out.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window</w:t>
      </w:r>
      <w:r>
        <w:tab/>
      </w:r>
      <w:r>
        <w:rPr>
          <w:sz w:val="24"/>
        </w:rPr>
        <w:t>B) door</w:t>
      </w:r>
      <w:r>
        <w:tab/>
      </w:r>
      <w:r>
        <w:rPr>
          <w:sz w:val="24"/>
        </w:rPr>
        <w:t>C) books</w:t>
      </w:r>
      <w:r>
        <w:tab/>
      </w:r>
      <w:r>
        <w:rPr>
          <w:sz w:val="24"/>
        </w:rPr>
        <w:t>D) table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You look out of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door</w:t>
      </w:r>
      <w:r>
        <w:tab/>
      </w:r>
      <w:r>
        <w:rPr>
          <w:sz w:val="24"/>
        </w:rPr>
        <w:t>B) pencils</w:t>
      </w:r>
      <w:r>
        <w:tab/>
      </w:r>
      <w:r>
        <w:rPr>
          <w:sz w:val="24"/>
        </w:rPr>
        <w:t>C) window</w:t>
      </w:r>
      <w:r>
        <w:tab/>
      </w:r>
      <w:r>
        <w:rPr>
          <w:sz w:val="24"/>
        </w:rPr>
        <w:t>D) 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You colour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pencil</w:t>
      </w:r>
      <w:r>
        <w:tab/>
      </w:r>
      <w:r>
        <w:rPr>
          <w:sz w:val="24"/>
        </w:rPr>
        <w:t>B) pens</w:t>
      </w:r>
      <w:r>
        <w:tab/>
      </w:r>
      <w:r>
        <w:rPr>
          <w:sz w:val="24"/>
        </w:rPr>
        <w:t>C) ruler</w:t>
      </w:r>
      <w:r>
        <w:tab/>
      </w:r>
      <w:r>
        <w:rPr>
          <w:sz w:val="24"/>
        </w:rPr>
        <w:t>D) crayon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I make the pencil short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pencil</w:t>
      </w:r>
      <w:r>
        <w:tab/>
      </w:r>
      <w:r>
        <w:rPr>
          <w:sz w:val="24"/>
        </w:rPr>
        <w:t>B) rulers</w:t>
      </w:r>
      <w:r>
        <w:tab/>
      </w:r>
      <w:r>
        <w:rPr>
          <w:sz w:val="24"/>
        </w:rPr>
        <w:t>C) crayon</w:t>
      </w:r>
      <w:r>
        <w:tab/>
      </w:r>
      <w:r>
        <w:rPr>
          <w:sz w:val="24"/>
        </w:rPr>
        <w:t>D) sharpener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I put my pens in my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pencil case</w:t>
      </w:r>
      <w:r>
        <w:tab/>
      </w:r>
      <w:r>
        <w:rPr>
          <w:sz w:val="24"/>
        </w:rPr>
        <w:t>B) school bag</w:t>
      </w:r>
      <w:r>
        <w:tab/>
      </w:r>
      <w:r>
        <w:rPr>
          <w:sz w:val="24"/>
        </w:rPr>
        <w:t>C) notebooks</w:t>
      </w:r>
      <w:r>
        <w:tab/>
      </w:r>
      <w:r>
        <w:rPr>
          <w:sz w:val="24"/>
        </w:rPr>
        <w:t>D) board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My books are in my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pencil case</w:t>
      </w:r>
      <w:r>
        <w:tab/>
      </w:r>
      <w:r>
        <w:rPr>
          <w:sz w:val="24"/>
        </w:rPr>
        <w:t>B) tables</w:t>
      </w:r>
      <w:r>
        <w:tab/>
      </w:r>
      <w:r>
        <w:rPr>
          <w:sz w:val="24"/>
        </w:rPr>
        <w:t>C) chair</w:t>
      </w:r>
      <w:r>
        <w:tab/>
      </w:r>
      <w:r>
        <w:rPr>
          <w:sz w:val="24"/>
        </w:rPr>
        <w:t>D) school bag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___ is this? It is a pen.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How</w:t>
      </w:r>
      <w:r>
        <w:tab/>
      </w:r>
      <w:r>
        <w:rPr>
          <w:sz w:val="24"/>
        </w:rPr>
        <w:t>B) Which</w:t>
      </w:r>
      <w:r>
        <w:tab/>
      </w:r>
      <w:r>
        <w:rPr>
          <w:sz w:val="24"/>
        </w:rPr>
        <w:t>C) What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___ is that? It is a board.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How</w:t>
      </w:r>
      <w:r>
        <w:tab/>
      </w:r>
      <w:r>
        <w:rPr>
          <w:sz w:val="24"/>
        </w:rPr>
        <w:t>B) Which</w:t>
      </w:r>
      <w:r>
        <w:tab/>
      </w:r>
      <w:r>
        <w:rPr>
          <w:sz w:val="24"/>
        </w:rPr>
        <w:t>C) What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___ is this? It is a rubber.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How</w:t>
      </w:r>
      <w:r>
        <w:tab/>
      </w:r>
      <w:r>
        <w:rPr>
          <w:sz w:val="24"/>
        </w:rPr>
        <w:t>B) Which</w:t>
      </w:r>
      <w:r>
        <w:tab/>
      </w:r>
      <w:r>
        <w:rPr>
          <w:sz w:val="24"/>
        </w:rPr>
        <w:t>C) What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___ is that? It is a window.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How</w:t>
      </w:r>
      <w:r>
        <w:tab/>
      </w:r>
      <w:r>
        <w:rPr>
          <w:sz w:val="24"/>
        </w:rPr>
        <w:t>C) Which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___ is this? It is a pencil case.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How</w:t>
      </w:r>
      <w:r>
        <w:tab/>
      </w:r>
      <w:r>
        <w:rPr>
          <w:sz w:val="24"/>
        </w:rPr>
        <w:t>B) What</w:t>
      </w:r>
      <w:r>
        <w:tab/>
      </w:r>
      <w:r>
        <w:rPr>
          <w:sz w:val="24"/>
        </w:rPr>
        <w:t>C) Which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What is this? It is a ___ . (sandalye)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chair</w:t>
      </w:r>
      <w:r>
        <w:tab/>
      </w:r>
      <w:r>
        <w:rPr>
          <w:sz w:val="24"/>
        </w:rPr>
        <w:t>B) desks</w:t>
      </w:r>
      <w:r>
        <w:tab/>
      </w:r>
      <w:r>
        <w:rPr>
          <w:sz w:val="24"/>
        </w:rPr>
        <w:t>C) table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___ pens have you got?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Which</w:t>
      </w:r>
      <w:r>
        <w:tab/>
      </w:r>
      <w:r>
        <w:rPr>
          <w:sz w:val="24"/>
        </w:rPr>
        <w:t>C) How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___ rulers are on the table?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How many</w:t>
      </w:r>
      <w:r>
        <w:tab/>
      </w:r>
      <w:r>
        <w:rPr>
          <w:sz w:val="24"/>
        </w:rPr>
        <w:t>C) Which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I have got five crayons and three pens. How many crayons have you got?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three</w:t>
      </w:r>
      <w:r>
        <w:tab/>
      </w:r>
      <w:r>
        <w:rPr>
          <w:sz w:val="24"/>
        </w:rPr>
        <w:t>B) eight</w:t>
      </w:r>
      <w:r>
        <w:tab/>
      </w:r>
      <w:r>
        <w:rPr>
          <w:sz w:val="24"/>
        </w:rPr>
        <w:t>C) ten</w:t>
      </w:r>
      <w:r>
        <w:tab/>
      </w:r>
      <w:r>
        <w:rPr>
          <w:sz w:val="24"/>
        </w:rPr>
        <w:t>D) five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Ten students are in the classroom and two are in the school garden. How many students are in the classroom?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two</w:t>
      </w:r>
      <w:r>
        <w:tab/>
      </w:r>
      <w:r>
        <w:rPr>
          <w:sz w:val="24"/>
        </w:rPr>
        <w:t>B) twelve</w:t>
      </w:r>
      <w:r>
        <w:tab/>
      </w:r>
      <w:r>
        <w:rPr>
          <w:sz w:val="24"/>
        </w:rPr>
        <w:t>C) eight</w:t>
      </w:r>
      <w:r>
        <w:tab/>
      </w:r>
      <w:r>
        <w:rPr>
          <w:sz w:val="24"/>
        </w:rPr>
        <w:t>D) ten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I have got six books and four notebooks. How many books have you got?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four</w:t>
      </w:r>
      <w:r>
        <w:tab/>
      </w:r>
      <w:r>
        <w:rPr>
          <w:sz w:val="24"/>
        </w:rPr>
        <w:t>B) ten</w:t>
      </w:r>
      <w:r>
        <w:tab/>
      </w:r>
      <w:r>
        <w:rPr>
          <w:sz w:val="24"/>
        </w:rPr>
        <w:t>C) two</w:t>
      </w:r>
      <w:r>
        <w:tab/>
      </w:r>
      <w:r>
        <w:rPr>
          <w:sz w:val="24"/>
        </w:rPr>
        <w:t>D) six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I have got seven pencils. How many pencils have you got?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six</w:t>
      </w:r>
      <w:r>
        <w:tab/>
      </w:r>
      <w:r>
        <w:rPr>
          <w:sz w:val="24"/>
        </w:rPr>
        <w:t>B) seventeen</w:t>
      </w:r>
      <w:r>
        <w:tab/>
      </w:r>
      <w:r>
        <w:rPr>
          <w:sz w:val="24"/>
        </w:rPr>
        <w:t>C) eight</w:t>
      </w:r>
      <w:r>
        <w:tab/>
      </w:r>
      <w:r>
        <w:rPr>
          <w:sz w:val="24"/>
        </w:rPr>
        <w:t>D) seven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One, two, three, four. How many books? ___ books.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three</w:t>
      </w:r>
      <w:r>
        <w:tab/>
      </w:r>
      <w:r>
        <w:rPr>
          <w:sz w:val="24"/>
        </w:rPr>
        <w:t>B) five</w:t>
      </w:r>
      <w:r>
        <w:tab/>
      </w:r>
      <w:r>
        <w:rPr>
          <w:sz w:val="24"/>
        </w:rPr>
        <w:t>C) ten</w:t>
      </w:r>
      <w:r>
        <w:tab/>
      </w:r>
      <w:r>
        <w:rPr>
          <w:sz w:val="24"/>
        </w:rPr>
        <w:t>D) four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___ books are on the table? Five books.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How many</w:t>
      </w:r>
      <w:r>
        <w:tab/>
      </w:r>
      <w:r>
        <w:rPr>
          <w:sz w:val="24"/>
        </w:rPr>
        <w:t>C) Which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"üç"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thirteen</w:t>
      </w:r>
      <w:r>
        <w:tab/>
      </w:r>
      <w:r>
        <w:rPr>
          <w:sz w:val="24"/>
        </w:rPr>
        <w:t>B) three</w:t>
      </w:r>
      <w:r>
        <w:tab/>
      </w:r>
      <w:r>
        <w:rPr>
          <w:sz w:val="24"/>
        </w:rPr>
        <w:t>C) two</w:t>
      </w:r>
      <w:r>
        <w:tab/>
      </w:r>
      <w:r>
        <w:rPr>
          <w:sz w:val="24"/>
        </w:rPr>
        <w:t>D) five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"on iki"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twenty</w:t>
      </w:r>
      <w:r>
        <w:tab/>
      </w:r>
      <w:r>
        <w:rPr>
          <w:sz w:val="24"/>
        </w:rPr>
        <w:t>B) ten</w:t>
      </w:r>
      <w:r>
        <w:tab/>
      </w:r>
      <w:r>
        <w:rPr>
          <w:sz w:val="24"/>
        </w:rPr>
        <w:t>C) twelve</w:t>
      </w:r>
      <w:r>
        <w:tab/>
      </w:r>
      <w:r>
        <w:rPr>
          <w:sz w:val="24"/>
        </w:rPr>
        <w:t>D) two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"yirmi"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twenty</w:t>
      </w:r>
      <w:r>
        <w:tab/>
      </w:r>
      <w:r>
        <w:rPr>
          <w:sz w:val="24"/>
        </w:rPr>
        <w:t>B) twelve</w:t>
      </w:r>
      <w:r>
        <w:tab/>
      </w:r>
      <w:r>
        <w:rPr>
          <w:sz w:val="24"/>
        </w:rPr>
        <w:t>C) two</w:t>
      </w:r>
      <w:r>
        <w:tab/>
      </w:r>
      <w:r>
        <w:rPr>
          <w:sz w:val="24"/>
        </w:rPr>
        <w:t>D) ten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"on beş"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fifteen</w:t>
      </w:r>
      <w:r>
        <w:tab/>
      </w:r>
      <w:r>
        <w:rPr>
          <w:sz w:val="24"/>
        </w:rPr>
        <w:t>B) five</w:t>
      </w:r>
      <w:r>
        <w:tab/>
      </w:r>
      <w:r>
        <w:rPr>
          <w:sz w:val="24"/>
        </w:rPr>
        <w:t>C) thirteen</w:t>
      </w:r>
      <w:r>
        <w:tab/>
      </w:r>
      <w:r>
        <w:rPr>
          <w:sz w:val="24"/>
        </w:rPr>
        <w:t>D) sixteen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"yedi"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seventeen</w:t>
      </w:r>
      <w:r>
        <w:tab/>
      </w:r>
      <w:r>
        <w:rPr>
          <w:sz w:val="24"/>
        </w:rPr>
        <w:t>B) seven</w:t>
      </w:r>
      <w:r>
        <w:tab/>
      </w:r>
      <w:r>
        <w:rPr>
          <w:sz w:val="24"/>
        </w:rPr>
        <w:t>C) six</w:t>
      </w:r>
      <w:r>
        <w:tab/>
      </w:r>
      <w:r>
        <w:rPr>
          <w:sz w:val="24"/>
        </w:rPr>
        <w:t>D) nine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"on altı"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six</w:t>
      </w:r>
      <w:r>
        <w:tab/>
      </w:r>
      <w:r>
        <w:rPr>
          <w:sz w:val="24"/>
        </w:rPr>
        <w:t>B) thirteen</w:t>
      </w:r>
      <w:r>
        <w:tab/>
      </w:r>
      <w:r>
        <w:rPr>
          <w:sz w:val="24"/>
        </w:rPr>
        <w:t>C) sixteen</w:t>
      </w:r>
      <w:r>
        <w:tab/>
      </w:r>
      <w:r>
        <w:rPr>
          <w:sz w:val="24"/>
        </w:rPr>
        <w:t>D) fifteen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"on dört"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four</w:t>
      </w:r>
      <w:r>
        <w:tab/>
      </w:r>
      <w:r>
        <w:rPr>
          <w:sz w:val="24"/>
        </w:rPr>
        <w:t>B) thirteen</w:t>
      </w:r>
      <w:r>
        <w:tab/>
      </w:r>
      <w:r>
        <w:rPr>
          <w:sz w:val="24"/>
        </w:rPr>
        <w:t>C) fourteen</w:t>
      </w:r>
      <w:r>
        <w:tab/>
      </w:r>
      <w:r>
        <w:rPr>
          <w:sz w:val="24"/>
        </w:rPr>
        <w:t>D) fifteen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It is a ___ . (sandalye)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desks</w:t>
      </w:r>
      <w:r>
        <w:tab/>
      </w:r>
      <w:r>
        <w:rPr>
          <w:sz w:val="24"/>
        </w:rPr>
        <w:t>B) board</w:t>
      </w:r>
      <w:r>
        <w:tab/>
      </w:r>
      <w:r>
        <w:rPr>
          <w:sz w:val="24"/>
        </w:rPr>
        <w:t>C) chair</w:t>
      </w:r>
      <w:r>
        <w:tab/>
      </w:r>
      <w:r>
        <w:rPr>
          <w:sz w:val="24"/>
        </w:rPr>
        <w:t>D) table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55. </w:t>
      </w:r>
      <w:r>
        <w:rPr>
          <w:sz w:val="24"/>
        </w:rPr>
        <w:t>It is a ___ . (tahta)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board</w:t>
      </w:r>
      <w:r>
        <w:tab/>
      </w:r>
      <w:r>
        <w:rPr>
          <w:sz w:val="24"/>
        </w:rPr>
        <w:t>B) desks</w:t>
      </w:r>
      <w:r>
        <w:tab/>
      </w:r>
      <w:r>
        <w:rPr>
          <w:sz w:val="24"/>
        </w:rPr>
        <w:t>C) table</w:t>
      </w:r>
      <w:r>
        <w:tab/>
      </w:r>
      <w:r>
        <w:rPr>
          <w:sz w:val="24"/>
        </w:rPr>
        <w:t>D) door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56. </w:t>
      </w:r>
      <w:r>
        <w:rPr>
          <w:sz w:val="24"/>
        </w:rPr>
        <w:t>It is a ___ . (kapı)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door</w:t>
      </w:r>
      <w:r>
        <w:tab/>
      </w:r>
      <w:r>
        <w:rPr>
          <w:sz w:val="24"/>
        </w:rPr>
        <w:t>B) windows</w:t>
      </w:r>
      <w:r>
        <w:tab/>
      </w:r>
      <w:r>
        <w:rPr>
          <w:sz w:val="24"/>
        </w:rPr>
        <w:t>C) book</w:t>
      </w:r>
      <w:r>
        <w:tab/>
      </w:r>
      <w:r>
        <w:rPr>
          <w:sz w:val="24"/>
        </w:rPr>
        <w:t>D) table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57. </w:t>
      </w:r>
      <w:r>
        <w:rPr>
          <w:sz w:val="24"/>
        </w:rPr>
        <w:t>It is a ___ . (pencere)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doors</w:t>
      </w:r>
      <w:r>
        <w:tab/>
      </w:r>
      <w:r>
        <w:rPr>
          <w:sz w:val="24"/>
        </w:rPr>
        <w:t>B) board</w:t>
      </w:r>
      <w:r>
        <w:tab/>
      </w:r>
      <w:r>
        <w:rPr>
          <w:sz w:val="24"/>
        </w:rPr>
        <w:t>C) book</w:t>
      </w:r>
      <w:r>
        <w:tab/>
      </w:r>
      <w:r>
        <w:rPr>
          <w:sz w:val="24"/>
        </w:rPr>
        <w:t>D) window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58. </w:t>
      </w:r>
      <w:r>
        <w:rPr>
          <w:sz w:val="24"/>
        </w:rPr>
        <w:t>It is a ___ . (öğretmen)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students</w:t>
      </w:r>
      <w:r>
        <w:tab/>
      </w:r>
      <w:r>
        <w:rPr>
          <w:sz w:val="24"/>
        </w:rPr>
        <w:t>B) teacher</w:t>
      </w:r>
      <w:r>
        <w:tab/>
      </w:r>
      <w:r>
        <w:rPr>
          <w:sz w:val="24"/>
        </w:rPr>
        <w:t>C) table</w:t>
      </w:r>
      <w:r>
        <w:tab/>
      </w:r>
      <w:r>
        <w:rPr>
          <w:sz w:val="24"/>
        </w:rPr>
        <w:t>D) chair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59. </w:t>
      </w:r>
      <w:r>
        <w:rPr>
          <w:sz w:val="24"/>
        </w:rPr>
        <w:t>It is a ___ . (öğrenci)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teachers</w:t>
      </w:r>
      <w:r>
        <w:tab/>
      </w:r>
      <w:r>
        <w:rPr>
          <w:sz w:val="24"/>
        </w:rPr>
        <w:t>B) student</w:t>
      </w:r>
      <w:r>
        <w:tab/>
      </w:r>
      <w:r>
        <w:rPr>
          <w:sz w:val="24"/>
        </w:rPr>
        <w:t>C) table</w:t>
      </w:r>
      <w:r>
        <w:tab/>
      </w:r>
      <w:r>
        <w:rPr>
          <w:sz w:val="24"/>
        </w:rPr>
        <w:t>D) chair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60. </w:t>
      </w:r>
      <w:r>
        <w:rPr>
          <w:sz w:val="24"/>
        </w:rPr>
        <w:t>The pen ___ red. It is blue.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am not</w:t>
      </w:r>
      <w:r>
        <w:tab/>
      </w:r>
      <w:r>
        <w:rPr>
          <w:sz w:val="24"/>
        </w:rPr>
        <w:t>D) isn't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61. </w:t>
      </w:r>
      <w:r>
        <w:rPr>
          <w:sz w:val="24"/>
        </w:rPr>
        <w:t>The board ___ red. It is green.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am not</w:t>
      </w:r>
      <w:r>
        <w:tab/>
      </w:r>
      <w:r>
        <w:rPr>
          <w:sz w:val="24"/>
        </w:rPr>
        <w:t>D) isn't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62. </w:t>
      </w:r>
      <w:r>
        <w:rPr>
          <w:sz w:val="24"/>
        </w:rPr>
        <w:t>The rulers ___ red. They are blue.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am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63. </w:t>
      </w:r>
      <w:r>
        <w:rPr>
          <w:sz w:val="24"/>
        </w:rPr>
        <w:t>I ___ ten. I am eleven.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64. </w:t>
      </w:r>
      <w:r>
        <w:rPr>
          <w:sz w:val="24"/>
        </w:rPr>
        <w:t>Choose the correct answer.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___ is this?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It is a ruler.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How</w:t>
      </w:r>
      <w:r>
        <w:tab/>
      </w:r>
      <w:r>
        <w:rPr>
          <w:sz w:val="24"/>
        </w:rPr>
        <w:t>B) Which</w:t>
      </w:r>
      <w:r>
        <w:tab/>
      </w:r>
      <w:r>
        <w:rPr>
          <w:sz w:val="24"/>
        </w:rPr>
        <w:t>C) What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65. </w:t>
      </w:r>
      <w:r>
        <w:rPr>
          <w:sz w:val="24"/>
        </w:rPr>
        <w:t>Read and choose the correct answer.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___ books have you got?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 have got ten books.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How many</w:t>
      </w:r>
      <w:r>
        <w:tab/>
      </w:r>
      <w:r>
        <w:rPr>
          <w:sz w:val="24"/>
        </w:rPr>
        <w:t>B) What</w:t>
      </w:r>
      <w:r>
        <w:tab/>
      </w:r>
      <w:r>
        <w:rPr>
          <w:sz w:val="24"/>
        </w:rPr>
        <w:t>C) Which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66. </w:t>
      </w:r>
      <w:r>
        <w:rPr>
          <w:sz w:val="24"/>
        </w:rPr>
        <w:t>Choose the correct answer.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 ___ got a ruler.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It is a long ruler.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67. </w:t>
      </w:r>
      <w:r>
        <w:rPr>
          <w:sz w:val="24"/>
        </w:rPr>
        <w:t>Read and choose the correct answer.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___ rulers are on the table?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Five rulers.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How many</w:t>
      </w:r>
      <w:r>
        <w:tab/>
      </w:r>
      <w:r>
        <w:rPr>
          <w:sz w:val="24"/>
        </w:rPr>
        <w:t>C) Which</w:t>
      </w:r>
      <w:r>
        <w:tab/>
      </w:r>
      <w:r>
        <w:rPr>
          <w:sz w:val="24"/>
        </w:rPr>
        <w:t>D) How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